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9886B5" w14:textId="77777777" w:rsidR="00232C66" w:rsidRPr="00225EE2" w:rsidRDefault="00000000" w:rsidP="00232C66">
      <w:pPr>
        <w:rPr>
          <w:rFonts w:cs="Times New Roman"/>
        </w:rPr>
      </w:pPr>
      <w:r>
        <w:rPr>
          <w:b/>
          <w:color w:val="008C95"/>
          <w:sz w:val="24"/>
        </w:rPr>
        <w:br/>
      </w:r>
      <w:r w:rsidR="00232C66" w:rsidRPr="00225EE2">
        <w:rPr>
          <w:rFonts w:cs="Times New Roman"/>
        </w:rPr>
        <w:t>Title of the book:</w:t>
      </w:r>
      <w:r w:rsidR="00232C66">
        <w:rPr>
          <w:rFonts w:cs="Times New Roman"/>
        </w:rPr>
        <w:t xml:space="preserve"> </w:t>
      </w:r>
      <w:r w:rsidR="00232C66" w:rsidRPr="00CD720F">
        <w:rPr>
          <w:rFonts w:cs="Times New Roman"/>
          <w:color w:val="FF0000"/>
        </w:rPr>
        <w:t>Artificial Intelligence</w:t>
      </w:r>
    </w:p>
    <w:p w14:paraId="74749469" w14:textId="77777777" w:rsidR="00232C66" w:rsidRPr="00225EE2" w:rsidRDefault="00232C66" w:rsidP="00232C66">
      <w:pPr>
        <w:rPr>
          <w:rFonts w:cs="Times New Roman"/>
        </w:rPr>
      </w:pPr>
      <w:r w:rsidRPr="00225EE2">
        <w:rPr>
          <w:rFonts w:cs="Times New Roman"/>
        </w:rPr>
        <w:br/>
      </w:r>
      <w:r w:rsidRPr="00225EE2">
        <w:rPr>
          <w:rFonts w:cs="Times New Roman"/>
        </w:rPr>
        <w:br/>
        <w:t xml:space="preserve">Type of book: </w:t>
      </w:r>
      <w:r w:rsidRPr="00CD720F">
        <w:rPr>
          <w:rFonts w:cs="Times New Roman"/>
          <w:color w:val="FF0000"/>
        </w:rPr>
        <w:t>Edited</w:t>
      </w:r>
      <w:r>
        <w:rPr>
          <w:rFonts w:cs="Times New Roman"/>
          <w:color w:val="FF0000"/>
        </w:rPr>
        <w:t>/Authored</w:t>
      </w:r>
    </w:p>
    <w:p w14:paraId="376E6500" w14:textId="77777777" w:rsidR="00232C66" w:rsidRPr="00225EE2" w:rsidRDefault="00232C66" w:rsidP="00232C66">
      <w:pPr>
        <w:rPr>
          <w:rFonts w:cs="Times New Roman"/>
        </w:rPr>
      </w:pPr>
    </w:p>
    <w:p w14:paraId="2125775C" w14:textId="77777777" w:rsidR="00232C66" w:rsidRDefault="00232C66" w:rsidP="00232C66">
      <w:pPr>
        <w:spacing w:line="360" w:lineRule="auto"/>
        <w:rPr>
          <w:rFonts w:cs="Times New Roman"/>
        </w:rPr>
      </w:pPr>
      <w:r>
        <w:rPr>
          <w:rFonts w:cs="Times New Roman"/>
        </w:rPr>
        <w:t xml:space="preserve">Editors/Authors: </w:t>
      </w:r>
      <w:r w:rsidRPr="00C5303F">
        <w:rPr>
          <w:rFonts w:cs="Times New Roman"/>
          <w:color w:val="FF0000"/>
        </w:rPr>
        <w:t>Editor Name</w:t>
      </w:r>
      <w:r>
        <w:rPr>
          <w:rFonts w:cs="Times New Roman"/>
          <w:color w:val="FF0000"/>
        </w:rPr>
        <w:t xml:space="preserve"> </w:t>
      </w:r>
      <w:r w:rsidRPr="00F0753F">
        <w:rPr>
          <w:rFonts w:cs="Times New Roman"/>
          <w:color w:val="FF0000"/>
          <w:vertAlign w:val="superscript"/>
        </w:rPr>
        <w:t>1</w:t>
      </w:r>
      <w:r>
        <w:rPr>
          <w:rFonts w:cs="Times New Roman"/>
          <w:color w:val="FF0000"/>
        </w:rPr>
        <w:t xml:space="preserve">, </w:t>
      </w:r>
      <w:r w:rsidRPr="00C5303F">
        <w:rPr>
          <w:rFonts w:cs="Times New Roman"/>
          <w:color w:val="FF0000"/>
        </w:rPr>
        <w:t>Editor Name</w:t>
      </w:r>
      <w:r>
        <w:rPr>
          <w:rFonts w:cs="Times New Roman"/>
          <w:color w:val="FF0000"/>
        </w:rPr>
        <w:t xml:space="preserve"> </w:t>
      </w:r>
      <w:r w:rsidRPr="00F0753F">
        <w:rPr>
          <w:rFonts w:cs="Times New Roman"/>
          <w:color w:val="FF0000"/>
          <w:vertAlign w:val="superscript"/>
        </w:rPr>
        <w:t>2</w:t>
      </w:r>
      <w:r>
        <w:rPr>
          <w:rFonts w:cs="Times New Roman"/>
          <w:color w:val="FF0000"/>
        </w:rPr>
        <w:t>,</w:t>
      </w:r>
      <w:r w:rsidRPr="00C5303F">
        <w:rPr>
          <w:rFonts w:cs="Times New Roman"/>
          <w:color w:val="FF0000"/>
        </w:rPr>
        <w:t xml:space="preserve"> Editor Name</w:t>
      </w:r>
      <w:r>
        <w:rPr>
          <w:rFonts w:cs="Times New Roman"/>
          <w:color w:val="FF0000"/>
        </w:rPr>
        <w:t xml:space="preserve"> </w:t>
      </w:r>
      <w:r w:rsidRPr="00F0753F">
        <w:rPr>
          <w:rFonts w:cs="Times New Roman"/>
          <w:color w:val="FF0000"/>
          <w:vertAlign w:val="superscript"/>
        </w:rPr>
        <w:t>3</w:t>
      </w:r>
    </w:p>
    <w:p w14:paraId="3560CD67" w14:textId="77777777" w:rsidR="00232C66" w:rsidRPr="0071402E" w:rsidRDefault="00232C66" w:rsidP="00232C66">
      <w:pPr>
        <w:spacing w:line="360" w:lineRule="auto"/>
        <w:rPr>
          <w:rFonts w:cs="Times New Roman"/>
        </w:rPr>
      </w:pPr>
      <w:r w:rsidRPr="00225EE2">
        <w:rPr>
          <w:rFonts w:cs="Times New Roman"/>
        </w:rPr>
        <w:br/>
      </w:r>
      <w:r w:rsidRPr="0071402E">
        <w:rPr>
          <w:rFonts w:cs="Times New Roman"/>
        </w:rPr>
        <w:t>Affiliations:</w:t>
      </w:r>
      <w:r>
        <w:rPr>
          <w:rFonts w:cs="Times New Roman"/>
        </w:rPr>
        <w:t xml:space="preserve"> </w:t>
      </w:r>
      <w:r w:rsidRPr="0071402E">
        <w:rPr>
          <w:rFonts w:cs="Times New Roman"/>
          <w:color w:val="FF0000"/>
        </w:rPr>
        <w:t>Affiliation</w:t>
      </w:r>
      <w:r>
        <w:rPr>
          <w:rFonts w:cs="Times New Roman"/>
          <w:color w:val="FF0000"/>
        </w:rPr>
        <w:t xml:space="preserve"> </w:t>
      </w:r>
      <w:r w:rsidRPr="00F0753F">
        <w:rPr>
          <w:rFonts w:cs="Times New Roman"/>
          <w:color w:val="FF0000"/>
          <w:vertAlign w:val="superscript"/>
        </w:rPr>
        <w:t>1</w:t>
      </w:r>
      <w:r w:rsidRPr="0071402E">
        <w:rPr>
          <w:rFonts w:cs="Times New Roman"/>
          <w:color w:val="FF0000"/>
        </w:rPr>
        <w:t>, Affiliation</w:t>
      </w:r>
      <w:r>
        <w:rPr>
          <w:rFonts w:cs="Times New Roman"/>
          <w:color w:val="FF0000"/>
        </w:rPr>
        <w:t xml:space="preserve"> </w:t>
      </w:r>
      <w:r w:rsidRPr="00F0753F">
        <w:rPr>
          <w:rFonts w:cs="Times New Roman"/>
          <w:color w:val="FF0000"/>
          <w:vertAlign w:val="superscript"/>
        </w:rPr>
        <w:t>2</w:t>
      </w:r>
      <w:r w:rsidRPr="0071402E">
        <w:rPr>
          <w:rFonts w:cs="Times New Roman"/>
          <w:color w:val="FF0000"/>
        </w:rPr>
        <w:t>, Affiliation</w:t>
      </w:r>
      <w:r>
        <w:rPr>
          <w:rFonts w:cs="Times New Roman"/>
          <w:color w:val="FF0000"/>
        </w:rPr>
        <w:t xml:space="preserve"> </w:t>
      </w:r>
      <w:r w:rsidRPr="00F0753F">
        <w:rPr>
          <w:rFonts w:cs="Times New Roman"/>
          <w:color w:val="FF0000"/>
          <w:vertAlign w:val="superscript"/>
        </w:rPr>
        <w:t>3</w:t>
      </w:r>
    </w:p>
    <w:p w14:paraId="5DB4BF1C" w14:textId="77777777" w:rsidR="00232C66" w:rsidRDefault="00232C66" w:rsidP="00232C66">
      <w:pPr>
        <w:rPr>
          <w:rFonts w:cs="Times New Roman"/>
          <w:color w:val="FF0000"/>
          <w:sz w:val="18"/>
          <w:szCs w:val="18"/>
        </w:rPr>
      </w:pPr>
    </w:p>
    <w:p w14:paraId="7A147514" w14:textId="77777777" w:rsidR="00232C66" w:rsidRDefault="00232C66" w:rsidP="00232C66">
      <w:pPr>
        <w:rPr>
          <w:rFonts w:cs="Times New Roman"/>
        </w:rPr>
      </w:pPr>
    </w:p>
    <w:p w14:paraId="7DDC6D48" w14:textId="77777777" w:rsidR="00232C66" w:rsidRPr="000E43CC" w:rsidRDefault="00232C66" w:rsidP="00232C66">
      <w:pPr>
        <w:rPr>
          <w:rFonts w:cs="Times New Roman"/>
        </w:rPr>
      </w:pPr>
      <w:r>
        <w:rPr>
          <w:rFonts w:cs="Times New Roman"/>
        </w:rPr>
        <w:t xml:space="preserve">All Editors </w:t>
      </w:r>
      <w:r w:rsidRPr="00430C55">
        <w:rPr>
          <w:rFonts w:cs="Times New Roman"/>
        </w:rPr>
        <w:t>Emai</w:t>
      </w:r>
      <w:r w:rsidRPr="000E43CC">
        <w:rPr>
          <w:rFonts w:cs="Times New Roman"/>
        </w:rPr>
        <w:t xml:space="preserve">l ID (Mandatory): </w:t>
      </w:r>
      <w:hyperlink r:id="rId8" w:history="1">
        <w:r w:rsidRPr="000E43CC">
          <w:rPr>
            <w:rStyle w:val="Hyperlink"/>
            <w:rFonts w:cs="Times New Roman"/>
          </w:rPr>
          <w:t>abc@gmail.com</w:t>
        </w:r>
      </w:hyperlink>
      <w:r w:rsidRPr="000E43CC">
        <w:rPr>
          <w:rFonts w:cs="Times New Roman"/>
        </w:rPr>
        <w:t xml:space="preserve"> </w:t>
      </w:r>
      <w:r w:rsidRPr="000E43CC">
        <w:rPr>
          <w:rFonts w:cs="Times New Roman"/>
          <w:vertAlign w:val="superscript"/>
        </w:rPr>
        <w:t>1</w:t>
      </w:r>
      <w:r w:rsidRPr="000E43CC">
        <w:rPr>
          <w:rFonts w:cs="Times New Roman"/>
        </w:rPr>
        <w:t xml:space="preserve">, </w:t>
      </w:r>
      <w:hyperlink r:id="rId9" w:history="1">
        <w:r w:rsidRPr="000E43CC">
          <w:rPr>
            <w:rStyle w:val="Hyperlink"/>
            <w:rFonts w:cs="Times New Roman"/>
          </w:rPr>
          <w:t>pqrs@gmail.com</w:t>
        </w:r>
      </w:hyperlink>
      <w:r w:rsidRPr="000E43CC">
        <w:rPr>
          <w:rFonts w:cs="Times New Roman"/>
        </w:rPr>
        <w:t xml:space="preserve"> </w:t>
      </w:r>
      <w:r w:rsidRPr="000E43CC">
        <w:rPr>
          <w:rFonts w:cs="Times New Roman"/>
          <w:vertAlign w:val="superscript"/>
        </w:rPr>
        <w:t>2</w:t>
      </w:r>
      <w:r w:rsidRPr="000E43CC">
        <w:rPr>
          <w:rFonts w:cs="Times New Roman"/>
        </w:rPr>
        <w:t xml:space="preserve">, </w:t>
      </w:r>
      <w:hyperlink r:id="rId10" w:history="1">
        <w:r w:rsidRPr="000E43CC">
          <w:rPr>
            <w:rStyle w:val="Hyperlink"/>
            <w:rFonts w:cs="Times New Roman"/>
          </w:rPr>
          <w:t>xyz@gmail.com</w:t>
        </w:r>
      </w:hyperlink>
      <w:r w:rsidRPr="000E43CC">
        <w:rPr>
          <w:rFonts w:cs="Times New Roman"/>
        </w:rPr>
        <w:t xml:space="preserve"> </w:t>
      </w:r>
      <w:r w:rsidRPr="000E43CC">
        <w:rPr>
          <w:rFonts w:cs="Times New Roman"/>
          <w:vertAlign w:val="superscript"/>
        </w:rPr>
        <w:t>3</w:t>
      </w:r>
      <w:r w:rsidRPr="000E43CC">
        <w:rPr>
          <w:rFonts w:cs="Times New Roman"/>
        </w:rPr>
        <w:t xml:space="preserve"> </w:t>
      </w:r>
    </w:p>
    <w:p w14:paraId="0C596E74" w14:textId="77777777" w:rsidR="00232C66" w:rsidRPr="000E43CC" w:rsidRDefault="00232C66" w:rsidP="00232C66">
      <w:pPr>
        <w:rPr>
          <w:rFonts w:cs="Times New Roman"/>
          <w:color w:val="FF0000"/>
          <w:sz w:val="18"/>
          <w:szCs w:val="18"/>
        </w:rPr>
      </w:pPr>
    </w:p>
    <w:p w14:paraId="5DEEFF07" w14:textId="77777777" w:rsidR="00232C66" w:rsidRPr="000E43CC" w:rsidRDefault="00232C66" w:rsidP="00232C66">
      <w:pPr>
        <w:rPr>
          <w:rFonts w:cs="Times New Roman"/>
          <w:color w:val="FF0000"/>
          <w:sz w:val="18"/>
          <w:szCs w:val="18"/>
        </w:rPr>
      </w:pPr>
    </w:p>
    <w:p w14:paraId="34BA93CC" w14:textId="77777777" w:rsidR="00232C66" w:rsidRPr="000E43CC" w:rsidRDefault="00232C66" w:rsidP="00232C66">
      <w:pPr>
        <w:rPr>
          <w:rFonts w:cs="Times New Roman"/>
        </w:rPr>
      </w:pPr>
      <w:r w:rsidRPr="000E43CC">
        <w:rPr>
          <w:rFonts w:cs="Times New Roman"/>
        </w:rPr>
        <w:t xml:space="preserve">All Editors ORCID IDs (Mandatory): </w:t>
      </w:r>
      <w:hyperlink r:id="rId11" w:history="1">
        <w:r w:rsidRPr="000E43CC">
          <w:rPr>
            <w:rStyle w:val="Hyperlink"/>
            <w:rFonts w:cs="Times New Roman"/>
          </w:rPr>
          <w:t>https://orcid.org/0000-</w:t>
        </w:r>
      </w:hyperlink>
      <w:r w:rsidRPr="000E43CC">
        <w:rPr>
          <w:rFonts w:cs="Times New Roman"/>
        </w:rPr>
        <w:t xml:space="preserve"> </w:t>
      </w:r>
      <w:r w:rsidRPr="000E43CC">
        <w:rPr>
          <w:rFonts w:cs="Times New Roman"/>
          <w:vertAlign w:val="superscript"/>
        </w:rPr>
        <w:t>1</w:t>
      </w:r>
      <w:r w:rsidRPr="000E43CC">
        <w:rPr>
          <w:rFonts w:cs="Times New Roman"/>
        </w:rPr>
        <w:t xml:space="preserve">, </w:t>
      </w:r>
      <w:hyperlink r:id="rId12" w:history="1">
        <w:r w:rsidRPr="000E43CC">
          <w:rPr>
            <w:rStyle w:val="Hyperlink"/>
            <w:rFonts w:cs="Times New Roman"/>
          </w:rPr>
          <w:t>https://orcid.org/0000-0-</w:t>
        </w:r>
      </w:hyperlink>
      <w:r w:rsidRPr="000E43CC">
        <w:rPr>
          <w:rFonts w:cs="Times New Roman"/>
        </w:rPr>
        <w:t xml:space="preserve"> </w:t>
      </w:r>
      <w:r w:rsidRPr="000E43CC">
        <w:rPr>
          <w:rFonts w:cs="Times New Roman"/>
          <w:vertAlign w:val="superscript"/>
        </w:rPr>
        <w:t>2</w:t>
      </w:r>
      <w:r w:rsidRPr="000E43CC">
        <w:rPr>
          <w:rFonts w:cs="Times New Roman"/>
        </w:rPr>
        <w:t xml:space="preserve">, </w:t>
      </w:r>
      <w:hyperlink r:id="rId13" w:history="1">
        <w:r w:rsidRPr="000E43CC">
          <w:rPr>
            <w:rStyle w:val="Hyperlink"/>
            <w:rFonts w:cs="Times New Roman"/>
          </w:rPr>
          <w:t>https://orcid.org/0000-0</w:t>
        </w:r>
      </w:hyperlink>
      <w:r w:rsidRPr="000E43CC">
        <w:rPr>
          <w:rFonts w:cs="Times New Roman"/>
        </w:rPr>
        <w:t xml:space="preserve"> </w:t>
      </w:r>
      <w:r w:rsidRPr="000E43CC">
        <w:rPr>
          <w:rFonts w:cs="Times New Roman"/>
          <w:vertAlign w:val="superscript"/>
        </w:rPr>
        <w:t>3</w:t>
      </w:r>
      <w:r w:rsidRPr="000E43CC">
        <w:rPr>
          <w:rFonts w:cs="Times New Roman"/>
        </w:rPr>
        <w:t xml:space="preserve">  </w:t>
      </w:r>
    </w:p>
    <w:p w14:paraId="74C4D44B" w14:textId="77777777" w:rsidR="00232C66" w:rsidRPr="00225EE2" w:rsidRDefault="00232C66" w:rsidP="00232C66">
      <w:pPr>
        <w:rPr>
          <w:rFonts w:cs="Times New Roman"/>
        </w:rPr>
      </w:pPr>
    </w:p>
    <w:p w14:paraId="3E11439F" w14:textId="77777777" w:rsidR="00232C66" w:rsidRPr="00225EE2" w:rsidRDefault="00232C66" w:rsidP="00232C66">
      <w:pPr>
        <w:rPr>
          <w:rFonts w:cs="Times New Roman"/>
        </w:rPr>
      </w:pPr>
    </w:p>
    <w:p w14:paraId="375C06B3" w14:textId="77777777" w:rsidR="00232C66" w:rsidRPr="00225EE2" w:rsidRDefault="00232C66" w:rsidP="00232C66">
      <w:pPr>
        <w:rPr>
          <w:rFonts w:cs="Times New Roman"/>
        </w:rPr>
      </w:pPr>
    </w:p>
    <w:p w14:paraId="6079D5FF" w14:textId="77777777" w:rsidR="00232C66" w:rsidRPr="000E43CC" w:rsidRDefault="00232C66" w:rsidP="00232C66">
      <w:pPr>
        <w:rPr>
          <w:rFonts w:cs="Times New Roman"/>
          <w:b/>
          <w:bCs/>
          <w:color w:val="EE0000"/>
        </w:rPr>
      </w:pPr>
      <w:r w:rsidRPr="000E43CC">
        <w:rPr>
          <w:rFonts w:cs="Times New Roman"/>
          <w:b/>
          <w:bCs/>
          <w:color w:val="EE0000"/>
        </w:rPr>
        <w:t>Kindly</w:t>
      </w:r>
      <w:r w:rsidRPr="000E43CC">
        <w:rPr>
          <w:rFonts w:cs="Times New Roman"/>
          <w:b/>
          <w:bCs/>
          <w:color w:val="EE0000"/>
          <w:sz w:val="36"/>
          <w:szCs w:val="36"/>
        </w:rPr>
        <w:t xml:space="preserve"> include</w:t>
      </w:r>
      <w:r w:rsidRPr="000E43CC">
        <w:rPr>
          <w:rFonts w:cs="Times New Roman"/>
          <w:b/>
          <w:bCs/>
          <w:color w:val="EE0000"/>
        </w:rPr>
        <w:t xml:space="preserve"> everything you would like to have in your book in this template. To ensure a smooth process and avoid any confusion, please make sure that</w:t>
      </w:r>
      <w:r w:rsidRPr="000E43CC">
        <w:rPr>
          <w:rFonts w:cs="Times New Roman"/>
          <w:b/>
          <w:bCs/>
          <w:color w:val="EE0000"/>
          <w:sz w:val="32"/>
          <w:szCs w:val="32"/>
        </w:rPr>
        <w:t xml:space="preserve"> </w:t>
      </w:r>
      <w:r w:rsidRPr="000E43CC">
        <w:rPr>
          <w:rFonts w:cs="Times New Roman"/>
          <w:b/>
          <w:bCs/>
          <w:color w:val="EE0000"/>
          <w:sz w:val="36"/>
          <w:szCs w:val="36"/>
        </w:rPr>
        <w:t>nothing is missed</w:t>
      </w:r>
      <w:r w:rsidRPr="000E43CC">
        <w:rPr>
          <w:rFonts w:cs="Times New Roman"/>
          <w:b/>
          <w:bCs/>
          <w:color w:val="EE0000"/>
          <w:sz w:val="24"/>
          <w:szCs w:val="24"/>
        </w:rPr>
        <w:t>.</w:t>
      </w:r>
    </w:p>
    <w:p w14:paraId="3D1370BA" w14:textId="77777777" w:rsidR="00232C66" w:rsidRPr="00225EE2" w:rsidRDefault="00232C66" w:rsidP="00232C66">
      <w:pPr>
        <w:rPr>
          <w:rFonts w:cs="Times New Roman"/>
        </w:rPr>
      </w:pPr>
    </w:p>
    <w:p w14:paraId="2DD86849" w14:textId="77777777" w:rsidR="00232C66" w:rsidRPr="00225EE2" w:rsidRDefault="00232C66" w:rsidP="00232C66">
      <w:pPr>
        <w:rPr>
          <w:rFonts w:cs="Times New Roman"/>
        </w:rPr>
      </w:pPr>
    </w:p>
    <w:p w14:paraId="09042502" w14:textId="622594C1" w:rsidR="00064675" w:rsidRDefault="00064675" w:rsidP="00232C66">
      <w:pPr>
        <w:jc w:val="center"/>
      </w:pPr>
    </w:p>
    <w:p w14:paraId="13A3F79C" w14:textId="77777777" w:rsidR="00232C66" w:rsidRDefault="00232C66" w:rsidP="00232C66">
      <w:pPr>
        <w:jc w:val="center"/>
      </w:pPr>
    </w:p>
    <w:p w14:paraId="15C4A4E4" w14:textId="77777777" w:rsidR="00232C66" w:rsidRDefault="00232C66" w:rsidP="00232C66">
      <w:pPr>
        <w:jc w:val="center"/>
      </w:pPr>
    </w:p>
    <w:p w14:paraId="12B992EC" w14:textId="77777777" w:rsidR="00232C66" w:rsidRDefault="00232C66" w:rsidP="00232C66">
      <w:pPr>
        <w:jc w:val="center"/>
      </w:pPr>
    </w:p>
    <w:p w14:paraId="7F0C8594" w14:textId="77777777" w:rsidR="00064675" w:rsidRDefault="00000000">
      <w:pPr>
        <w:pStyle w:val="Title"/>
      </w:pPr>
      <w:r>
        <w:lastRenderedPageBreak/>
        <w:t>Instructions for Editors &amp; Chapter Authors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8064"/>
      </w:tblGrid>
      <w:tr w:rsidR="00064675" w14:paraId="48D30882" w14:textId="77777777">
        <w:trPr>
          <w:jc w:val="center"/>
        </w:trPr>
        <w:tc>
          <w:tcPr>
            <w:tcW w:w="8064" w:type="dxa"/>
            <w:shd w:val="clear" w:color="auto" w:fill="EAF4F4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E6D8663" w14:textId="77777777" w:rsidR="00064675" w:rsidRDefault="00000000">
            <w:r>
              <w:rPr>
                <w:b/>
                <w:color w:val="17365D"/>
              </w:rPr>
              <w:t>MANDATORY FORMAT</w:t>
            </w:r>
          </w:p>
          <w:p w14:paraId="6AC9551C" w14:textId="77777777" w:rsidR="00064675" w:rsidRDefault="00000000">
            <w:pPr>
              <w:jc w:val="both"/>
            </w:pPr>
            <w:r>
              <w:t>Book size: 7 × 10 inches • Main text: Times New Roman 11 pt • Table content: 10 pt • Table/Figure captions: 9 pt • Images/Figures: minimum 300 DPI</w:t>
            </w:r>
          </w:p>
        </w:tc>
      </w:tr>
    </w:tbl>
    <w:p w14:paraId="62FA4E72" w14:textId="77777777" w:rsidR="00064675" w:rsidRDefault="00064675"/>
    <w:p w14:paraId="37A068D8" w14:textId="77777777" w:rsidR="00064675" w:rsidRDefault="00000000">
      <w:pPr>
        <w:pStyle w:val="Heading2"/>
      </w:pPr>
      <w:r>
        <w:t>Chapter Submission</w:t>
      </w:r>
    </w:p>
    <w:p w14:paraId="1FE302DC" w14:textId="77777777" w:rsidR="00064675" w:rsidRDefault="00000000">
      <w:pPr>
        <w:jc w:val="both"/>
      </w:pPr>
      <w:r>
        <w:t>Each chapter must be an original scholarly contribution relevant to the theme of the edited book. Submit the final chapter in Microsoft Word format using this template.</w:t>
      </w:r>
    </w:p>
    <w:p w14:paraId="62F163F9" w14:textId="77777777" w:rsidR="00064675" w:rsidRDefault="00000000">
      <w:pPr>
        <w:pStyle w:val="Heading2"/>
      </w:pPr>
      <w:r>
        <w:t>Recommended Chapter Order</w:t>
      </w:r>
    </w:p>
    <w:p w14:paraId="61952E2F" w14:textId="77777777" w:rsidR="00064675" w:rsidRDefault="00000000">
      <w:pPr>
        <w:jc w:val="both"/>
      </w:pPr>
      <w:r>
        <w:t>Chapter Title; Author Name(s); Affiliation(s); E-mail/ORCID where required; Abstract; Keywords; Introduction; appropriate main sections/subsections; Conclusion; Acknowledgement/Funding/Conflict of Interest where applicable; References.</w:t>
      </w:r>
    </w:p>
    <w:p w14:paraId="33199C0A" w14:textId="77777777" w:rsidR="00064675" w:rsidRDefault="00000000">
      <w:pPr>
        <w:pStyle w:val="Heading2"/>
      </w:pPr>
      <w:r>
        <w:t>Abstract &amp; Keywords</w:t>
      </w:r>
    </w:p>
    <w:p w14:paraId="7883F2BD" w14:textId="77777777" w:rsidR="00064675" w:rsidRDefault="00000000">
      <w:pPr>
        <w:jc w:val="both"/>
      </w:pPr>
      <w:r>
        <w:t>Provide a concise abstract of approximately 150–250 words and 4–6 keywords. The abstract should state the chapter purpose, approach/scope, major discussion or findings, and conclusion.</w:t>
      </w:r>
    </w:p>
    <w:p w14:paraId="790424F5" w14:textId="77777777" w:rsidR="00064675" w:rsidRDefault="00000000">
      <w:pPr>
        <w:pStyle w:val="Heading2"/>
      </w:pPr>
      <w:r>
        <w:t>Text Formatting</w:t>
      </w:r>
    </w:p>
    <w:p w14:paraId="2F0AC537" w14:textId="77777777" w:rsidR="00064675" w:rsidRDefault="00000000">
      <w:pPr>
        <w:jc w:val="both"/>
      </w:pPr>
      <w:r>
        <w:t>Use Times New Roman 11 pt for body text. Keep text justified. Use the predefined heading styles and avoid manual formatting for section hierarchy.</w:t>
      </w:r>
    </w:p>
    <w:p w14:paraId="4B3C8C59" w14:textId="77777777" w:rsidR="00064675" w:rsidRDefault="00000000">
      <w:pPr>
        <w:pStyle w:val="Heading2"/>
      </w:pPr>
      <w:r>
        <w:t>Tables</w:t>
      </w:r>
    </w:p>
    <w:p w14:paraId="6CE1031A" w14:textId="77777777" w:rsidR="00064675" w:rsidRDefault="00000000">
      <w:pPr>
        <w:jc w:val="both"/>
      </w:pPr>
      <w:r>
        <w:t>Table content must be Times New Roman 10 pt. Place the table title above the table in Times New Roman 9 pt. Number tables consistently within each chapter, e.g., Table 4.1.</w:t>
      </w:r>
    </w:p>
    <w:p w14:paraId="0F40F54F" w14:textId="77777777" w:rsidR="00064675" w:rsidRDefault="00000000">
      <w:pPr>
        <w:pStyle w:val="Heading2"/>
      </w:pPr>
      <w:r>
        <w:t>Figures &amp; Images</w:t>
      </w:r>
    </w:p>
    <w:p w14:paraId="4A0F8ABA" w14:textId="77777777" w:rsidR="00064675" w:rsidRDefault="00000000">
      <w:pPr>
        <w:jc w:val="both"/>
      </w:pPr>
      <w:r>
        <w:t>All figures, graphs, photographs, maps, and diagrams must have a minimum resolution of 300 DPI. Figure captions must appear below the figure in Times New Roman 9 pt. Authors must provide permission for copyrighted third-party material.</w:t>
      </w:r>
    </w:p>
    <w:p w14:paraId="5149CFCB" w14:textId="77777777" w:rsidR="00064675" w:rsidRDefault="00000000">
      <w:pPr>
        <w:pStyle w:val="Heading2"/>
      </w:pPr>
      <w:r>
        <w:lastRenderedPageBreak/>
        <w:t>References</w:t>
      </w:r>
    </w:p>
    <w:p w14:paraId="17B590DD" w14:textId="77777777" w:rsidR="00064675" w:rsidRDefault="00000000">
      <w:pPr>
        <w:jc w:val="both"/>
      </w:pPr>
      <w:r>
        <w:t>Use one citation/reference style specified by the editors for the entire volume. Verify DOI, author names, publication details, and all in-text citations before submission.</w:t>
      </w:r>
    </w:p>
    <w:p w14:paraId="2B833A44" w14:textId="77777777" w:rsidR="00064675" w:rsidRDefault="00000000">
      <w:pPr>
        <w:pStyle w:val="Heading2"/>
      </w:pPr>
      <w:r>
        <w:t>Originality &amp; Ethics</w:t>
      </w:r>
    </w:p>
    <w:p w14:paraId="645EFD38" w14:textId="77777777" w:rsidR="00064675" w:rsidRDefault="00000000">
      <w:pPr>
        <w:jc w:val="both"/>
      </w:pPr>
      <w:r>
        <w:t>Chapter authors are responsible for originality, accurate citation, permissions, ethical compliance, and factual accuracy. Plagiarized, fabricated, or improperly attributed material must not be submitted.</w:t>
      </w:r>
    </w:p>
    <w:p w14:paraId="2B25483A" w14:textId="77777777" w:rsidR="00064675" w:rsidRDefault="00000000">
      <w:pPr>
        <w:pStyle w:val="Heading2"/>
      </w:pPr>
      <w:r>
        <w:t>Editorial Consistency</w:t>
      </w:r>
    </w:p>
    <w:p w14:paraId="5050AEB6" w14:textId="77777777" w:rsidR="00064675" w:rsidRDefault="00000000">
      <w:pPr>
        <w:jc w:val="both"/>
      </w:pPr>
      <w:r>
        <w:t>Editors should ensure consistent terminology, spelling convention, heading hierarchy, reference style, table/figure numbering, author information, and chapter sequence throughout the volume.</w:t>
      </w:r>
    </w:p>
    <w:p w14:paraId="424B6D8F" w14:textId="77777777" w:rsidR="00064675" w:rsidRDefault="00000000">
      <w:r>
        <w:br w:type="page"/>
      </w:r>
    </w:p>
    <w:p w14:paraId="1D5BEDB4" w14:textId="6D4FAB98" w:rsidR="00064675" w:rsidRDefault="00064675"/>
    <w:p w14:paraId="6ABAD141" w14:textId="77777777" w:rsidR="00064675" w:rsidRDefault="00000000">
      <w:pPr>
        <w:pStyle w:val="Title"/>
      </w:pPr>
      <w:r>
        <w:t>About the Edited Book</w:t>
      </w:r>
    </w:p>
    <w:p w14:paraId="1BFA93AA" w14:textId="77777777" w:rsidR="00064675" w:rsidRDefault="00000000">
      <w:r>
        <w:t>[Provide a 250–400 word overview of the theme, objectives, academic significance, target readership, and scope of the edited volume.]</w:t>
      </w:r>
    </w:p>
    <w:p w14:paraId="76FFAD8E" w14:textId="77777777" w:rsidR="00064675" w:rsidRDefault="00000000">
      <w:pPr>
        <w:pStyle w:val="Heading1"/>
      </w:pPr>
      <w:r>
        <w:t>About the Editors</w:t>
      </w:r>
    </w:p>
    <w:p w14:paraId="49B227C2" w14:textId="77777777" w:rsidR="00064675" w:rsidRDefault="00000000">
      <w:r>
        <w:t>Dr. [Editor Name]</w:t>
      </w:r>
      <w:r>
        <w:br/>
        <w:t>[150–200 word professional biography.]</w:t>
      </w:r>
    </w:p>
    <w:p w14:paraId="52AC0B07" w14:textId="77777777" w:rsidR="00064675" w:rsidRDefault="00000000">
      <w:r>
        <w:t>Dr. [Co-Editor Name]</w:t>
      </w:r>
      <w:r>
        <w:br/>
        <w:t>[150–200 word professional biography.]</w:t>
      </w:r>
    </w:p>
    <w:p w14:paraId="2D2FE54F" w14:textId="77777777" w:rsidR="00064675" w:rsidRDefault="00000000">
      <w:r>
        <w:br w:type="page"/>
      </w:r>
    </w:p>
    <w:p w14:paraId="217CD268" w14:textId="77777777" w:rsidR="00064675" w:rsidRDefault="00000000">
      <w:pPr>
        <w:pStyle w:val="Title"/>
      </w:pPr>
      <w:r>
        <w:lastRenderedPageBreak/>
        <w:t>Preface</w:t>
      </w:r>
    </w:p>
    <w:p w14:paraId="4CA096EE" w14:textId="77777777" w:rsidR="00064675" w:rsidRDefault="00000000">
      <w:r>
        <w:t>[Editors may explain the motivation for the volume, thematic organization, contribution of the chapters, and intended academic value.]</w:t>
      </w:r>
    </w:p>
    <w:p w14:paraId="47CAF650" w14:textId="2476E96C" w:rsidR="00064675" w:rsidRDefault="00000000">
      <w:r>
        <w:br/>
      </w:r>
      <w:r>
        <w:br/>
        <w:t>Editor(s)</w:t>
      </w:r>
    </w:p>
    <w:p w14:paraId="50582A56" w14:textId="77777777" w:rsidR="00064675" w:rsidRDefault="00000000">
      <w:r>
        <w:br w:type="page"/>
      </w:r>
    </w:p>
    <w:p w14:paraId="615D05D3" w14:textId="77777777" w:rsidR="00064675" w:rsidRDefault="00000000">
      <w:pPr>
        <w:pStyle w:val="Title"/>
      </w:pPr>
      <w:r>
        <w:lastRenderedPageBreak/>
        <w:t>Acknowledgements</w:t>
      </w:r>
    </w:p>
    <w:p w14:paraId="48B54EA9" w14:textId="77777777" w:rsidR="00064675" w:rsidRDefault="00000000">
      <w:r>
        <w:t>[Acknowledge contributors, reviewers, institutions, funding bodies, and others who supported the edited volume.]</w:t>
      </w:r>
    </w:p>
    <w:p w14:paraId="6E978F85" w14:textId="77777777" w:rsidR="00064675" w:rsidRDefault="00000000">
      <w:r>
        <w:br w:type="page"/>
      </w:r>
    </w:p>
    <w:p w14:paraId="4769D142" w14:textId="77777777" w:rsidR="00064675" w:rsidRDefault="00000000">
      <w:pPr>
        <w:pStyle w:val="Title"/>
      </w:pPr>
      <w:r>
        <w:lastRenderedPageBreak/>
        <w:t>List of Contributors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016"/>
        <w:gridCol w:w="2016"/>
        <w:gridCol w:w="2016"/>
        <w:gridCol w:w="2016"/>
      </w:tblGrid>
      <w:tr w:rsidR="00064675" w14:paraId="77FB410B" w14:textId="77777777">
        <w:trPr>
          <w:jc w:val="center"/>
        </w:trPr>
        <w:tc>
          <w:tcPr>
            <w:tcW w:w="2016" w:type="dxa"/>
            <w:shd w:val="clear" w:color="auto" w:fill="17365D"/>
          </w:tcPr>
          <w:p w14:paraId="418DB934" w14:textId="77777777" w:rsidR="00064675" w:rsidRDefault="00000000">
            <w:r>
              <w:rPr>
                <w:b/>
                <w:color w:val="FFFFFF"/>
                <w:sz w:val="20"/>
              </w:rPr>
              <w:t>Contributor</w:t>
            </w:r>
          </w:p>
        </w:tc>
        <w:tc>
          <w:tcPr>
            <w:tcW w:w="2016" w:type="dxa"/>
            <w:shd w:val="clear" w:color="auto" w:fill="17365D"/>
          </w:tcPr>
          <w:p w14:paraId="7506CCC4" w14:textId="77777777" w:rsidR="00064675" w:rsidRDefault="00000000">
            <w:r>
              <w:rPr>
                <w:b/>
                <w:color w:val="FFFFFF"/>
                <w:sz w:val="20"/>
              </w:rPr>
              <w:t>Designation</w:t>
            </w:r>
          </w:p>
        </w:tc>
        <w:tc>
          <w:tcPr>
            <w:tcW w:w="2016" w:type="dxa"/>
            <w:shd w:val="clear" w:color="auto" w:fill="17365D"/>
          </w:tcPr>
          <w:p w14:paraId="20EA62FB" w14:textId="77777777" w:rsidR="00064675" w:rsidRDefault="00000000">
            <w:r>
              <w:rPr>
                <w:b/>
                <w:color w:val="FFFFFF"/>
                <w:sz w:val="20"/>
              </w:rPr>
              <w:t>Institution</w:t>
            </w:r>
          </w:p>
        </w:tc>
        <w:tc>
          <w:tcPr>
            <w:tcW w:w="2016" w:type="dxa"/>
            <w:shd w:val="clear" w:color="auto" w:fill="17365D"/>
          </w:tcPr>
          <w:p w14:paraId="5AE400B0" w14:textId="77777777" w:rsidR="00064675" w:rsidRDefault="00000000">
            <w:r>
              <w:rPr>
                <w:b/>
                <w:color w:val="FFFFFF"/>
                <w:sz w:val="20"/>
              </w:rPr>
              <w:t>E-mail / ORCID</w:t>
            </w:r>
          </w:p>
        </w:tc>
      </w:tr>
      <w:tr w:rsidR="00064675" w14:paraId="1BF2AA41" w14:textId="77777777">
        <w:trPr>
          <w:jc w:val="center"/>
        </w:trPr>
        <w:tc>
          <w:tcPr>
            <w:tcW w:w="2016" w:type="dxa"/>
          </w:tcPr>
          <w:p w14:paraId="7CFB2C6B" w14:textId="77777777" w:rsidR="00064675" w:rsidRDefault="00000000">
            <w:r>
              <w:rPr>
                <w:sz w:val="20"/>
              </w:rPr>
              <w:t>[Details]</w:t>
            </w:r>
          </w:p>
        </w:tc>
        <w:tc>
          <w:tcPr>
            <w:tcW w:w="2016" w:type="dxa"/>
          </w:tcPr>
          <w:p w14:paraId="4AE3F497" w14:textId="77777777" w:rsidR="00064675" w:rsidRDefault="00000000">
            <w:r>
              <w:rPr>
                <w:sz w:val="20"/>
              </w:rPr>
              <w:t>[Details]</w:t>
            </w:r>
          </w:p>
        </w:tc>
        <w:tc>
          <w:tcPr>
            <w:tcW w:w="2016" w:type="dxa"/>
          </w:tcPr>
          <w:p w14:paraId="262B181A" w14:textId="77777777" w:rsidR="00064675" w:rsidRDefault="00000000">
            <w:r>
              <w:rPr>
                <w:sz w:val="20"/>
              </w:rPr>
              <w:t>[Details]</w:t>
            </w:r>
          </w:p>
        </w:tc>
        <w:tc>
          <w:tcPr>
            <w:tcW w:w="2016" w:type="dxa"/>
          </w:tcPr>
          <w:p w14:paraId="5E486FB7" w14:textId="77777777" w:rsidR="00064675" w:rsidRDefault="00000000">
            <w:r>
              <w:rPr>
                <w:sz w:val="20"/>
              </w:rPr>
              <w:t>[Details]</w:t>
            </w:r>
          </w:p>
        </w:tc>
      </w:tr>
      <w:tr w:rsidR="00064675" w14:paraId="578F2EC6" w14:textId="77777777">
        <w:trPr>
          <w:jc w:val="center"/>
        </w:trPr>
        <w:tc>
          <w:tcPr>
            <w:tcW w:w="2016" w:type="dxa"/>
          </w:tcPr>
          <w:p w14:paraId="477A533C" w14:textId="77777777" w:rsidR="00064675" w:rsidRDefault="00000000">
            <w:r>
              <w:rPr>
                <w:sz w:val="20"/>
              </w:rPr>
              <w:t>[Details]</w:t>
            </w:r>
          </w:p>
        </w:tc>
        <w:tc>
          <w:tcPr>
            <w:tcW w:w="2016" w:type="dxa"/>
          </w:tcPr>
          <w:p w14:paraId="3AD7F38C" w14:textId="77777777" w:rsidR="00064675" w:rsidRDefault="00000000">
            <w:r>
              <w:rPr>
                <w:sz w:val="20"/>
              </w:rPr>
              <w:t>[Details]</w:t>
            </w:r>
          </w:p>
        </w:tc>
        <w:tc>
          <w:tcPr>
            <w:tcW w:w="2016" w:type="dxa"/>
          </w:tcPr>
          <w:p w14:paraId="09A71808" w14:textId="77777777" w:rsidR="00064675" w:rsidRDefault="00000000">
            <w:r>
              <w:rPr>
                <w:sz w:val="20"/>
              </w:rPr>
              <w:t>[Details]</w:t>
            </w:r>
          </w:p>
        </w:tc>
        <w:tc>
          <w:tcPr>
            <w:tcW w:w="2016" w:type="dxa"/>
          </w:tcPr>
          <w:p w14:paraId="6A519A09" w14:textId="77777777" w:rsidR="00064675" w:rsidRDefault="00000000">
            <w:r>
              <w:rPr>
                <w:sz w:val="20"/>
              </w:rPr>
              <w:t>[Details]</w:t>
            </w:r>
          </w:p>
        </w:tc>
      </w:tr>
      <w:tr w:rsidR="00064675" w14:paraId="5CB196DB" w14:textId="77777777">
        <w:trPr>
          <w:jc w:val="center"/>
        </w:trPr>
        <w:tc>
          <w:tcPr>
            <w:tcW w:w="2016" w:type="dxa"/>
          </w:tcPr>
          <w:p w14:paraId="2B02442A" w14:textId="77777777" w:rsidR="00064675" w:rsidRDefault="00000000">
            <w:r>
              <w:rPr>
                <w:sz w:val="20"/>
              </w:rPr>
              <w:t>[Details]</w:t>
            </w:r>
          </w:p>
        </w:tc>
        <w:tc>
          <w:tcPr>
            <w:tcW w:w="2016" w:type="dxa"/>
          </w:tcPr>
          <w:p w14:paraId="10FDB7C2" w14:textId="77777777" w:rsidR="00064675" w:rsidRDefault="00000000">
            <w:r>
              <w:rPr>
                <w:sz w:val="20"/>
              </w:rPr>
              <w:t>[Details]</w:t>
            </w:r>
          </w:p>
        </w:tc>
        <w:tc>
          <w:tcPr>
            <w:tcW w:w="2016" w:type="dxa"/>
          </w:tcPr>
          <w:p w14:paraId="707F3F4D" w14:textId="77777777" w:rsidR="00064675" w:rsidRDefault="00000000">
            <w:r>
              <w:rPr>
                <w:sz w:val="20"/>
              </w:rPr>
              <w:t>[Details]</w:t>
            </w:r>
          </w:p>
        </w:tc>
        <w:tc>
          <w:tcPr>
            <w:tcW w:w="2016" w:type="dxa"/>
          </w:tcPr>
          <w:p w14:paraId="5CAC6528" w14:textId="77777777" w:rsidR="00064675" w:rsidRDefault="00000000">
            <w:r>
              <w:rPr>
                <w:sz w:val="20"/>
              </w:rPr>
              <w:t>[Details]</w:t>
            </w:r>
          </w:p>
        </w:tc>
      </w:tr>
      <w:tr w:rsidR="00064675" w14:paraId="7412F11C" w14:textId="77777777">
        <w:trPr>
          <w:jc w:val="center"/>
        </w:trPr>
        <w:tc>
          <w:tcPr>
            <w:tcW w:w="2016" w:type="dxa"/>
          </w:tcPr>
          <w:p w14:paraId="23F53BE8" w14:textId="77777777" w:rsidR="00064675" w:rsidRDefault="00000000">
            <w:r>
              <w:rPr>
                <w:sz w:val="20"/>
              </w:rPr>
              <w:t>[Details]</w:t>
            </w:r>
          </w:p>
        </w:tc>
        <w:tc>
          <w:tcPr>
            <w:tcW w:w="2016" w:type="dxa"/>
          </w:tcPr>
          <w:p w14:paraId="1207FFC9" w14:textId="77777777" w:rsidR="00064675" w:rsidRDefault="00000000">
            <w:r>
              <w:rPr>
                <w:sz w:val="20"/>
              </w:rPr>
              <w:t>[Details]</w:t>
            </w:r>
          </w:p>
        </w:tc>
        <w:tc>
          <w:tcPr>
            <w:tcW w:w="2016" w:type="dxa"/>
          </w:tcPr>
          <w:p w14:paraId="57EC86F4" w14:textId="77777777" w:rsidR="00064675" w:rsidRDefault="00000000">
            <w:r>
              <w:rPr>
                <w:sz w:val="20"/>
              </w:rPr>
              <w:t>[Details]</w:t>
            </w:r>
          </w:p>
        </w:tc>
        <w:tc>
          <w:tcPr>
            <w:tcW w:w="2016" w:type="dxa"/>
          </w:tcPr>
          <w:p w14:paraId="28021CAD" w14:textId="77777777" w:rsidR="00064675" w:rsidRDefault="00000000">
            <w:r>
              <w:rPr>
                <w:sz w:val="20"/>
              </w:rPr>
              <w:t>[Details]</w:t>
            </w:r>
          </w:p>
        </w:tc>
      </w:tr>
      <w:tr w:rsidR="00064675" w14:paraId="73A8B51B" w14:textId="77777777">
        <w:trPr>
          <w:jc w:val="center"/>
        </w:trPr>
        <w:tc>
          <w:tcPr>
            <w:tcW w:w="2016" w:type="dxa"/>
          </w:tcPr>
          <w:p w14:paraId="15B8BE54" w14:textId="77777777" w:rsidR="00064675" w:rsidRDefault="00000000">
            <w:r>
              <w:rPr>
                <w:sz w:val="20"/>
              </w:rPr>
              <w:t>[Details]</w:t>
            </w:r>
          </w:p>
        </w:tc>
        <w:tc>
          <w:tcPr>
            <w:tcW w:w="2016" w:type="dxa"/>
          </w:tcPr>
          <w:p w14:paraId="6B6A596E" w14:textId="77777777" w:rsidR="00064675" w:rsidRDefault="00000000">
            <w:r>
              <w:rPr>
                <w:sz w:val="20"/>
              </w:rPr>
              <w:t>[Details]</w:t>
            </w:r>
          </w:p>
        </w:tc>
        <w:tc>
          <w:tcPr>
            <w:tcW w:w="2016" w:type="dxa"/>
          </w:tcPr>
          <w:p w14:paraId="69F5C4A6" w14:textId="77777777" w:rsidR="00064675" w:rsidRDefault="00000000">
            <w:r>
              <w:rPr>
                <w:sz w:val="20"/>
              </w:rPr>
              <w:t>[Details]</w:t>
            </w:r>
          </w:p>
        </w:tc>
        <w:tc>
          <w:tcPr>
            <w:tcW w:w="2016" w:type="dxa"/>
          </w:tcPr>
          <w:p w14:paraId="1485FF88" w14:textId="77777777" w:rsidR="00064675" w:rsidRDefault="00000000">
            <w:r>
              <w:rPr>
                <w:sz w:val="20"/>
              </w:rPr>
              <w:t>[Details]</w:t>
            </w:r>
          </w:p>
        </w:tc>
      </w:tr>
      <w:tr w:rsidR="00064675" w14:paraId="41B8CDE5" w14:textId="77777777">
        <w:trPr>
          <w:jc w:val="center"/>
        </w:trPr>
        <w:tc>
          <w:tcPr>
            <w:tcW w:w="2016" w:type="dxa"/>
          </w:tcPr>
          <w:p w14:paraId="2A38CF8F" w14:textId="77777777" w:rsidR="00064675" w:rsidRDefault="00000000">
            <w:r>
              <w:rPr>
                <w:sz w:val="20"/>
              </w:rPr>
              <w:t>[Details]</w:t>
            </w:r>
          </w:p>
        </w:tc>
        <w:tc>
          <w:tcPr>
            <w:tcW w:w="2016" w:type="dxa"/>
          </w:tcPr>
          <w:p w14:paraId="607F7970" w14:textId="77777777" w:rsidR="00064675" w:rsidRDefault="00000000">
            <w:r>
              <w:rPr>
                <w:sz w:val="20"/>
              </w:rPr>
              <w:t>[Details]</w:t>
            </w:r>
          </w:p>
        </w:tc>
        <w:tc>
          <w:tcPr>
            <w:tcW w:w="2016" w:type="dxa"/>
          </w:tcPr>
          <w:p w14:paraId="1562AB63" w14:textId="77777777" w:rsidR="00064675" w:rsidRDefault="00000000">
            <w:r>
              <w:rPr>
                <w:sz w:val="20"/>
              </w:rPr>
              <w:t>[Details]</w:t>
            </w:r>
          </w:p>
        </w:tc>
        <w:tc>
          <w:tcPr>
            <w:tcW w:w="2016" w:type="dxa"/>
          </w:tcPr>
          <w:p w14:paraId="0555A573" w14:textId="77777777" w:rsidR="00064675" w:rsidRDefault="00000000">
            <w:r>
              <w:rPr>
                <w:sz w:val="20"/>
              </w:rPr>
              <w:t>[Details]</w:t>
            </w:r>
          </w:p>
        </w:tc>
      </w:tr>
      <w:tr w:rsidR="00064675" w14:paraId="1D8624FA" w14:textId="77777777">
        <w:trPr>
          <w:jc w:val="center"/>
        </w:trPr>
        <w:tc>
          <w:tcPr>
            <w:tcW w:w="2016" w:type="dxa"/>
          </w:tcPr>
          <w:p w14:paraId="69BFAEF8" w14:textId="77777777" w:rsidR="00064675" w:rsidRDefault="00000000">
            <w:r>
              <w:rPr>
                <w:sz w:val="20"/>
              </w:rPr>
              <w:t>[Details]</w:t>
            </w:r>
          </w:p>
        </w:tc>
        <w:tc>
          <w:tcPr>
            <w:tcW w:w="2016" w:type="dxa"/>
          </w:tcPr>
          <w:p w14:paraId="79A845B1" w14:textId="77777777" w:rsidR="00064675" w:rsidRDefault="00000000">
            <w:r>
              <w:rPr>
                <w:sz w:val="20"/>
              </w:rPr>
              <w:t>[Details]</w:t>
            </w:r>
          </w:p>
        </w:tc>
        <w:tc>
          <w:tcPr>
            <w:tcW w:w="2016" w:type="dxa"/>
          </w:tcPr>
          <w:p w14:paraId="4786A331" w14:textId="77777777" w:rsidR="00064675" w:rsidRDefault="00000000">
            <w:r>
              <w:rPr>
                <w:sz w:val="20"/>
              </w:rPr>
              <w:t>[Details]</w:t>
            </w:r>
          </w:p>
        </w:tc>
        <w:tc>
          <w:tcPr>
            <w:tcW w:w="2016" w:type="dxa"/>
          </w:tcPr>
          <w:p w14:paraId="132F6D70" w14:textId="77777777" w:rsidR="00064675" w:rsidRDefault="00000000">
            <w:r>
              <w:rPr>
                <w:sz w:val="20"/>
              </w:rPr>
              <w:t>[Details]</w:t>
            </w:r>
          </w:p>
        </w:tc>
      </w:tr>
      <w:tr w:rsidR="00064675" w14:paraId="62DDA126" w14:textId="77777777">
        <w:trPr>
          <w:jc w:val="center"/>
        </w:trPr>
        <w:tc>
          <w:tcPr>
            <w:tcW w:w="2016" w:type="dxa"/>
          </w:tcPr>
          <w:p w14:paraId="3E4542A4" w14:textId="77777777" w:rsidR="00064675" w:rsidRDefault="00000000">
            <w:r>
              <w:rPr>
                <w:sz w:val="20"/>
              </w:rPr>
              <w:t>[Details]</w:t>
            </w:r>
          </w:p>
        </w:tc>
        <w:tc>
          <w:tcPr>
            <w:tcW w:w="2016" w:type="dxa"/>
          </w:tcPr>
          <w:p w14:paraId="021A73C9" w14:textId="77777777" w:rsidR="00064675" w:rsidRDefault="00000000">
            <w:r>
              <w:rPr>
                <w:sz w:val="20"/>
              </w:rPr>
              <w:t>[Details]</w:t>
            </w:r>
          </w:p>
        </w:tc>
        <w:tc>
          <w:tcPr>
            <w:tcW w:w="2016" w:type="dxa"/>
          </w:tcPr>
          <w:p w14:paraId="4BD89034" w14:textId="77777777" w:rsidR="00064675" w:rsidRDefault="00000000">
            <w:r>
              <w:rPr>
                <w:sz w:val="20"/>
              </w:rPr>
              <w:t>[Details]</w:t>
            </w:r>
          </w:p>
        </w:tc>
        <w:tc>
          <w:tcPr>
            <w:tcW w:w="2016" w:type="dxa"/>
          </w:tcPr>
          <w:p w14:paraId="4E20FED9" w14:textId="77777777" w:rsidR="00064675" w:rsidRDefault="00000000">
            <w:r>
              <w:rPr>
                <w:sz w:val="20"/>
              </w:rPr>
              <w:t>[Details]</w:t>
            </w:r>
          </w:p>
        </w:tc>
      </w:tr>
    </w:tbl>
    <w:p w14:paraId="6B7C123B" w14:textId="77777777" w:rsidR="00064675" w:rsidRDefault="00000000">
      <w:r>
        <w:br w:type="page"/>
      </w:r>
    </w:p>
    <w:p w14:paraId="11D46310" w14:textId="77777777" w:rsidR="00064675" w:rsidRDefault="00000000">
      <w:pPr>
        <w:pStyle w:val="Title"/>
      </w:pPr>
      <w:r>
        <w:lastRenderedPageBreak/>
        <w:t>Table of Contents</w:t>
      </w:r>
    </w:p>
    <w:p w14:paraId="1BE91995" w14:textId="77777777" w:rsidR="00064675" w:rsidRDefault="00000000">
      <w:r>
        <w:t>Update the automatic Table of Contents in Microsoft Word after all chapters have been finalized.</w:t>
      </w:r>
    </w:p>
    <w:p w14:paraId="58872884" w14:textId="77777777" w:rsidR="00064675" w:rsidRDefault="00000000">
      <w:r>
        <w:t>Chapter 01  [Chapter Title] — [Author(s)] ........................................</w:t>
      </w:r>
    </w:p>
    <w:p w14:paraId="542A436B" w14:textId="77777777" w:rsidR="00064675" w:rsidRDefault="00000000">
      <w:r>
        <w:t>Chapter 02  [Chapter Title] — [Author(s)] ........................................</w:t>
      </w:r>
    </w:p>
    <w:p w14:paraId="74693630" w14:textId="77777777" w:rsidR="00064675" w:rsidRDefault="00000000">
      <w:r>
        <w:t>Chapter 03  [Chapter Title] — [Author(s)] ........................................</w:t>
      </w:r>
    </w:p>
    <w:p w14:paraId="0350B2DF" w14:textId="77777777" w:rsidR="00064675" w:rsidRDefault="00000000">
      <w:r>
        <w:t>Chapter 04  [Chapter Title] — [Author(s)] ........................................</w:t>
      </w:r>
    </w:p>
    <w:p w14:paraId="49EAC9FC" w14:textId="77777777" w:rsidR="00064675" w:rsidRDefault="00000000">
      <w:r>
        <w:t>Chapter 05  [Chapter Title] — [Author(s)] ........................................</w:t>
      </w:r>
    </w:p>
    <w:p w14:paraId="4F53B27F" w14:textId="77777777" w:rsidR="00064675" w:rsidRDefault="00000000">
      <w:r>
        <w:t>Chapter 06  [Chapter Title] — [Author(s)] ........................................</w:t>
      </w:r>
    </w:p>
    <w:p w14:paraId="58F39CD5" w14:textId="77777777" w:rsidR="00064675" w:rsidRDefault="00000000">
      <w:r>
        <w:t>Chapter 07  [Chapter Title] — [Author(s)] ........................................</w:t>
      </w:r>
    </w:p>
    <w:p w14:paraId="14D48A66" w14:textId="77777777" w:rsidR="00064675" w:rsidRDefault="00000000">
      <w:r>
        <w:t>Chapter 08  [Chapter Title] — [Author(s)] ........................................</w:t>
      </w:r>
    </w:p>
    <w:p w14:paraId="38CE1790" w14:textId="77777777" w:rsidR="00064675" w:rsidRDefault="00000000">
      <w:r>
        <w:t>Chapter 09  [Chapter Title] — [Author(s)] ........................................</w:t>
      </w:r>
    </w:p>
    <w:p w14:paraId="556AC51B" w14:textId="77777777" w:rsidR="00064675" w:rsidRDefault="00000000">
      <w:r>
        <w:t>Chapter 10  [Chapter Title] — [Author(s)] ........................................</w:t>
      </w:r>
    </w:p>
    <w:p w14:paraId="7C1875D2" w14:textId="77777777" w:rsidR="00064675" w:rsidRDefault="00000000">
      <w:r>
        <w:t>Chapter 11  [Chapter Title] — [Author(s)] ........................................</w:t>
      </w:r>
    </w:p>
    <w:p w14:paraId="516CF166" w14:textId="77777777" w:rsidR="00064675" w:rsidRDefault="00000000">
      <w:r>
        <w:t>Chapter 12  [Chapter Title] — [Author(s)] ........................................</w:t>
      </w:r>
    </w:p>
    <w:p w14:paraId="5B75B67C" w14:textId="77777777" w:rsidR="00064675" w:rsidRDefault="00000000">
      <w:r>
        <w:t>Chapter 13  [Chapter Title] — [Author(s)] ........................................</w:t>
      </w:r>
    </w:p>
    <w:p w14:paraId="4DE6AA7B" w14:textId="77777777" w:rsidR="00064675" w:rsidRDefault="00000000">
      <w:r>
        <w:t>Chapter 14  [Chapter Title] — [Author(s)] ........................................</w:t>
      </w:r>
    </w:p>
    <w:p w14:paraId="25271F0E" w14:textId="77777777" w:rsidR="00064675" w:rsidRDefault="00000000">
      <w:r>
        <w:t>Chapter 15  [Chapter Title] — [Author(s)] ........................................</w:t>
      </w:r>
    </w:p>
    <w:p w14:paraId="68DF24EA" w14:textId="77777777" w:rsidR="00064675" w:rsidRDefault="00000000">
      <w:r>
        <w:br w:type="page"/>
      </w:r>
    </w:p>
    <w:p w14:paraId="53981420" w14:textId="77777777" w:rsidR="00064675" w:rsidRDefault="00064675"/>
    <w:p w14:paraId="0C48F7C7" w14:textId="77777777" w:rsidR="00064675" w:rsidRDefault="00064675">
      <w:pPr>
        <w:sectPr w:rsidR="00064675">
          <w:pgSz w:w="10080" w:h="14400"/>
          <w:pgMar w:top="1008" w:right="936" w:bottom="1008" w:left="1080" w:header="360" w:footer="360" w:gutter="0"/>
          <w:cols w:space="720"/>
        </w:sectPr>
      </w:pPr>
    </w:p>
    <w:p w14:paraId="628E3961" w14:textId="4762B80B" w:rsidR="00C75A3D" w:rsidRDefault="00C75A3D">
      <w:pPr>
        <w:jc w:val="center"/>
        <w:rPr>
          <w:b/>
          <w:color w:val="008C95"/>
          <w:sz w:val="32"/>
          <w:szCs w:val="32"/>
        </w:rPr>
      </w:pPr>
      <w:r w:rsidRPr="00D9522D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48512" behindDoc="0" locked="1" layoutInCell="1" allowOverlap="1" wp14:anchorId="313B5164" wp14:editId="4BAE4989">
                <wp:simplePos x="0" y="0"/>
                <wp:positionH relativeFrom="margin">
                  <wp:posOffset>0</wp:posOffset>
                </wp:positionH>
                <wp:positionV relativeFrom="margin">
                  <wp:posOffset>-635</wp:posOffset>
                </wp:positionV>
                <wp:extent cx="2225040" cy="332740"/>
                <wp:effectExtent l="0" t="0" r="3810" b="0"/>
                <wp:wrapNone/>
                <wp:docPr id="1270185912" name="Text Box 12701859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/>
                      </wps:cNvSpPr>
                      <wps:spPr>
                        <a:xfrm>
                          <a:off x="0" y="0"/>
                          <a:ext cx="2225040" cy="3327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CAD44B1" w14:textId="77777777" w:rsidR="00C75A3D" w:rsidRDefault="00C75A3D" w:rsidP="00C75A3D">
                            <w:pPr>
                              <w:spacing w:after="0"/>
                              <w:rPr>
                                <w:rFonts w:cs="Times New Roman"/>
                                <w:color w:val="00B050"/>
                                <w:sz w:val="20"/>
                                <w:szCs w:val="20"/>
                              </w:rPr>
                            </w:pPr>
                            <w:r w:rsidRPr="00DD72BE">
                              <w:rPr>
                                <w:rFonts w:cs="Times New Roman"/>
                                <w:color w:val="00B050"/>
                                <w:sz w:val="20"/>
                                <w:szCs w:val="20"/>
                              </w:rPr>
                              <w:t xml:space="preserve">Notation Trendplus Publishing </w:t>
                            </w:r>
                          </w:p>
                          <w:p w14:paraId="1E312C32" w14:textId="52912288" w:rsidR="00C75A3D" w:rsidRPr="00C80B69" w:rsidRDefault="00C75A3D" w:rsidP="00C75A3D">
                            <w:pPr>
                              <w:spacing w:after="0"/>
                              <w:rPr>
                                <w:rFonts w:cs="Times New Roman"/>
                                <w:sz w:val="18"/>
                                <w:szCs w:val="18"/>
                              </w:rPr>
                            </w:pPr>
                            <w:hyperlink r:id="rId14" w:history="1">
                              <w:r w:rsidRPr="002550C0">
                                <w:rPr>
                                  <w:rStyle w:val="Hyperlink"/>
                                  <w:rFonts w:cs="Times New Roman"/>
                                  <w:sz w:val="18"/>
                                  <w:szCs w:val="18"/>
                                </w:rPr>
                                <w:t>https://doi.org/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3B5164" id="_x0000_t202" coordsize="21600,21600" o:spt="202" path="m,l,21600r21600,l21600,xe">
                <v:stroke joinstyle="miter"/>
                <v:path gradientshapeok="t" o:connecttype="rect"/>
              </v:shapetype>
              <v:shape id="Text Box 1270185912" o:spid="_x0000_s1026" type="#_x0000_t202" style="position:absolute;left:0;text-align:left;margin-left:0;margin-top:-.05pt;width:175.2pt;height:26.2pt;z-index:251648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" fillcolor="white [3201]" stroked="f" strokeweight=".5pt">
                <o:lock v:ext="edit" aspectratio="t"/>
                <v:textbox inset="0,0,0,0">
                  <w:txbxContent>
                    <w:p w14:paraId="7CAD44B1" w14:textId="77777777" w:rsidR="00C75A3D" w:rsidRDefault="00C75A3D" w:rsidP="00C75A3D">
                      <w:pPr>
                        <w:spacing w:after="0"/>
                        <w:rPr>
                          <w:rFonts w:cs="Times New Roman"/>
                          <w:color w:val="00B050"/>
                          <w:sz w:val="20"/>
                          <w:szCs w:val="20"/>
                        </w:rPr>
                      </w:pPr>
                      <w:r w:rsidRPr="00DD72BE">
                        <w:rPr>
                          <w:rFonts w:cs="Times New Roman"/>
                          <w:color w:val="00B050"/>
                          <w:sz w:val="20"/>
                          <w:szCs w:val="20"/>
                        </w:rPr>
                        <w:t xml:space="preserve">Notation Trendplus Publishing </w:t>
                      </w:r>
                    </w:p>
                    <w:p w14:paraId="1E312C32" w14:textId="52912288" w:rsidR="00C75A3D" w:rsidRPr="00C80B69" w:rsidRDefault="00C75A3D" w:rsidP="00C75A3D">
                      <w:pPr>
                        <w:spacing w:after="0"/>
                        <w:rPr>
                          <w:rFonts w:cs="Times New Roman"/>
                          <w:sz w:val="18"/>
                          <w:szCs w:val="18"/>
                        </w:rPr>
                      </w:pPr>
                      <w:hyperlink r:id="rId15" w:history="1">
                        <w:r w:rsidRPr="002550C0">
                          <w:rPr>
                            <w:rStyle w:val="Hyperlink"/>
                            <w:rFonts w:cs="Times New Roman"/>
                            <w:sz w:val="18"/>
                            <w:szCs w:val="18"/>
                          </w:rPr>
                          <w:t>https://doi.org/</w:t>
                        </w:r>
                      </w:hyperlink>
                    </w:p>
                  </w:txbxContent>
                </v:textbox>
                <w10:wrap anchorx="margin" anchory="margin"/>
                <w10:anchorlock/>
              </v:shape>
            </w:pict>
          </mc:Fallback>
        </mc:AlternateContent>
      </w:r>
      <w:r w:rsidRPr="00E57D7C">
        <w:rPr>
          <w:noProof/>
        </w:rPr>
        <w:drawing>
          <wp:anchor distT="0" distB="0" distL="114300" distR="114300" simplePos="0" relativeHeight="251659264" behindDoc="0" locked="1" layoutInCell="1" allowOverlap="1" wp14:anchorId="7242D195" wp14:editId="5C903EA6">
            <wp:simplePos x="0" y="0"/>
            <wp:positionH relativeFrom="margin">
              <wp:posOffset>3982720</wp:posOffset>
            </wp:positionH>
            <wp:positionV relativeFrom="margin">
              <wp:posOffset>0</wp:posOffset>
            </wp:positionV>
            <wp:extent cx="1322705" cy="511810"/>
            <wp:effectExtent l="0" t="0" r="0" b="2540"/>
            <wp:wrapNone/>
            <wp:docPr id="1500580540" name="Picture 15005805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0580540" name="Picture 1500580540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2705" cy="511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26A68B" w14:textId="77777777" w:rsidR="00C75A3D" w:rsidRDefault="00C75A3D">
      <w:pPr>
        <w:jc w:val="center"/>
        <w:rPr>
          <w:b/>
          <w:color w:val="008C95"/>
          <w:sz w:val="32"/>
          <w:szCs w:val="32"/>
        </w:rPr>
      </w:pPr>
    </w:p>
    <w:p w14:paraId="66565333" w14:textId="24C05FC4" w:rsidR="00064675" w:rsidRPr="00C75A3D" w:rsidRDefault="00000000">
      <w:pPr>
        <w:jc w:val="center"/>
        <w:rPr>
          <w:sz w:val="32"/>
          <w:szCs w:val="32"/>
        </w:rPr>
      </w:pPr>
      <w:r w:rsidRPr="00C75A3D">
        <w:rPr>
          <w:b/>
          <w:color w:val="008C95"/>
          <w:sz w:val="32"/>
          <w:szCs w:val="32"/>
        </w:rPr>
        <w:t>CHAPTER 01</w:t>
      </w:r>
    </w:p>
    <w:p w14:paraId="18C2B76D" w14:textId="77777777" w:rsidR="00064675" w:rsidRPr="00C75A3D" w:rsidRDefault="00000000">
      <w:pPr>
        <w:jc w:val="center"/>
        <w:rPr>
          <w:sz w:val="32"/>
          <w:szCs w:val="32"/>
        </w:rPr>
      </w:pPr>
      <w:r w:rsidRPr="00C75A3D">
        <w:rPr>
          <w:b/>
          <w:color w:val="17365D"/>
          <w:sz w:val="32"/>
          <w:szCs w:val="32"/>
        </w:rPr>
        <w:t>[TITLE OF CHAPTER 1]</w:t>
      </w:r>
    </w:p>
    <w:p w14:paraId="010399A8" w14:textId="77777777" w:rsidR="00064675" w:rsidRDefault="00000000">
      <w:pPr>
        <w:jc w:val="center"/>
      </w:pPr>
      <w:r>
        <w:rPr>
          <w:b/>
        </w:rPr>
        <w:t xml:space="preserve">[Author 1 </w:t>
      </w:r>
      <w:proofErr w:type="gramStart"/>
      <w:r>
        <w:rPr>
          <w:b/>
        </w:rPr>
        <w:t>Name]¹</w:t>
      </w:r>
      <w:proofErr w:type="gramEnd"/>
      <w:r>
        <w:rPr>
          <w:b/>
        </w:rPr>
        <w:t xml:space="preserve">, [Author 2 </w:t>
      </w:r>
      <w:proofErr w:type="gramStart"/>
      <w:r>
        <w:rPr>
          <w:b/>
        </w:rPr>
        <w:t>Name]²</w:t>
      </w:r>
      <w:proofErr w:type="gramEnd"/>
      <w:r>
        <w:rPr>
          <w:b/>
        </w:rPr>
        <w:t xml:space="preserve">, [Author 3 </w:t>
      </w:r>
      <w:proofErr w:type="gramStart"/>
      <w:r>
        <w:rPr>
          <w:b/>
        </w:rPr>
        <w:t>Name]³</w:t>
      </w:r>
      <w:proofErr w:type="gramEnd"/>
    </w:p>
    <w:p w14:paraId="022A7955" w14:textId="77777777" w:rsidR="00064675" w:rsidRDefault="00000000">
      <w:pPr>
        <w:jc w:val="center"/>
      </w:pPr>
      <w:r>
        <w:rPr>
          <w:i/>
        </w:rPr>
        <w:t>¹Department, Institution, City, Country</w:t>
      </w:r>
      <w:r>
        <w:rPr>
          <w:i/>
        </w:rPr>
        <w:br/>
        <w:t>²Department, Institution, City, Country</w:t>
      </w:r>
      <w:r>
        <w:rPr>
          <w:i/>
        </w:rPr>
        <w:br/>
        <w:t>Corresponding author: e-mail / ORCID</w:t>
      </w:r>
    </w:p>
    <w:p w14:paraId="327D674E" w14:textId="77777777" w:rsidR="00064675" w:rsidRDefault="00064675"/>
    <w:p w14:paraId="59955160" w14:textId="77777777" w:rsidR="00C75A3D" w:rsidRPr="00A8321C" w:rsidRDefault="00C75A3D" w:rsidP="00C75A3D">
      <w:pPr>
        <w:pStyle w:val="Heading1"/>
        <w:rPr>
          <w:sz w:val="28"/>
          <w:szCs w:val="22"/>
        </w:rPr>
      </w:pPr>
      <w:r w:rsidRPr="00A8321C">
        <w:rPr>
          <w:sz w:val="28"/>
          <w:szCs w:val="22"/>
        </w:rPr>
        <w:t>Abstract</w:t>
      </w:r>
    </w:p>
    <w:p w14:paraId="505FA85D" w14:textId="77777777" w:rsidR="00C75A3D" w:rsidRDefault="00C75A3D" w:rsidP="00C75A3D">
      <w:r>
        <w:t>[150–250 words. Summarize the purpose, scope/method, major points or findings, and conclusion of the chapter.]</w:t>
      </w:r>
    </w:p>
    <w:p w14:paraId="00CAE57C" w14:textId="77777777" w:rsidR="00C75A3D" w:rsidRDefault="00C75A3D" w:rsidP="00C75A3D">
      <w:r>
        <w:rPr>
          <w:b/>
        </w:rPr>
        <w:t xml:space="preserve">Keywords: </w:t>
      </w:r>
      <w:r>
        <w:t>[Keyword 1]; [Keyword 2]; [Keyword 3]; [Keyword 4]; [Keyword 5]</w:t>
      </w:r>
    </w:p>
    <w:p w14:paraId="02D27688" w14:textId="77777777" w:rsidR="00C75A3D" w:rsidRPr="00A8321C" w:rsidRDefault="00C75A3D" w:rsidP="00C75A3D">
      <w:pPr>
        <w:pStyle w:val="Heading1"/>
        <w:rPr>
          <w:sz w:val="28"/>
          <w:szCs w:val="22"/>
        </w:rPr>
      </w:pPr>
      <w:r w:rsidRPr="00A8321C">
        <w:rPr>
          <w:sz w:val="28"/>
          <w:szCs w:val="22"/>
        </w:rPr>
        <w:t>1 Introduction</w:t>
      </w:r>
    </w:p>
    <w:p w14:paraId="5F19E086" w14:textId="77777777" w:rsidR="00C75A3D" w:rsidRDefault="00C75A3D" w:rsidP="00C75A3D">
      <w:r>
        <w:t>[Introduce the background, problem/context, rationale, objectives, and organization of the chapter.]</w:t>
      </w:r>
    </w:p>
    <w:p w14:paraId="7EC764F4" w14:textId="77777777" w:rsidR="00C75A3D" w:rsidRPr="00A8321C" w:rsidRDefault="00C75A3D" w:rsidP="00C75A3D">
      <w:pPr>
        <w:pStyle w:val="Heading1"/>
        <w:rPr>
          <w:sz w:val="28"/>
          <w:szCs w:val="22"/>
        </w:rPr>
      </w:pPr>
      <w:r w:rsidRPr="00A8321C">
        <w:rPr>
          <w:sz w:val="28"/>
          <w:szCs w:val="22"/>
        </w:rPr>
        <w:t>2 Main Section</w:t>
      </w:r>
    </w:p>
    <w:p w14:paraId="4278E84A" w14:textId="77777777" w:rsidR="00C75A3D" w:rsidRDefault="00C75A3D" w:rsidP="00C75A3D">
      <w:r>
        <w:t>[Develop the principal concepts, literature, theory, methodology, analysis, or subject-specific discussion.]</w:t>
      </w:r>
    </w:p>
    <w:p w14:paraId="33743E45" w14:textId="77777777" w:rsidR="00C75A3D" w:rsidRPr="00A8321C" w:rsidRDefault="00C75A3D" w:rsidP="00C75A3D">
      <w:pPr>
        <w:pStyle w:val="Heading2"/>
        <w:rPr>
          <w:sz w:val="24"/>
          <w:szCs w:val="24"/>
        </w:rPr>
      </w:pPr>
      <w:r w:rsidRPr="00A8321C">
        <w:rPr>
          <w:sz w:val="24"/>
          <w:szCs w:val="24"/>
        </w:rPr>
        <w:t>2.1 Subsection</w:t>
      </w:r>
    </w:p>
    <w:p w14:paraId="0D859950" w14:textId="77777777" w:rsidR="00C75A3D" w:rsidRDefault="00C75A3D" w:rsidP="00C75A3D">
      <w:r>
        <w:t>[Use subsections as required. Maintain a logical hierarchy and avoid excessive levels of headings.]</w:t>
      </w:r>
    </w:p>
    <w:p w14:paraId="59574709" w14:textId="77777777" w:rsidR="00C75A3D" w:rsidRDefault="00C75A3D" w:rsidP="00C75A3D">
      <w:pPr>
        <w:pStyle w:val="CaptionText"/>
        <w:jc w:val="center"/>
      </w:pPr>
      <w:r>
        <w:t>Table X.X. Descriptive table caption (Times New Roman, 9 pt)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688"/>
        <w:gridCol w:w="2688"/>
        <w:gridCol w:w="2688"/>
      </w:tblGrid>
      <w:tr w:rsidR="00C75A3D" w14:paraId="185F6DBF" w14:textId="77777777" w:rsidTr="00282504">
        <w:trPr>
          <w:jc w:val="center"/>
        </w:trPr>
        <w:tc>
          <w:tcPr>
            <w:tcW w:w="2688" w:type="dxa"/>
            <w:shd w:val="clear" w:color="auto" w:fill="17365D"/>
          </w:tcPr>
          <w:p w14:paraId="044D0E39" w14:textId="77777777" w:rsidR="00C75A3D" w:rsidRDefault="00C75A3D" w:rsidP="00282504">
            <w:r>
              <w:rPr>
                <w:b/>
                <w:color w:val="FFFFFF"/>
                <w:sz w:val="20"/>
              </w:rPr>
              <w:t>Parameter</w:t>
            </w:r>
          </w:p>
        </w:tc>
        <w:tc>
          <w:tcPr>
            <w:tcW w:w="2688" w:type="dxa"/>
            <w:shd w:val="clear" w:color="auto" w:fill="17365D"/>
          </w:tcPr>
          <w:p w14:paraId="1B274E0B" w14:textId="77777777" w:rsidR="00C75A3D" w:rsidRDefault="00C75A3D" w:rsidP="00282504">
            <w:r>
              <w:rPr>
                <w:b/>
                <w:color w:val="FFFFFF"/>
                <w:sz w:val="20"/>
              </w:rPr>
              <w:t>Description</w:t>
            </w:r>
          </w:p>
        </w:tc>
        <w:tc>
          <w:tcPr>
            <w:tcW w:w="2688" w:type="dxa"/>
            <w:shd w:val="clear" w:color="auto" w:fill="17365D"/>
          </w:tcPr>
          <w:p w14:paraId="4DE9AB5A" w14:textId="77777777" w:rsidR="00C75A3D" w:rsidRDefault="00C75A3D" w:rsidP="00282504">
            <w:r>
              <w:rPr>
                <w:b/>
                <w:color w:val="FFFFFF"/>
                <w:sz w:val="20"/>
              </w:rPr>
              <w:t>Value / Observation</w:t>
            </w:r>
          </w:p>
        </w:tc>
      </w:tr>
      <w:tr w:rsidR="00C75A3D" w14:paraId="0AD5E42C" w14:textId="77777777" w:rsidTr="00282504">
        <w:trPr>
          <w:jc w:val="center"/>
        </w:trPr>
        <w:tc>
          <w:tcPr>
            <w:tcW w:w="2688" w:type="dxa"/>
          </w:tcPr>
          <w:p w14:paraId="2001E7E5" w14:textId="77777777" w:rsidR="00C75A3D" w:rsidRDefault="00C75A3D" w:rsidP="00282504">
            <w:r>
              <w:rPr>
                <w:sz w:val="20"/>
              </w:rPr>
              <w:t>[Item 1]</w:t>
            </w:r>
          </w:p>
        </w:tc>
        <w:tc>
          <w:tcPr>
            <w:tcW w:w="2688" w:type="dxa"/>
          </w:tcPr>
          <w:p w14:paraId="0429F5D1" w14:textId="77777777" w:rsidR="00C75A3D" w:rsidRDefault="00C75A3D" w:rsidP="00282504">
            <w:r>
              <w:rPr>
                <w:sz w:val="20"/>
              </w:rPr>
              <w:t>[Description]</w:t>
            </w:r>
          </w:p>
        </w:tc>
        <w:tc>
          <w:tcPr>
            <w:tcW w:w="2688" w:type="dxa"/>
          </w:tcPr>
          <w:p w14:paraId="58C7FA30" w14:textId="77777777" w:rsidR="00C75A3D" w:rsidRDefault="00C75A3D" w:rsidP="00282504">
            <w:r>
              <w:rPr>
                <w:sz w:val="20"/>
              </w:rPr>
              <w:t>[Value]</w:t>
            </w:r>
          </w:p>
        </w:tc>
      </w:tr>
      <w:tr w:rsidR="00C75A3D" w14:paraId="5B22EC9C" w14:textId="77777777" w:rsidTr="00282504">
        <w:trPr>
          <w:jc w:val="center"/>
        </w:trPr>
        <w:tc>
          <w:tcPr>
            <w:tcW w:w="2688" w:type="dxa"/>
          </w:tcPr>
          <w:p w14:paraId="4A9F3291" w14:textId="77777777" w:rsidR="00C75A3D" w:rsidRDefault="00C75A3D" w:rsidP="00282504">
            <w:r>
              <w:rPr>
                <w:sz w:val="20"/>
              </w:rPr>
              <w:t>[Item 2]</w:t>
            </w:r>
          </w:p>
        </w:tc>
        <w:tc>
          <w:tcPr>
            <w:tcW w:w="2688" w:type="dxa"/>
          </w:tcPr>
          <w:p w14:paraId="5863C28F" w14:textId="77777777" w:rsidR="00C75A3D" w:rsidRDefault="00C75A3D" w:rsidP="00282504">
            <w:r>
              <w:rPr>
                <w:sz w:val="20"/>
              </w:rPr>
              <w:t>[Description]</w:t>
            </w:r>
          </w:p>
        </w:tc>
        <w:tc>
          <w:tcPr>
            <w:tcW w:w="2688" w:type="dxa"/>
          </w:tcPr>
          <w:p w14:paraId="062BD8A5" w14:textId="77777777" w:rsidR="00C75A3D" w:rsidRDefault="00C75A3D" w:rsidP="00282504">
            <w:r>
              <w:rPr>
                <w:sz w:val="20"/>
              </w:rPr>
              <w:t>[Value]</w:t>
            </w:r>
          </w:p>
        </w:tc>
      </w:tr>
      <w:tr w:rsidR="00C75A3D" w14:paraId="79506B79" w14:textId="77777777" w:rsidTr="00282504">
        <w:trPr>
          <w:jc w:val="center"/>
        </w:trPr>
        <w:tc>
          <w:tcPr>
            <w:tcW w:w="2688" w:type="dxa"/>
          </w:tcPr>
          <w:p w14:paraId="65DBFF20" w14:textId="77777777" w:rsidR="00C75A3D" w:rsidRDefault="00C75A3D" w:rsidP="00282504">
            <w:r>
              <w:rPr>
                <w:sz w:val="20"/>
              </w:rPr>
              <w:t>[Item 3]</w:t>
            </w:r>
          </w:p>
        </w:tc>
        <w:tc>
          <w:tcPr>
            <w:tcW w:w="2688" w:type="dxa"/>
          </w:tcPr>
          <w:p w14:paraId="43D76264" w14:textId="77777777" w:rsidR="00C75A3D" w:rsidRDefault="00C75A3D" w:rsidP="00282504">
            <w:r>
              <w:rPr>
                <w:sz w:val="20"/>
              </w:rPr>
              <w:t>[Description]</w:t>
            </w:r>
          </w:p>
        </w:tc>
        <w:tc>
          <w:tcPr>
            <w:tcW w:w="2688" w:type="dxa"/>
          </w:tcPr>
          <w:p w14:paraId="38E66228" w14:textId="77777777" w:rsidR="00C75A3D" w:rsidRDefault="00C75A3D" w:rsidP="00282504">
            <w:r>
              <w:rPr>
                <w:sz w:val="20"/>
              </w:rPr>
              <w:t>[Value]</w:t>
            </w:r>
          </w:p>
        </w:tc>
      </w:tr>
    </w:tbl>
    <w:p w14:paraId="1D380416" w14:textId="77777777" w:rsidR="00C75A3D" w:rsidRDefault="00C75A3D" w:rsidP="00C75A3D"/>
    <w:p w14:paraId="09016EAD" w14:textId="77777777" w:rsidR="00C75A3D" w:rsidRDefault="00C75A3D" w:rsidP="00C75A3D"/>
    <w:p w14:paraId="779F4D66" w14:textId="77777777" w:rsidR="00C75A3D" w:rsidRDefault="00C75A3D" w:rsidP="00C75A3D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8064"/>
      </w:tblGrid>
      <w:tr w:rsidR="00C75A3D" w14:paraId="67255517" w14:textId="77777777" w:rsidTr="00282504">
        <w:trPr>
          <w:jc w:val="center"/>
        </w:trPr>
        <w:tc>
          <w:tcPr>
            <w:tcW w:w="8064" w:type="dxa"/>
            <w:shd w:val="clear" w:color="auto" w:fill="F2F2F2"/>
            <w:vAlign w:val="center"/>
          </w:tcPr>
          <w:p w14:paraId="16FF9C8C" w14:textId="77777777" w:rsidR="00C75A3D" w:rsidRDefault="00C75A3D" w:rsidP="00282504">
            <w:pPr>
              <w:jc w:val="center"/>
            </w:pPr>
            <w:r>
              <w:rPr>
                <w:b/>
                <w:color w:val="666666"/>
                <w:sz w:val="20"/>
              </w:rPr>
              <w:br/>
              <w:t>INSERT FIGURE / GRAPH / PHOTOGRAPH HERE</w:t>
            </w:r>
            <w:r>
              <w:rPr>
                <w:b/>
                <w:color w:val="666666"/>
                <w:sz w:val="20"/>
              </w:rPr>
              <w:br/>
              <w:t>Minimum resolution: 300 DPI</w:t>
            </w:r>
            <w:r>
              <w:rPr>
                <w:b/>
                <w:color w:val="666666"/>
                <w:sz w:val="20"/>
              </w:rPr>
              <w:br/>
            </w:r>
          </w:p>
        </w:tc>
      </w:tr>
    </w:tbl>
    <w:p w14:paraId="1E3E2FF8" w14:textId="77777777" w:rsidR="00C75A3D" w:rsidRDefault="00C75A3D" w:rsidP="00C75A3D">
      <w:pPr>
        <w:pStyle w:val="CaptionText"/>
        <w:jc w:val="center"/>
      </w:pPr>
      <w:r>
        <w:t>Figure X.X. Figure caption (Times New Roman, 9 pt)</w:t>
      </w:r>
    </w:p>
    <w:p w14:paraId="52C3040D" w14:textId="77777777" w:rsidR="00C75A3D" w:rsidRPr="00A8321C" w:rsidRDefault="00C75A3D" w:rsidP="00C75A3D">
      <w:pPr>
        <w:pStyle w:val="Heading1"/>
        <w:rPr>
          <w:sz w:val="28"/>
          <w:szCs w:val="22"/>
        </w:rPr>
      </w:pPr>
      <w:r w:rsidRPr="00A8321C">
        <w:rPr>
          <w:sz w:val="28"/>
          <w:szCs w:val="22"/>
        </w:rPr>
        <w:t>3 Discussion / Application / Analysis</w:t>
      </w:r>
    </w:p>
    <w:p w14:paraId="1E7F4117" w14:textId="77777777" w:rsidR="00C75A3D" w:rsidRDefault="00C75A3D" w:rsidP="00C75A3D">
      <w:r>
        <w:t>[Interpret the concepts, evidence, case study, findings, or practical implications as appropriate for the discipline.]</w:t>
      </w:r>
    </w:p>
    <w:p w14:paraId="12F0C515" w14:textId="77777777" w:rsidR="00C75A3D" w:rsidRPr="00A8321C" w:rsidRDefault="00C75A3D" w:rsidP="00C75A3D">
      <w:pPr>
        <w:pStyle w:val="Heading1"/>
        <w:rPr>
          <w:sz w:val="28"/>
          <w:szCs w:val="22"/>
        </w:rPr>
      </w:pPr>
      <w:r w:rsidRPr="00A8321C">
        <w:rPr>
          <w:sz w:val="28"/>
          <w:szCs w:val="22"/>
        </w:rPr>
        <w:t>4 Conclusion</w:t>
      </w:r>
    </w:p>
    <w:p w14:paraId="39C5732C" w14:textId="77777777" w:rsidR="00C75A3D" w:rsidRDefault="00C75A3D" w:rsidP="00C75A3D">
      <w:r>
        <w:t>[Summarize the key contribution of the chapter, implications, limitations where relevant, and future directions.]</w:t>
      </w:r>
    </w:p>
    <w:p w14:paraId="66E02FD4" w14:textId="77777777" w:rsidR="00C75A3D" w:rsidRPr="00A8321C" w:rsidRDefault="00C75A3D" w:rsidP="00C75A3D">
      <w:pPr>
        <w:pStyle w:val="Heading2"/>
        <w:rPr>
          <w:sz w:val="24"/>
          <w:szCs w:val="24"/>
        </w:rPr>
      </w:pPr>
      <w:r w:rsidRPr="00A8321C">
        <w:rPr>
          <w:sz w:val="24"/>
          <w:szCs w:val="24"/>
        </w:rPr>
        <w:t>Acknowledgement / Funding</w:t>
      </w:r>
    </w:p>
    <w:p w14:paraId="4197D7D8" w14:textId="77777777" w:rsidR="00C75A3D" w:rsidRDefault="00C75A3D" w:rsidP="00C75A3D">
      <w:r>
        <w:t>[Optional. Delete if not applicable.]</w:t>
      </w:r>
    </w:p>
    <w:p w14:paraId="79404EA9" w14:textId="77777777" w:rsidR="00C75A3D" w:rsidRPr="00A8321C" w:rsidRDefault="00C75A3D" w:rsidP="00C75A3D">
      <w:pPr>
        <w:pStyle w:val="Heading2"/>
        <w:rPr>
          <w:sz w:val="24"/>
          <w:szCs w:val="24"/>
        </w:rPr>
      </w:pPr>
      <w:r w:rsidRPr="00A8321C">
        <w:rPr>
          <w:sz w:val="24"/>
          <w:szCs w:val="24"/>
        </w:rPr>
        <w:t>Conflict of Interest</w:t>
      </w:r>
    </w:p>
    <w:p w14:paraId="33169764" w14:textId="77777777" w:rsidR="00C75A3D" w:rsidRDefault="00C75A3D" w:rsidP="00C75A3D">
      <w:r>
        <w:t>The author(s) declare [no conflict of interest / specify relevant conflict].</w:t>
      </w:r>
    </w:p>
    <w:p w14:paraId="04BAA3AF" w14:textId="77777777" w:rsidR="00C75A3D" w:rsidRPr="00A8321C" w:rsidRDefault="00C75A3D" w:rsidP="00C75A3D">
      <w:pPr>
        <w:pStyle w:val="Heading1"/>
        <w:rPr>
          <w:sz w:val="28"/>
          <w:szCs w:val="22"/>
        </w:rPr>
      </w:pPr>
      <w:r w:rsidRPr="00A8321C">
        <w:rPr>
          <w:sz w:val="28"/>
          <w:szCs w:val="22"/>
        </w:rPr>
        <w:t>References</w:t>
      </w:r>
    </w:p>
    <w:p w14:paraId="07262793" w14:textId="77777777" w:rsidR="00C75A3D" w:rsidRDefault="00C75A3D" w:rsidP="00C75A3D">
      <w:r>
        <w:t>[Use the reference style prescribed by the editors. Ensure every in-text citation appears in the reference list and vice versa.]</w:t>
      </w:r>
    </w:p>
    <w:p w14:paraId="5DC8F251" w14:textId="77777777" w:rsidR="00C75A3D" w:rsidRDefault="00C75A3D" w:rsidP="00C75A3D">
      <w:r>
        <w:t>1. [Sample reference]</w:t>
      </w:r>
      <w:r>
        <w:br/>
        <w:t>2. [Sample reference]</w:t>
      </w:r>
      <w:r>
        <w:br/>
        <w:t>3. [Sample reference]</w:t>
      </w:r>
    </w:p>
    <w:p w14:paraId="0104E4F2" w14:textId="77777777" w:rsidR="00C75A3D" w:rsidRDefault="00C75A3D" w:rsidP="00C75A3D"/>
    <w:p w14:paraId="616362AC" w14:textId="77777777" w:rsidR="00232C66" w:rsidRDefault="00232C66" w:rsidP="00232C66">
      <w:pPr>
        <w:spacing w:after="0"/>
        <w:rPr>
          <w:rFonts w:cs="Times New Roman"/>
          <w:color w:val="00B050"/>
          <w:sz w:val="20"/>
          <w:szCs w:val="20"/>
        </w:rPr>
      </w:pPr>
      <w:r w:rsidRPr="00D9522D"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1" layoutInCell="1" allowOverlap="1" wp14:anchorId="11BF2761" wp14:editId="007EC98C">
                <wp:simplePos x="0" y="0"/>
                <wp:positionH relativeFrom="margin">
                  <wp:posOffset>0</wp:posOffset>
                </wp:positionH>
                <wp:positionV relativeFrom="margin">
                  <wp:posOffset>6489065</wp:posOffset>
                </wp:positionV>
                <wp:extent cx="2225040" cy="332740"/>
                <wp:effectExtent l="0" t="0" r="3810" b="0"/>
                <wp:wrapNone/>
                <wp:docPr id="1918594895" name="Text Box 191859489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/>
                      </wps:cNvSpPr>
                      <wps:spPr>
                        <a:xfrm>
                          <a:off x="0" y="0"/>
                          <a:ext cx="2225040" cy="3327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2FC472A" w14:textId="77777777" w:rsidR="00232C66" w:rsidRDefault="00232C66" w:rsidP="00232C66">
                            <w:pPr>
                              <w:spacing w:after="0"/>
                              <w:rPr>
                                <w:rFonts w:cs="Times New Roman"/>
                                <w:color w:val="00B050"/>
                                <w:sz w:val="20"/>
                                <w:szCs w:val="20"/>
                              </w:rPr>
                            </w:pPr>
                            <w:r w:rsidRPr="00DD72BE">
                              <w:rPr>
                                <w:rFonts w:cs="Times New Roman"/>
                                <w:color w:val="00B050"/>
                                <w:sz w:val="20"/>
                                <w:szCs w:val="20"/>
                              </w:rPr>
                              <w:t xml:space="preserve">Notation Trendplus Publishing </w:t>
                            </w:r>
                          </w:p>
                          <w:p w14:paraId="4342C9CF" w14:textId="77777777" w:rsidR="00232C66" w:rsidRPr="00C80B69" w:rsidRDefault="00232C66" w:rsidP="00232C66">
                            <w:pPr>
                              <w:spacing w:after="0"/>
                              <w:rPr>
                                <w:rFonts w:cs="Times New Roman"/>
                                <w:sz w:val="18"/>
                                <w:szCs w:val="18"/>
                              </w:rPr>
                            </w:pPr>
                            <w:hyperlink r:id="rId17" w:history="1">
                              <w:r w:rsidRPr="002550C0">
                                <w:rPr>
                                  <w:rStyle w:val="Hyperlink"/>
                                  <w:rFonts w:cs="Times New Roman"/>
                                  <w:sz w:val="18"/>
                                  <w:szCs w:val="18"/>
                                </w:rPr>
                                <w:t>https://doi.org/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F2761" id="Text Box 1918594895" o:spid="_x0000_s1027" type="#_x0000_t202" style="position:absolute;margin-left:0;margin-top:510.95pt;width:175.2pt;height:26.2pt;z-index:251662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" fillcolor="white [3201]" stroked="f" strokeweight=".5pt">
                <o:lock v:ext="edit" aspectratio="t"/>
                <v:textbox inset="0,0,0,0">
                  <w:txbxContent>
                    <w:p w14:paraId="22FC472A" w14:textId="77777777" w:rsidR="00232C66" w:rsidRDefault="00232C66" w:rsidP="00232C66">
                      <w:pPr>
                        <w:spacing w:after="0"/>
                        <w:rPr>
                          <w:rFonts w:cs="Times New Roman"/>
                          <w:color w:val="00B050"/>
                          <w:sz w:val="20"/>
                          <w:szCs w:val="20"/>
                        </w:rPr>
                      </w:pPr>
                      <w:r w:rsidRPr="00DD72BE">
                        <w:rPr>
                          <w:rFonts w:cs="Times New Roman"/>
                          <w:color w:val="00B050"/>
                          <w:sz w:val="20"/>
                          <w:szCs w:val="20"/>
                        </w:rPr>
                        <w:t xml:space="preserve">Notation Trendplus Publishing </w:t>
                      </w:r>
                    </w:p>
                    <w:p w14:paraId="4342C9CF" w14:textId="77777777" w:rsidR="00232C66" w:rsidRPr="00C80B69" w:rsidRDefault="00232C66" w:rsidP="00232C66">
                      <w:pPr>
                        <w:spacing w:after="0"/>
                        <w:rPr>
                          <w:rFonts w:cs="Times New Roman"/>
                          <w:sz w:val="18"/>
                          <w:szCs w:val="18"/>
                        </w:rPr>
                      </w:pPr>
                      <w:hyperlink r:id="rId18" w:history="1">
                        <w:r w:rsidRPr="002550C0">
                          <w:rPr>
                            <w:rStyle w:val="Hyperlink"/>
                            <w:rFonts w:cs="Times New Roman"/>
                            <w:sz w:val="18"/>
                            <w:szCs w:val="18"/>
                          </w:rPr>
                          <w:t>https://doi.org/</w:t>
                        </w:r>
                      </w:hyperlink>
                    </w:p>
                  </w:txbxContent>
                </v:textbox>
                <w10:wrap anchorx="margin" anchory="margin"/>
                <w10:anchorlock/>
              </v:shape>
            </w:pict>
          </mc:Fallback>
        </mc:AlternateContent>
      </w:r>
      <w:r w:rsidR="00C75A3D">
        <w:rPr>
          <w:b/>
          <w:color w:val="008C95"/>
        </w:rPr>
        <w:br w:type="column"/>
      </w:r>
      <w:r w:rsidRPr="00DD72BE">
        <w:rPr>
          <w:rFonts w:cs="Times New Roman"/>
          <w:color w:val="00B050"/>
          <w:sz w:val="20"/>
          <w:szCs w:val="20"/>
        </w:rPr>
        <w:lastRenderedPageBreak/>
        <w:t xml:space="preserve">Notation Trendplus Publishing </w:t>
      </w:r>
    </w:p>
    <w:p w14:paraId="3BFBD7FF" w14:textId="215BAA13" w:rsidR="00064675" w:rsidRPr="00C75A3D" w:rsidRDefault="00232C66" w:rsidP="00232C66">
      <w:pPr>
        <w:rPr>
          <w:sz w:val="32"/>
          <w:szCs w:val="32"/>
        </w:rPr>
      </w:pPr>
      <w:hyperlink r:id="rId19" w:history="1">
        <w:r w:rsidRPr="002550C0">
          <w:rPr>
            <w:rStyle w:val="Hyperlink"/>
            <w:rFonts w:cs="Times New Roman"/>
            <w:sz w:val="18"/>
            <w:szCs w:val="18"/>
          </w:rPr>
          <w:t>https://doi.org/</w:t>
        </w:r>
      </w:hyperlink>
      <w:r w:rsidR="00C75A3D" w:rsidRPr="00E57D7C">
        <w:rPr>
          <w:noProof/>
        </w:rPr>
        <w:drawing>
          <wp:anchor distT="0" distB="0" distL="114300" distR="114300" simplePos="0" relativeHeight="251649536" behindDoc="0" locked="1" layoutInCell="1" allowOverlap="1" wp14:anchorId="4A467A5E" wp14:editId="7F646359">
            <wp:simplePos x="0" y="0"/>
            <wp:positionH relativeFrom="margin">
              <wp:posOffset>3796030</wp:posOffset>
            </wp:positionH>
            <wp:positionV relativeFrom="margin">
              <wp:posOffset>-70485</wp:posOffset>
            </wp:positionV>
            <wp:extent cx="1322705" cy="511810"/>
            <wp:effectExtent l="0" t="0" r="0" b="2540"/>
            <wp:wrapNone/>
            <wp:docPr id="1926933115" name="Picture 1926933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0580540" name="Picture 1500580540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2705" cy="511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121AEF" w14:textId="77777777" w:rsidR="00C75A3D" w:rsidRDefault="00C75A3D">
      <w:pPr>
        <w:jc w:val="center"/>
        <w:rPr>
          <w:b/>
          <w:color w:val="008C95"/>
          <w:sz w:val="32"/>
          <w:szCs w:val="32"/>
        </w:rPr>
      </w:pPr>
    </w:p>
    <w:p w14:paraId="479A20B0" w14:textId="1C5488D5" w:rsidR="00064675" w:rsidRPr="00C75A3D" w:rsidRDefault="00000000">
      <w:pPr>
        <w:jc w:val="center"/>
        <w:rPr>
          <w:sz w:val="32"/>
          <w:szCs w:val="32"/>
        </w:rPr>
      </w:pPr>
      <w:r w:rsidRPr="00C75A3D">
        <w:rPr>
          <w:b/>
          <w:color w:val="008C95"/>
          <w:sz w:val="32"/>
          <w:szCs w:val="32"/>
        </w:rPr>
        <w:t>CHAPTER 02</w:t>
      </w:r>
    </w:p>
    <w:p w14:paraId="7EE4CB9D" w14:textId="77777777" w:rsidR="00064675" w:rsidRPr="00C75A3D" w:rsidRDefault="00000000">
      <w:pPr>
        <w:jc w:val="center"/>
        <w:rPr>
          <w:sz w:val="32"/>
          <w:szCs w:val="32"/>
        </w:rPr>
      </w:pPr>
      <w:r w:rsidRPr="00C75A3D">
        <w:rPr>
          <w:b/>
          <w:color w:val="17365D"/>
          <w:sz w:val="32"/>
          <w:szCs w:val="32"/>
        </w:rPr>
        <w:t>[TITLE OF CHAPTER 2]</w:t>
      </w:r>
    </w:p>
    <w:p w14:paraId="2A643169" w14:textId="77777777" w:rsidR="00064675" w:rsidRDefault="00000000">
      <w:pPr>
        <w:jc w:val="center"/>
      </w:pPr>
      <w:r>
        <w:rPr>
          <w:b/>
        </w:rPr>
        <w:t xml:space="preserve">[Author 1 </w:t>
      </w:r>
      <w:proofErr w:type="gramStart"/>
      <w:r>
        <w:rPr>
          <w:b/>
        </w:rPr>
        <w:t>Name]¹</w:t>
      </w:r>
      <w:proofErr w:type="gramEnd"/>
      <w:r>
        <w:rPr>
          <w:b/>
        </w:rPr>
        <w:t xml:space="preserve">, [Author 2 </w:t>
      </w:r>
      <w:proofErr w:type="gramStart"/>
      <w:r>
        <w:rPr>
          <w:b/>
        </w:rPr>
        <w:t>Name]²</w:t>
      </w:r>
      <w:proofErr w:type="gramEnd"/>
      <w:r>
        <w:rPr>
          <w:b/>
        </w:rPr>
        <w:t xml:space="preserve">, [Author 3 </w:t>
      </w:r>
      <w:proofErr w:type="gramStart"/>
      <w:r>
        <w:rPr>
          <w:b/>
        </w:rPr>
        <w:t>Name]³</w:t>
      </w:r>
      <w:proofErr w:type="gramEnd"/>
    </w:p>
    <w:p w14:paraId="60C847DC" w14:textId="77777777" w:rsidR="00064675" w:rsidRDefault="00000000">
      <w:pPr>
        <w:jc w:val="center"/>
      </w:pPr>
      <w:r>
        <w:rPr>
          <w:i/>
        </w:rPr>
        <w:t>¹Department, Institution, City, Country</w:t>
      </w:r>
      <w:r>
        <w:rPr>
          <w:i/>
        </w:rPr>
        <w:br/>
        <w:t>²Department, Institution, City, Country</w:t>
      </w:r>
      <w:r>
        <w:rPr>
          <w:i/>
        </w:rPr>
        <w:br/>
        <w:t>Corresponding author: e-mail / ORCID</w:t>
      </w:r>
    </w:p>
    <w:p w14:paraId="7E799E08" w14:textId="77777777" w:rsidR="00064675" w:rsidRDefault="00064675"/>
    <w:p w14:paraId="5620297D" w14:textId="77777777" w:rsidR="00C75A3D" w:rsidRPr="00A8321C" w:rsidRDefault="00C75A3D" w:rsidP="00C75A3D">
      <w:pPr>
        <w:pStyle w:val="Heading1"/>
        <w:rPr>
          <w:sz w:val="28"/>
          <w:szCs w:val="22"/>
        </w:rPr>
      </w:pPr>
      <w:r w:rsidRPr="00A8321C">
        <w:rPr>
          <w:sz w:val="28"/>
          <w:szCs w:val="22"/>
        </w:rPr>
        <w:t>Abstract</w:t>
      </w:r>
    </w:p>
    <w:p w14:paraId="2AE477EE" w14:textId="77777777" w:rsidR="00C75A3D" w:rsidRDefault="00C75A3D" w:rsidP="00C75A3D">
      <w:r>
        <w:t>[150–250 words. Summarize the purpose, scope/method, major points or findings, and conclusion of the chapter.]</w:t>
      </w:r>
    </w:p>
    <w:p w14:paraId="19D99EEF" w14:textId="77777777" w:rsidR="00C75A3D" w:rsidRDefault="00C75A3D" w:rsidP="00C75A3D">
      <w:r>
        <w:rPr>
          <w:b/>
        </w:rPr>
        <w:t xml:space="preserve">Keywords: </w:t>
      </w:r>
      <w:r>
        <w:t>[Keyword 1]; [Keyword 2]; [Keyword 3]; [Keyword 4]; [Keyword 5]</w:t>
      </w:r>
    </w:p>
    <w:p w14:paraId="4CB2F683" w14:textId="77777777" w:rsidR="00C75A3D" w:rsidRPr="00A8321C" w:rsidRDefault="00C75A3D" w:rsidP="00C75A3D">
      <w:pPr>
        <w:pStyle w:val="Heading1"/>
        <w:rPr>
          <w:sz w:val="28"/>
          <w:szCs w:val="22"/>
        </w:rPr>
      </w:pPr>
      <w:r w:rsidRPr="00A8321C">
        <w:rPr>
          <w:sz w:val="28"/>
          <w:szCs w:val="22"/>
        </w:rPr>
        <w:t>1 Introduction</w:t>
      </w:r>
    </w:p>
    <w:p w14:paraId="08A7E891" w14:textId="77777777" w:rsidR="00C75A3D" w:rsidRDefault="00C75A3D" w:rsidP="00C75A3D">
      <w:r>
        <w:t>[Introduce the background, problem/context, rationale, objectives, and organization of the chapter.]</w:t>
      </w:r>
    </w:p>
    <w:p w14:paraId="2C91C883" w14:textId="77777777" w:rsidR="00C75A3D" w:rsidRPr="00A8321C" w:rsidRDefault="00C75A3D" w:rsidP="00C75A3D">
      <w:pPr>
        <w:pStyle w:val="Heading1"/>
        <w:rPr>
          <w:sz w:val="28"/>
          <w:szCs w:val="22"/>
        </w:rPr>
      </w:pPr>
      <w:r w:rsidRPr="00A8321C">
        <w:rPr>
          <w:sz w:val="28"/>
          <w:szCs w:val="22"/>
        </w:rPr>
        <w:t>2 Main Section</w:t>
      </w:r>
    </w:p>
    <w:p w14:paraId="6FC60827" w14:textId="77777777" w:rsidR="00C75A3D" w:rsidRDefault="00C75A3D" w:rsidP="00C75A3D">
      <w:r>
        <w:t>[Develop the principal concepts, literature, theory, methodology, analysis, or subject-specific discussion.]</w:t>
      </w:r>
    </w:p>
    <w:p w14:paraId="1B33B3B6" w14:textId="77777777" w:rsidR="00C75A3D" w:rsidRPr="00A8321C" w:rsidRDefault="00C75A3D" w:rsidP="00C75A3D">
      <w:pPr>
        <w:pStyle w:val="Heading2"/>
        <w:rPr>
          <w:sz w:val="24"/>
          <w:szCs w:val="24"/>
        </w:rPr>
      </w:pPr>
      <w:r w:rsidRPr="00A8321C">
        <w:rPr>
          <w:sz w:val="24"/>
          <w:szCs w:val="24"/>
        </w:rPr>
        <w:t>2.1 Subsection</w:t>
      </w:r>
    </w:p>
    <w:p w14:paraId="29820431" w14:textId="77777777" w:rsidR="00C75A3D" w:rsidRDefault="00C75A3D" w:rsidP="00C75A3D">
      <w:r>
        <w:t>[Use subsections as required. Maintain a logical hierarchy and avoid excessive levels of headings.]</w:t>
      </w:r>
    </w:p>
    <w:p w14:paraId="7BE792AE" w14:textId="77777777" w:rsidR="00C75A3D" w:rsidRDefault="00C75A3D" w:rsidP="00C75A3D">
      <w:pPr>
        <w:pStyle w:val="CaptionText"/>
        <w:jc w:val="center"/>
      </w:pPr>
      <w:r>
        <w:t>Table X.X. Descriptive table caption (Times New Roman, 9 pt)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688"/>
        <w:gridCol w:w="2688"/>
        <w:gridCol w:w="2688"/>
      </w:tblGrid>
      <w:tr w:rsidR="00C75A3D" w14:paraId="43EBF712" w14:textId="77777777" w:rsidTr="00282504">
        <w:trPr>
          <w:jc w:val="center"/>
        </w:trPr>
        <w:tc>
          <w:tcPr>
            <w:tcW w:w="2688" w:type="dxa"/>
            <w:shd w:val="clear" w:color="auto" w:fill="17365D"/>
          </w:tcPr>
          <w:p w14:paraId="7DF316F7" w14:textId="77777777" w:rsidR="00C75A3D" w:rsidRDefault="00C75A3D" w:rsidP="00282504">
            <w:r>
              <w:rPr>
                <w:b/>
                <w:color w:val="FFFFFF"/>
                <w:sz w:val="20"/>
              </w:rPr>
              <w:t>Parameter</w:t>
            </w:r>
          </w:p>
        </w:tc>
        <w:tc>
          <w:tcPr>
            <w:tcW w:w="2688" w:type="dxa"/>
            <w:shd w:val="clear" w:color="auto" w:fill="17365D"/>
          </w:tcPr>
          <w:p w14:paraId="71C50860" w14:textId="77777777" w:rsidR="00C75A3D" w:rsidRDefault="00C75A3D" w:rsidP="00282504">
            <w:r>
              <w:rPr>
                <w:b/>
                <w:color w:val="FFFFFF"/>
                <w:sz w:val="20"/>
              </w:rPr>
              <w:t>Description</w:t>
            </w:r>
          </w:p>
        </w:tc>
        <w:tc>
          <w:tcPr>
            <w:tcW w:w="2688" w:type="dxa"/>
            <w:shd w:val="clear" w:color="auto" w:fill="17365D"/>
          </w:tcPr>
          <w:p w14:paraId="2EDF3473" w14:textId="77777777" w:rsidR="00C75A3D" w:rsidRDefault="00C75A3D" w:rsidP="00282504">
            <w:r>
              <w:rPr>
                <w:b/>
                <w:color w:val="FFFFFF"/>
                <w:sz w:val="20"/>
              </w:rPr>
              <w:t>Value / Observation</w:t>
            </w:r>
          </w:p>
        </w:tc>
      </w:tr>
      <w:tr w:rsidR="00C75A3D" w14:paraId="76CD1024" w14:textId="77777777" w:rsidTr="00282504">
        <w:trPr>
          <w:jc w:val="center"/>
        </w:trPr>
        <w:tc>
          <w:tcPr>
            <w:tcW w:w="2688" w:type="dxa"/>
          </w:tcPr>
          <w:p w14:paraId="4E723878" w14:textId="77777777" w:rsidR="00C75A3D" w:rsidRDefault="00C75A3D" w:rsidP="00282504">
            <w:r>
              <w:rPr>
                <w:sz w:val="20"/>
              </w:rPr>
              <w:t>[Item 1]</w:t>
            </w:r>
          </w:p>
        </w:tc>
        <w:tc>
          <w:tcPr>
            <w:tcW w:w="2688" w:type="dxa"/>
          </w:tcPr>
          <w:p w14:paraId="0EED1FA6" w14:textId="77777777" w:rsidR="00C75A3D" w:rsidRDefault="00C75A3D" w:rsidP="00282504">
            <w:r>
              <w:rPr>
                <w:sz w:val="20"/>
              </w:rPr>
              <w:t>[Description]</w:t>
            </w:r>
          </w:p>
        </w:tc>
        <w:tc>
          <w:tcPr>
            <w:tcW w:w="2688" w:type="dxa"/>
          </w:tcPr>
          <w:p w14:paraId="39E3E4CB" w14:textId="77777777" w:rsidR="00C75A3D" w:rsidRDefault="00C75A3D" w:rsidP="00282504">
            <w:r>
              <w:rPr>
                <w:sz w:val="20"/>
              </w:rPr>
              <w:t>[Value]</w:t>
            </w:r>
          </w:p>
        </w:tc>
      </w:tr>
      <w:tr w:rsidR="00C75A3D" w14:paraId="6DA78BAA" w14:textId="77777777" w:rsidTr="00282504">
        <w:trPr>
          <w:jc w:val="center"/>
        </w:trPr>
        <w:tc>
          <w:tcPr>
            <w:tcW w:w="2688" w:type="dxa"/>
          </w:tcPr>
          <w:p w14:paraId="33F13176" w14:textId="77777777" w:rsidR="00C75A3D" w:rsidRDefault="00C75A3D" w:rsidP="00282504">
            <w:r>
              <w:rPr>
                <w:sz w:val="20"/>
              </w:rPr>
              <w:t>[Item 2]</w:t>
            </w:r>
          </w:p>
        </w:tc>
        <w:tc>
          <w:tcPr>
            <w:tcW w:w="2688" w:type="dxa"/>
          </w:tcPr>
          <w:p w14:paraId="4703436C" w14:textId="77777777" w:rsidR="00C75A3D" w:rsidRDefault="00C75A3D" w:rsidP="00282504">
            <w:r>
              <w:rPr>
                <w:sz w:val="20"/>
              </w:rPr>
              <w:t>[Description]</w:t>
            </w:r>
          </w:p>
        </w:tc>
        <w:tc>
          <w:tcPr>
            <w:tcW w:w="2688" w:type="dxa"/>
          </w:tcPr>
          <w:p w14:paraId="633E71FB" w14:textId="77777777" w:rsidR="00C75A3D" w:rsidRDefault="00C75A3D" w:rsidP="00282504">
            <w:r>
              <w:rPr>
                <w:sz w:val="20"/>
              </w:rPr>
              <w:t>[Value]</w:t>
            </w:r>
          </w:p>
        </w:tc>
      </w:tr>
      <w:tr w:rsidR="00C75A3D" w14:paraId="440B513C" w14:textId="77777777" w:rsidTr="00282504">
        <w:trPr>
          <w:jc w:val="center"/>
        </w:trPr>
        <w:tc>
          <w:tcPr>
            <w:tcW w:w="2688" w:type="dxa"/>
          </w:tcPr>
          <w:p w14:paraId="4FA5DEA9" w14:textId="77777777" w:rsidR="00C75A3D" w:rsidRDefault="00C75A3D" w:rsidP="00282504">
            <w:r>
              <w:rPr>
                <w:sz w:val="20"/>
              </w:rPr>
              <w:t>[Item 3]</w:t>
            </w:r>
          </w:p>
        </w:tc>
        <w:tc>
          <w:tcPr>
            <w:tcW w:w="2688" w:type="dxa"/>
          </w:tcPr>
          <w:p w14:paraId="295BD46F" w14:textId="77777777" w:rsidR="00C75A3D" w:rsidRDefault="00C75A3D" w:rsidP="00282504">
            <w:r>
              <w:rPr>
                <w:sz w:val="20"/>
              </w:rPr>
              <w:t>[Description]</w:t>
            </w:r>
          </w:p>
        </w:tc>
        <w:tc>
          <w:tcPr>
            <w:tcW w:w="2688" w:type="dxa"/>
          </w:tcPr>
          <w:p w14:paraId="42F17466" w14:textId="77777777" w:rsidR="00C75A3D" w:rsidRDefault="00C75A3D" w:rsidP="00282504">
            <w:r>
              <w:rPr>
                <w:sz w:val="20"/>
              </w:rPr>
              <w:t>[Value]</w:t>
            </w:r>
          </w:p>
        </w:tc>
      </w:tr>
    </w:tbl>
    <w:p w14:paraId="01383F05" w14:textId="77777777" w:rsidR="00C75A3D" w:rsidRDefault="00C75A3D" w:rsidP="00C75A3D"/>
    <w:p w14:paraId="65D65C96" w14:textId="77777777" w:rsidR="00C75A3D" w:rsidRDefault="00C75A3D" w:rsidP="00C75A3D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8064"/>
      </w:tblGrid>
      <w:tr w:rsidR="00C75A3D" w14:paraId="10E3770B" w14:textId="77777777" w:rsidTr="00282504">
        <w:trPr>
          <w:jc w:val="center"/>
        </w:trPr>
        <w:tc>
          <w:tcPr>
            <w:tcW w:w="8064" w:type="dxa"/>
            <w:shd w:val="clear" w:color="auto" w:fill="F2F2F2"/>
            <w:vAlign w:val="center"/>
          </w:tcPr>
          <w:p w14:paraId="6BAAC20E" w14:textId="77777777" w:rsidR="00C75A3D" w:rsidRDefault="00C75A3D" w:rsidP="00282504">
            <w:pPr>
              <w:jc w:val="center"/>
            </w:pPr>
            <w:r>
              <w:rPr>
                <w:b/>
                <w:color w:val="666666"/>
                <w:sz w:val="20"/>
              </w:rPr>
              <w:br/>
              <w:t>INSERT FIGURE / GRAPH / PHOTOGRAPH HERE</w:t>
            </w:r>
            <w:r>
              <w:rPr>
                <w:b/>
                <w:color w:val="666666"/>
                <w:sz w:val="20"/>
              </w:rPr>
              <w:br/>
              <w:t>Minimum resolution: 300 DPI</w:t>
            </w:r>
            <w:r>
              <w:rPr>
                <w:b/>
                <w:color w:val="666666"/>
                <w:sz w:val="20"/>
              </w:rPr>
              <w:br/>
            </w:r>
          </w:p>
        </w:tc>
      </w:tr>
    </w:tbl>
    <w:p w14:paraId="015AA077" w14:textId="77777777" w:rsidR="00C75A3D" w:rsidRDefault="00C75A3D" w:rsidP="00C75A3D">
      <w:pPr>
        <w:pStyle w:val="CaptionText"/>
        <w:jc w:val="center"/>
      </w:pPr>
      <w:r>
        <w:t>Figure X.X. Figure caption (Times New Roman, 9 pt)</w:t>
      </w:r>
    </w:p>
    <w:p w14:paraId="0CCAA2F1" w14:textId="77777777" w:rsidR="00C75A3D" w:rsidRPr="00A8321C" w:rsidRDefault="00C75A3D" w:rsidP="00C75A3D">
      <w:pPr>
        <w:pStyle w:val="Heading1"/>
        <w:rPr>
          <w:sz w:val="28"/>
          <w:szCs w:val="22"/>
        </w:rPr>
      </w:pPr>
      <w:r w:rsidRPr="00A8321C">
        <w:rPr>
          <w:sz w:val="28"/>
          <w:szCs w:val="22"/>
        </w:rPr>
        <w:t>3 Discussion / Application / Analysis</w:t>
      </w:r>
    </w:p>
    <w:p w14:paraId="54D9A362" w14:textId="77777777" w:rsidR="00C75A3D" w:rsidRDefault="00C75A3D" w:rsidP="00C75A3D">
      <w:r>
        <w:t>[Interpret the concepts, evidence, case study, findings, or practical implications as appropriate for the discipline.]</w:t>
      </w:r>
    </w:p>
    <w:p w14:paraId="3C5DD5E8" w14:textId="77777777" w:rsidR="00C75A3D" w:rsidRPr="00A8321C" w:rsidRDefault="00C75A3D" w:rsidP="00C75A3D">
      <w:pPr>
        <w:pStyle w:val="Heading1"/>
        <w:rPr>
          <w:sz w:val="28"/>
          <w:szCs w:val="22"/>
        </w:rPr>
      </w:pPr>
      <w:r w:rsidRPr="00A8321C">
        <w:rPr>
          <w:sz w:val="28"/>
          <w:szCs w:val="22"/>
        </w:rPr>
        <w:t>4 Conclusion</w:t>
      </w:r>
    </w:p>
    <w:p w14:paraId="76E40BA1" w14:textId="77777777" w:rsidR="00C75A3D" w:rsidRDefault="00C75A3D" w:rsidP="00C75A3D">
      <w:r>
        <w:t>[Summarize the key contribution of the chapter, implications, limitations where relevant, and future directions.]</w:t>
      </w:r>
    </w:p>
    <w:p w14:paraId="259F2457" w14:textId="77777777" w:rsidR="00C75A3D" w:rsidRPr="00A8321C" w:rsidRDefault="00C75A3D" w:rsidP="00C75A3D">
      <w:pPr>
        <w:pStyle w:val="Heading2"/>
        <w:rPr>
          <w:sz w:val="24"/>
          <w:szCs w:val="24"/>
        </w:rPr>
      </w:pPr>
      <w:r w:rsidRPr="00A8321C">
        <w:rPr>
          <w:sz w:val="24"/>
          <w:szCs w:val="24"/>
        </w:rPr>
        <w:t>Acknowledgement / Funding</w:t>
      </w:r>
    </w:p>
    <w:p w14:paraId="6541D307" w14:textId="77777777" w:rsidR="00C75A3D" w:rsidRDefault="00C75A3D" w:rsidP="00C75A3D">
      <w:r>
        <w:t>[Optional. Delete if not applicable.]</w:t>
      </w:r>
    </w:p>
    <w:p w14:paraId="2949A0F1" w14:textId="77777777" w:rsidR="00C75A3D" w:rsidRPr="00A8321C" w:rsidRDefault="00C75A3D" w:rsidP="00C75A3D">
      <w:pPr>
        <w:pStyle w:val="Heading2"/>
        <w:rPr>
          <w:sz w:val="24"/>
          <w:szCs w:val="24"/>
        </w:rPr>
      </w:pPr>
      <w:r w:rsidRPr="00A8321C">
        <w:rPr>
          <w:sz w:val="24"/>
          <w:szCs w:val="24"/>
        </w:rPr>
        <w:t>Conflict of Interest</w:t>
      </w:r>
    </w:p>
    <w:p w14:paraId="08AFF886" w14:textId="77777777" w:rsidR="00C75A3D" w:rsidRDefault="00C75A3D" w:rsidP="00C75A3D">
      <w:r>
        <w:t>The author(s) declare [no conflict of interest / specify relevant conflict].</w:t>
      </w:r>
    </w:p>
    <w:p w14:paraId="61DDDE48" w14:textId="77777777" w:rsidR="00C75A3D" w:rsidRPr="00A8321C" w:rsidRDefault="00C75A3D" w:rsidP="00C75A3D">
      <w:pPr>
        <w:pStyle w:val="Heading1"/>
        <w:rPr>
          <w:sz w:val="28"/>
          <w:szCs w:val="22"/>
        </w:rPr>
      </w:pPr>
      <w:r w:rsidRPr="00A8321C">
        <w:rPr>
          <w:sz w:val="28"/>
          <w:szCs w:val="22"/>
        </w:rPr>
        <w:t>References</w:t>
      </w:r>
    </w:p>
    <w:p w14:paraId="17A55370" w14:textId="77777777" w:rsidR="00C75A3D" w:rsidRDefault="00C75A3D" w:rsidP="00C75A3D">
      <w:r>
        <w:t>[Use the reference style prescribed by the editors. Ensure every in-text citation appears in the reference list and vice versa.]</w:t>
      </w:r>
    </w:p>
    <w:p w14:paraId="3C7EBD04" w14:textId="77777777" w:rsidR="00C75A3D" w:rsidRDefault="00C75A3D" w:rsidP="00C75A3D">
      <w:r>
        <w:t>1. [Sample reference]</w:t>
      </w:r>
      <w:r>
        <w:br/>
        <w:t>2. [Sample reference]</w:t>
      </w:r>
      <w:r>
        <w:br/>
        <w:t>3. [Sample reference]</w:t>
      </w:r>
    </w:p>
    <w:p w14:paraId="6526074F" w14:textId="77777777" w:rsidR="00C75A3D" w:rsidRDefault="00C75A3D" w:rsidP="00C75A3D"/>
    <w:p w14:paraId="54986CF3" w14:textId="77777777" w:rsidR="00232C66" w:rsidRDefault="00C75A3D" w:rsidP="00232C66">
      <w:pPr>
        <w:spacing w:after="0"/>
        <w:rPr>
          <w:rFonts w:cs="Times New Roman"/>
          <w:color w:val="00B050"/>
          <w:sz w:val="20"/>
          <w:szCs w:val="20"/>
        </w:rPr>
      </w:pPr>
      <w:r>
        <w:rPr>
          <w:b/>
          <w:color w:val="008C95"/>
        </w:rPr>
        <w:br w:type="column"/>
      </w:r>
      <w:r w:rsidR="00232C66" w:rsidRPr="00DD72BE">
        <w:rPr>
          <w:rFonts w:cs="Times New Roman"/>
          <w:color w:val="00B050"/>
          <w:sz w:val="20"/>
          <w:szCs w:val="20"/>
        </w:rPr>
        <w:lastRenderedPageBreak/>
        <w:t xml:space="preserve">Notation Trendplus Publishing </w:t>
      </w:r>
    </w:p>
    <w:p w14:paraId="0B1F904F" w14:textId="76987C24" w:rsidR="00C75A3D" w:rsidRDefault="00232C66" w:rsidP="00232C66">
      <w:pPr>
        <w:rPr>
          <w:b/>
          <w:color w:val="008C95"/>
        </w:rPr>
      </w:pPr>
      <w:hyperlink r:id="rId20" w:history="1">
        <w:r w:rsidRPr="002550C0">
          <w:rPr>
            <w:rStyle w:val="Hyperlink"/>
            <w:rFonts w:cs="Times New Roman"/>
            <w:sz w:val="18"/>
            <w:szCs w:val="18"/>
          </w:rPr>
          <w:t>https://doi.org/</w:t>
        </w:r>
      </w:hyperlink>
      <w:r w:rsidR="00C75A3D" w:rsidRPr="00E57D7C">
        <w:rPr>
          <w:noProof/>
        </w:rPr>
        <w:drawing>
          <wp:anchor distT="0" distB="0" distL="114300" distR="114300" simplePos="0" relativeHeight="251650560" behindDoc="0" locked="1" layoutInCell="1" allowOverlap="1" wp14:anchorId="3313526D" wp14:editId="262EF6E5">
            <wp:simplePos x="0" y="0"/>
            <wp:positionH relativeFrom="margin">
              <wp:posOffset>4031615</wp:posOffset>
            </wp:positionH>
            <wp:positionV relativeFrom="margin">
              <wp:posOffset>-257175</wp:posOffset>
            </wp:positionV>
            <wp:extent cx="1322705" cy="511810"/>
            <wp:effectExtent l="0" t="0" r="0" b="2540"/>
            <wp:wrapNone/>
            <wp:docPr id="1915928410" name="Picture 19159284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0580540" name="Picture 1500580540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2705" cy="511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9ABE4D" w14:textId="046539A5" w:rsidR="00064675" w:rsidRPr="00C75A3D" w:rsidRDefault="00000000" w:rsidP="00C75A3D">
      <w:pPr>
        <w:tabs>
          <w:tab w:val="left" w:pos="1658"/>
        </w:tabs>
        <w:jc w:val="center"/>
        <w:rPr>
          <w:sz w:val="32"/>
          <w:szCs w:val="32"/>
        </w:rPr>
      </w:pPr>
      <w:r w:rsidRPr="00C75A3D">
        <w:rPr>
          <w:b/>
          <w:color w:val="008C95"/>
          <w:sz w:val="32"/>
          <w:szCs w:val="32"/>
        </w:rPr>
        <w:t>CHAPTER 03</w:t>
      </w:r>
    </w:p>
    <w:p w14:paraId="4083980B" w14:textId="77777777" w:rsidR="00064675" w:rsidRPr="00C75A3D" w:rsidRDefault="00000000">
      <w:pPr>
        <w:jc w:val="center"/>
        <w:rPr>
          <w:sz w:val="32"/>
          <w:szCs w:val="32"/>
        </w:rPr>
      </w:pPr>
      <w:r w:rsidRPr="00C75A3D">
        <w:rPr>
          <w:b/>
          <w:color w:val="17365D"/>
          <w:sz w:val="32"/>
          <w:szCs w:val="32"/>
        </w:rPr>
        <w:t>[TITLE OF CHAPTER 3]</w:t>
      </w:r>
    </w:p>
    <w:p w14:paraId="136CB271" w14:textId="77777777" w:rsidR="00064675" w:rsidRDefault="00000000">
      <w:pPr>
        <w:jc w:val="center"/>
      </w:pPr>
      <w:r>
        <w:rPr>
          <w:b/>
        </w:rPr>
        <w:t xml:space="preserve">[Author 1 </w:t>
      </w:r>
      <w:proofErr w:type="gramStart"/>
      <w:r>
        <w:rPr>
          <w:b/>
        </w:rPr>
        <w:t>Name]¹</w:t>
      </w:r>
      <w:proofErr w:type="gramEnd"/>
      <w:r>
        <w:rPr>
          <w:b/>
        </w:rPr>
        <w:t xml:space="preserve">, [Author 2 </w:t>
      </w:r>
      <w:proofErr w:type="gramStart"/>
      <w:r>
        <w:rPr>
          <w:b/>
        </w:rPr>
        <w:t>Name]²</w:t>
      </w:r>
      <w:proofErr w:type="gramEnd"/>
      <w:r>
        <w:rPr>
          <w:b/>
        </w:rPr>
        <w:t xml:space="preserve">, [Author 3 </w:t>
      </w:r>
      <w:proofErr w:type="gramStart"/>
      <w:r>
        <w:rPr>
          <w:b/>
        </w:rPr>
        <w:t>Name]³</w:t>
      </w:r>
      <w:proofErr w:type="gramEnd"/>
    </w:p>
    <w:p w14:paraId="4C0667BA" w14:textId="77777777" w:rsidR="00064675" w:rsidRDefault="00000000">
      <w:pPr>
        <w:jc w:val="center"/>
      </w:pPr>
      <w:r>
        <w:rPr>
          <w:i/>
        </w:rPr>
        <w:t>¹Department, Institution, City, Country</w:t>
      </w:r>
      <w:r>
        <w:rPr>
          <w:i/>
        </w:rPr>
        <w:br/>
        <w:t>²Department, Institution, City, Country</w:t>
      </w:r>
      <w:r>
        <w:rPr>
          <w:i/>
        </w:rPr>
        <w:br/>
        <w:t>Corresponding author: e-mail / ORCID</w:t>
      </w:r>
    </w:p>
    <w:p w14:paraId="2CC619C5" w14:textId="77777777" w:rsidR="00064675" w:rsidRDefault="00064675"/>
    <w:p w14:paraId="1D08A7F8" w14:textId="77777777" w:rsidR="00C75A3D" w:rsidRPr="00A8321C" w:rsidRDefault="00C75A3D" w:rsidP="00C75A3D">
      <w:pPr>
        <w:pStyle w:val="Heading1"/>
        <w:rPr>
          <w:sz w:val="28"/>
          <w:szCs w:val="22"/>
        </w:rPr>
      </w:pPr>
      <w:r w:rsidRPr="00A8321C">
        <w:rPr>
          <w:sz w:val="28"/>
          <w:szCs w:val="22"/>
        </w:rPr>
        <w:t>Abstract</w:t>
      </w:r>
    </w:p>
    <w:p w14:paraId="7020A770" w14:textId="77777777" w:rsidR="00C75A3D" w:rsidRDefault="00C75A3D" w:rsidP="00C75A3D">
      <w:r>
        <w:t>[150–250 words. Summarize the purpose, scope/method, major points or findings, and conclusion of the chapter.]</w:t>
      </w:r>
    </w:p>
    <w:p w14:paraId="2FC4656E" w14:textId="77777777" w:rsidR="00C75A3D" w:rsidRDefault="00C75A3D" w:rsidP="00C75A3D">
      <w:r>
        <w:rPr>
          <w:b/>
        </w:rPr>
        <w:t xml:space="preserve">Keywords: </w:t>
      </w:r>
      <w:r>
        <w:t>[Keyword 1]; [Keyword 2]; [Keyword 3]; [Keyword 4]; [Keyword 5]</w:t>
      </w:r>
    </w:p>
    <w:p w14:paraId="1C73FC9D" w14:textId="77777777" w:rsidR="00C75A3D" w:rsidRPr="00A8321C" w:rsidRDefault="00C75A3D" w:rsidP="00C75A3D">
      <w:pPr>
        <w:pStyle w:val="Heading1"/>
        <w:rPr>
          <w:sz w:val="28"/>
          <w:szCs w:val="22"/>
        </w:rPr>
      </w:pPr>
      <w:r w:rsidRPr="00A8321C">
        <w:rPr>
          <w:sz w:val="28"/>
          <w:szCs w:val="22"/>
        </w:rPr>
        <w:t>1 Introduction</w:t>
      </w:r>
    </w:p>
    <w:p w14:paraId="28AEC9BC" w14:textId="77777777" w:rsidR="00C75A3D" w:rsidRDefault="00C75A3D" w:rsidP="00C75A3D">
      <w:r>
        <w:t>[Introduce the background, problem/context, rationale, objectives, and organization of the chapter.]</w:t>
      </w:r>
    </w:p>
    <w:p w14:paraId="547DFBB3" w14:textId="77777777" w:rsidR="00C75A3D" w:rsidRPr="00A8321C" w:rsidRDefault="00C75A3D" w:rsidP="00C75A3D">
      <w:pPr>
        <w:pStyle w:val="Heading1"/>
        <w:rPr>
          <w:sz w:val="28"/>
          <w:szCs w:val="22"/>
        </w:rPr>
      </w:pPr>
      <w:r w:rsidRPr="00A8321C">
        <w:rPr>
          <w:sz w:val="28"/>
          <w:szCs w:val="22"/>
        </w:rPr>
        <w:t>2 Main Section</w:t>
      </w:r>
    </w:p>
    <w:p w14:paraId="002DEA08" w14:textId="77777777" w:rsidR="00C75A3D" w:rsidRDefault="00C75A3D" w:rsidP="00C75A3D">
      <w:r>
        <w:t>[Develop the principal concepts, literature, theory, methodology, analysis, or subject-specific discussion.]</w:t>
      </w:r>
    </w:p>
    <w:p w14:paraId="7C77ECE0" w14:textId="77777777" w:rsidR="00C75A3D" w:rsidRPr="00A8321C" w:rsidRDefault="00C75A3D" w:rsidP="00C75A3D">
      <w:pPr>
        <w:pStyle w:val="Heading2"/>
        <w:rPr>
          <w:sz w:val="24"/>
          <w:szCs w:val="24"/>
        </w:rPr>
      </w:pPr>
      <w:r w:rsidRPr="00A8321C">
        <w:rPr>
          <w:sz w:val="24"/>
          <w:szCs w:val="24"/>
        </w:rPr>
        <w:t>2.1 Subsection</w:t>
      </w:r>
    </w:p>
    <w:p w14:paraId="1FC74185" w14:textId="77777777" w:rsidR="00C75A3D" w:rsidRDefault="00C75A3D" w:rsidP="00C75A3D">
      <w:r>
        <w:t>[Use subsections as required. Maintain a logical hierarchy and avoid excessive levels of headings.]</w:t>
      </w:r>
    </w:p>
    <w:p w14:paraId="3A293BA5" w14:textId="77777777" w:rsidR="00C75A3D" w:rsidRDefault="00C75A3D" w:rsidP="00C75A3D">
      <w:pPr>
        <w:pStyle w:val="CaptionText"/>
        <w:jc w:val="center"/>
      </w:pPr>
      <w:r>
        <w:t>Table X.X. Descriptive table caption (Times New Roman, 9 pt)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688"/>
        <w:gridCol w:w="2688"/>
        <w:gridCol w:w="2688"/>
      </w:tblGrid>
      <w:tr w:rsidR="00C75A3D" w14:paraId="64C0E9EE" w14:textId="77777777" w:rsidTr="00282504">
        <w:trPr>
          <w:jc w:val="center"/>
        </w:trPr>
        <w:tc>
          <w:tcPr>
            <w:tcW w:w="2688" w:type="dxa"/>
            <w:shd w:val="clear" w:color="auto" w:fill="17365D"/>
          </w:tcPr>
          <w:p w14:paraId="5AE208D9" w14:textId="77777777" w:rsidR="00C75A3D" w:rsidRDefault="00C75A3D" w:rsidP="00282504">
            <w:r>
              <w:rPr>
                <w:b/>
                <w:color w:val="FFFFFF"/>
                <w:sz w:val="20"/>
              </w:rPr>
              <w:t>Parameter</w:t>
            </w:r>
          </w:p>
        </w:tc>
        <w:tc>
          <w:tcPr>
            <w:tcW w:w="2688" w:type="dxa"/>
            <w:shd w:val="clear" w:color="auto" w:fill="17365D"/>
          </w:tcPr>
          <w:p w14:paraId="2C7A59DB" w14:textId="77777777" w:rsidR="00C75A3D" w:rsidRDefault="00C75A3D" w:rsidP="00282504">
            <w:r>
              <w:rPr>
                <w:b/>
                <w:color w:val="FFFFFF"/>
                <w:sz w:val="20"/>
              </w:rPr>
              <w:t>Description</w:t>
            </w:r>
          </w:p>
        </w:tc>
        <w:tc>
          <w:tcPr>
            <w:tcW w:w="2688" w:type="dxa"/>
            <w:shd w:val="clear" w:color="auto" w:fill="17365D"/>
          </w:tcPr>
          <w:p w14:paraId="6CD5E50C" w14:textId="77777777" w:rsidR="00C75A3D" w:rsidRDefault="00C75A3D" w:rsidP="00282504">
            <w:r>
              <w:rPr>
                <w:b/>
                <w:color w:val="FFFFFF"/>
                <w:sz w:val="20"/>
              </w:rPr>
              <w:t>Value / Observation</w:t>
            </w:r>
          </w:p>
        </w:tc>
      </w:tr>
      <w:tr w:rsidR="00C75A3D" w14:paraId="3C9826C9" w14:textId="77777777" w:rsidTr="00282504">
        <w:trPr>
          <w:jc w:val="center"/>
        </w:trPr>
        <w:tc>
          <w:tcPr>
            <w:tcW w:w="2688" w:type="dxa"/>
          </w:tcPr>
          <w:p w14:paraId="57DB30F1" w14:textId="77777777" w:rsidR="00C75A3D" w:rsidRDefault="00C75A3D" w:rsidP="00282504">
            <w:r>
              <w:rPr>
                <w:sz w:val="20"/>
              </w:rPr>
              <w:t>[Item 1]</w:t>
            </w:r>
          </w:p>
        </w:tc>
        <w:tc>
          <w:tcPr>
            <w:tcW w:w="2688" w:type="dxa"/>
          </w:tcPr>
          <w:p w14:paraId="0EF17375" w14:textId="77777777" w:rsidR="00C75A3D" w:rsidRDefault="00C75A3D" w:rsidP="00282504">
            <w:r>
              <w:rPr>
                <w:sz w:val="20"/>
              </w:rPr>
              <w:t>[Description]</w:t>
            </w:r>
          </w:p>
        </w:tc>
        <w:tc>
          <w:tcPr>
            <w:tcW w:w="2688" w:type="dxa"/>
          </w:tcPr>
          <w:p w14:paraId="5FE7042D" w14:textId="77777777" w:rsidR="00C75A3D" w:rsidRDefault="00C75A3D" w:rsidP="00282504">
            <w:r>
              <w:rPr>
                <w:sz w:val="20"/>
              </w:rPr>
              <w:t>[Value]</w:t>
            </w:r>
          </w:p>
        </w:tc>
      </w:tr>
      <w:tr w:rsidR="00C75A3D" w14:paraId="146839E2" w14:textId="77777777" w:rsidTr="00282504">
        <w:trPr>
          <w:jc w:val="center"/>
        </w:trPr>
        <w:tc>
          <w:tcPr>
            <w:tcW w:w="2688" w:type="dxa"/>
          </w:tcPr>
          <w:p w14:paraId="3414D133" w14:textId="77777777" w:rsidR="00C75A3D" w:rsidRDefault="00C75A3D" w:rsidP="00282504">
            <w:r>
              <w:rPr>
                <w:sz w:val="20"/>
              </w:rPr>
              <w:t>[Item 2]</w:t>
            </w:r>
          </w:p>
        </w:tc>
        <w:tc>
          <w:tcPr>
            <w:tcW w:w="2688" w:type="dxa"/>
          </w:tcPr>
          <w:p w14:paraId="1DAA65C0" w14:textId="77777777" w:rsidR="00C75A3D" w:rsidRDefault="00C75A3D" w:rsidP="00282504">
            <w:r>
              <w:rPr>
                <w:sz w:val="20"/>
              </w:rPr>
              <w:t>[Description]</w:t>
            </w:r>
          </w:p>
        </w:tc>
        <w:tc>
          <w:tcPr>
            <w:tcW w:w="2688" w:type="dxa"/>
          </w:tcPr>
          <w:p w14:paraId="2D0E3085" w14:textId="77777777" w:rsidR="00C75A3D" w:rsidRDefault="00C75A3D" w:rsidP="00282504">
            <w:r>
              <w:rPr>
                <w:sz w:val="20"/>
              </w:rPr>
              <w:t>[Value]</w:t>
            </w:r>
          </w:p>
        </w:tc>
      </w:tr>
      <w:tr w:rsidR="00C75A3D" w14:paraId="297598D8" w14:textId="77777777" w:rsidTr="00282504">
        <w:trPr>
          <w:jc w:val="center"/>
        </w:trPr>
        <w:tc>
          <w:tcPr>
            <w:tcW w:w="2688" w:type="dxa"/>
          </w:tcPr>
          <w:p w14:paraId="7D81453A" w14:textId="77777777" w:rsidR="00C75A3D" w:rsidRDefault="00C75A3D" w:rsidP="00282504">
            <w:r>
              <w:rPr>
                <w:sz w:val="20"/>
              </w:rPr>
              <w:t>[Item 3]</w:t>
            </w:r>
          </w:p>
        </w:tc>
        <w:tc>
          <w:tcPr>
            <w:tcW w:w="2688" w:type="dxa"/>
          </w:tcPr>
          <w:p w14:paraId="6349AFC3" w14:textId="77777777" w:rsidR="00C75A3D" w:rsidRDefault="00C75A3D" w:rsidP="00282504">
            <w:r>
              <w:rPr>
                <w:sz w:val="20"/>
              </w:rPr>
              <w:t>[Description]</w:t>
            </w:r>
          </w:p>
        </w:tc>
        <w:tc>
          <w:tcPr>
            <w:tcW w:w="2688" w:type="dxa"/>
          </w:tcPr>
          <w:p w14:paraId="1CE8C90C" w14:textId="77777777" w:rsidR="00C75A3D" w:rsidRDefault="00C75A3D" w:rsidP="00282504">
            <w:r>
              <w:rPr>
                <w:sz w:val="20"/>
              </w:rPr>
              <w:t>[Value]</w:t>
            </w:r>
          </w:p>
        </w:tc>
      </w:tr>
    </w:tbl>
    <w:p w14:paraId="1F7554E3" w14:textId="77777777" w:rsidR="00C75A3D" w:rsidRDefault="00C75A3D" w:rsidP="00C75A3D"/>
    <w:p w14:paraId="734647B4" w14:textId="77777777" w:rsidR="00C75A3D" w:rsidRDefault="00C75A3D" w:rsidP="00C75A3D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8064"/>
      </w:tblGrid>
      <w:tr w:rsidR="00C75A3D" w14:paraId="41387B01" w14:textId="77777777" w:rsidTr="00282504">
        <w:trPr>
          <w:jc w:val="center"/>
        </w:trPr>
        <w:tc>
          <w:tcPr>
            <w:tcW w:w="8064" w:type="dxa"/>
            <w:shd w:val="clear" w:color="auto" w:fill="F2F2F2"/>
            <w:vAlign w:val="center"/>
          </w:tcPr>
          <w:p w14:paraId="6A39A9EB" w14:textId="77777777" w:rsidR="00C75A3D" w:rsidRDefault="00C75A3D" w:rsidP="00282504">
            <w:pPr>
              <w:jc w:val="center"/>
            </w:pPr>
            <w:r>
              <w:rPr>
                <w:b/>
                <w:color w:val="666666"/>
                <w:sz w:val="20"/>
              </w:rPr>
              <w:lastRenderedPageBreak/>
              <w:br/>
              <w:t>INSERT FIGURE / GRAPH / PHOTOGRAPH HERE</w:t>
            </w:r>
            <w:r>
              <w:rPr>
                <w:b/>
                <w:color w:val="666666"/>
                <w:sz w:val="20"/>
              </w:rPr>
              <w:br/>
              <w:t>Minimum resolution: 300 DPI</w:t>
            </w:r>
            <w:r>
              <w:rPr>
                <w:b/>
                <w:color w:val="666666"/>
                <w:sz w:val="20"/>
              </w:rPr>
              <w:br/>
            </w:r>
          </w:p>
        </w:tc>
      </w:tr>
    </w:tbl>
    <w:p w14:paraId="2ED3BF03" w14:textId="77777777" w:rsidR="00C75A3D" w:rsidRDefault="00C75A3D" w:rsidP="00C75A3D">
      <w:pPr>
        <w:pStyle w:val="CaptionText"/>
        <w:jc w:val="center"/>
      </w:pPr>
      <w:r>
        <w:t>Figure X.X. Figure caption (Times New Roman, 9 pt)</w:t>
      </w:r>
    </w:p>
    <w:p w14:paraId="0C53B447" w14:textId="77777777" w:rsidR="00C75A3D" w:rsidRPr="00A8321C" w:rsidRDefault="00C75A3D" w:rsidP="00C75A3D">
      <w:pPr>
        <w:pStyle w:val="Heading1"/>
        <w:rPr>
          <w:sz w:val="28"/>
          <w:szCs w:val="22"/>
        </w:rPr>
      </w:pPr>
      <w:r w:rsidRPr="00A8321C">
        <w:rPr>
          <w:sz w:val="28"/>
          <w:szCs w:val="22"/>
        </w:rPr>
        <w:t>3 Discussion / Application / Analysis</w:t>
      </w:r>
    </w:p>
    <w:p w14:paraId="0237C7A3" w14:textId="77777777" w:rsidR="00C75A3D" w:rsidRDefault="00C75A3D" w:rsidP="00C75A3D">
      <w:r>
        <w:t>[Interpret the concepts, evidence, case study, findings, or practical implications as appropriate for the discipline.]</w:t>
      </w:r>
    </w:p>
    <w:p w14:paraId="30F26267" w14:textId="77777777" w:rsidR="00C75A3D" w:rsidRPr="00A8321C" w:rsidRDefault="00C75A3D" w:rsidP="00C75A3D">
      <w:pPr>
        <w:pStyle w:val="Heading1"/>
        <w:rPr>
          <w:sz w:val="28"/>
          <w:szCs w:val="22"/>
        </w:rPr>
      </w:pPr>
      <w:r w:rsidRPr="00A8321C">
        <w:rPr>
          <w:sz w:val="28"/>
          <w:szCs w:val="22"/>
        </w:rPr>
        <w:t>4 Conclusion</w:t>
      </w:r>
    </w:p>
    <w:p w14:paraId="5DB5C703" w14:textId="77777777" w:rsidR="00C75A3D" w:rsidRDefault="00C75A3D" w:rsidP="00C75A3D">
      <w:r>
        <w:t>[Summarize the key contribution of the chapter, implications, limitations where relevant, and future directions.]</w:t>
      </w:r>
    </w:p>
    <w:p w14:paraId="21A09469" w14:textId="77777777" w:rsidR="00C75A3D" w:rsidRPr="00A8321C" w:rsidRDefault="00C75A3D" w:rsidP="00C75A3D">
      <w:pPr>
        <w:pStyle w:val="Heading2"/>
        <w:rPr>
          <w:sz w:val="24"/>
          <w:szCs w:val="24"/>
        </w:rPr>
      </w:pPr>
      <w:r w:rsidRPr="00A8321C">
        <w:rPr>
          <w:sz w:val="24"/>
          <w:szCs w:val="24"/>
        </w:rPr>
        <w:t>Acknowledgement / Funding</w:t>
      </w:r>
    </w:p>
    <w:p w14:paraId="286A3D36" w14:textId="77777777" w:rsidR="00C75A3D" w:rsidRDefault="00C75A3D" w:rsidP="00C75A3D">
      <w:r>
        <w:t>[Optional. Delete if not applicable.]</w:t>
      </w:r>
    </w:p>
    <w:p w14:paraId="0EBB1BE2" w14:textId="77777777" w:rsidR="00C75A3D" w:rsidRPr="00A8321C" w:rsidRDefault="00C75A3D" w:rsidP="00C75A3D">
      <w:pPr>
        <w:pStyle w:val="Heading2"/>
        <w:rPr>
          <w:sz w:val="24"/>
          <w:szCs w:val="24"/>
        </w:rPr>
      </w:pPr>
      <w:r w:rsidRPr="00A8321C">
        <w:rPr>
          <w:sz w:val="24"/>
          <w:szCs w:val="24"/>
        </w:rPr>
        <w:t>Conflict of Interest</w:t>
      </w:r>
    </w:p>
    <w:p w14:paraId="3B2969B8" w14:textId="77777777" w:rsidR="00C75A3D" w:rsidRDefault="00C75A3D" w:rsidP="00C75A3D">
      <w:r>
        <w:t>The author(s) declare [no conflict of interest / specify relevant conflict].</w:t>
      </w:r>
    </w:p>
    <w:p w14:paraId="3EC98FA9" w14:textId="77777777" w:rsidR="00C75A3D" w:rsidRPr="00A8321C" w:rsidRDefault="00C75A3D" w:rsidP="00C75A3D">
      <w:pPr>
        <w:pStyle w:val="Heading1"/>
        <w:rPr>
          <w:sz w:val="28"/>
          <w:szCs w:val="22"/>
        </w:rPr>
      </w:pPr>
      <w:r w:rsidRPr="00A8321C">
        <w:rPr>
          <w:sz w:val="28"/>
          <w:szCs w:val="22"/>
        </w:rPr>
        <w:t>References</w:t>
      </w:r>
    </w:p>
    <w:p w14:paraId="55991BBD" w14:textId="77777777" w:rsidR="00C75A3D" w:rsidRDefault="00C75A3D" w:rsidP="00C75A3D">
      <w:r>
        <w:t>[Use the reference style prescribed by the editors. Ensure every in-text citation appears in the reference list and vice versa.]</w:t>
      </w:r>
    </w:p>
    <w:p w14:paraId="6DC9F73A" w14:textId="77777777" w:rsidR="00C75A3D" w:rsidRDefault="00C75A3D" w:rsidP="00C75A3D">
      <w:r>
        <w:t>1. [Sample reference]</w:t>
      </w:r>
      <w:r>
        <w:br/>
        <w:t>2. [Sample reference]</w:t>
      </w:r>
      <w:r>
        <w:br/>
        <w:t>3. [Sample reference]</w:t>
      </w:r>
    </w:p>
    <w:p w14:paraId="781E568A" w14:textId="77777777" w:rsidR="00C75A3D" w:rsidRDefault="00C75A3D" w:rsidP="00C75A3D"/>
    <w:p w14:paraId="62E5A1FB" w14:textId="77777777" w:rsidR="00232C66" w:rsidRDefault="00C75A3D" w:rsidP="00232C66">
      <w:pPr>
        <w:spacing w:after="0"/>
        <w:rPr>
          <w:rFonts w:cs="Times New Roman"/>
          <w:color w:val="00B050"/>
          <w:sz w:val="20"/>
          <w:szCs w:val="20"/>
        </w:rPr>
      </w:pPr>
      <w:r>
        <w:rPr>
          <w:b/>
          <w:color w:val="008C95"/>
        </w:rPr>
        <w:br w:type="column"/>
      </w:r>
      <w:r w:rsidR="00232C66" w:rsidRPr="00DD72BE">
        <w:rPr>
          <w:rFonts w:cs="Times New Roman"/>
          <w:color w:val="00B050"/>
          <w:sz w:val="20"/>
          <w:szCs w:val="20"/>
        </w:rPr>
        <w:lastRenderedPageBreak/>
        <w:t xml:space="preserve">Notation Trendplus Publishing </w:t>
      </w:r>
    </w:p>
    <w:p w14:paraId="61F55E4C" w14:textId="1E83FB71" w:rsidR="00232C66" w:rsidRDefault="00232C66" w:rsidP="00232C66">
      <w:pPr>
        <w:rPr>
          <w:b/>
          <w:color w:val="008C95"/>
        </w:rPr>
      </w:pPr>
      <w:hyperlink r:id="rId21" w:history="1">
        <w:r w:rsidRPr="002550C0">
          <w:rPr>
            <w:rStyle w:val="Hyperlink"/>
            <w:rFonts w:cs="Times New Roman"/>
            <w:sz w:val="18"/>
            <w:szCs w:val="18"/>
          </w:rPr>
          <w:t>https://doi.org/</w:t>
        </w:r>
      </w:hyperlink>
    </w:p>
    <w:p w14:paraId="7F134A1B" w14:textId="52DF776C" w:rsidR="00064675" w:rsidRPr="00C75A3D" w:rsidRDefault="00C75A3D" w:rsidP="00C75A3D">
      <w:pPr>
        <w:jc w:val="center"/>
        <w:rPr>
          <w:sz w:val="32"/>
          <w:szCs w:val="32"/>
        </w:rPr>
      </w:pPr>
      <w:r w:rsidRPr="00E57D7C">
        <w:rPr>
          <w:noProof/>
        </w:rPr>
        <w:drawing>
          <wp:anchor distT="0" distB="0" distL="114300" distR="114300" simplePos="0" relativeHeight="251667456" behindDoc="0" locked="1" layoutInCell="1" allowOverlap="1" wp14:anchorId="2BBF4D33" wp14:editId="0CF660A0">
            <wp:simplePos x="0" y="0"/>
            <wp:positionH relativeFrom="margin">
              <wp:posOffset>4017010</wp:posOffset>
            </wp:positionH>
            <wp:positionV relativeFrom="margin">
              <wp:posOffset>-146685</wp:posOffset>
            </wp:positionV>
            <wp:extent cx="1322705" cy="511810"/>
            <wp:effectExtent l="0" t="0" r="0" b="2540"/>
            <wp:wrapNone/>
            <wp:docPr id="1499697966" name="Picture 14996979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0580540" name="Picture 1500580540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2705" cy="511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0000" w:rsidRPr="00C75A3D">
        <w:rPr>
          <w:b/>
          <w:color w:val="008C95"/>
          <w:sz w:val="32"/>
          <w:szCs w:val="32"/>
        </w:rPr>
        <w:t>CHAPTER 04</w:t>
      </w:r>
    </w:p>
    <w:p w14:paraId="220EE1BA" w14:textId="77777777" w:rsidR="00064675" w:rsidRPr="00C75A3D" w:rsidRDefault="00000000">
      <w:pPr>
        <w:jc w:val="center"/>
        <w:rPr>
          <w:sz w:val="32"/>
          <w:szCs w:val="32"/>
        </w:rPr>
      </w:pPr>
      <w:r w:rsidRPr="00C75A3D">
        <w:rPr>
          <w:b/>
          <w:color w:val="17365D"/>
          <w:sz w:val="32"/>
          <w:szCs w:val="32"/>
        </w:rPr>
        <w:t>[TITLE OF CHAPTER 4]</w:t>
      </w:r>
    </w:p>
    <w:p w14:paraId="2FF6500C" w14:textId="77777777" w:rsidR="00064675" w:rsidRDefault="00000000">
      <w:pPr>
        <w:jc w:val="center"/>
      </w:pPr>
      <w:r>
        <w:rPr>
          <w:b/>
        </w:rPr>
        <w:t xml:space="preserve">[Author 1 </w:t>
      </w:r>
      <w:proofErr w:type="gramStart"/>
      <w:r>
        <w:rPr>
          <w:b/>
        </w:rPr>
        <w:t>Name]¹</w:t>
      </w:r>
      <w:proofErr w:type="gramEnd"/>
      <w:r>
        <w:rPr>
          <w:b/>
        </w:rPr>
        <w:t xml:space="preserve">, [Author 2 </w:t>
      </w:r>
      <w:proofErr w:type="gramStart"/>
      <w:r>
        <w:rPr>
          <w:b/>
        </w:rPr>
        <w:t>Name]²</w:t>
      </w:r>
      <w:proofErr w:type="gramEnd"/>
      <w:r>
        <w:rPr>
          <w:b/>
        </w:rPr>
        <w:t xml:space="preserve">, [Author 3 </w:t>
      </w:r>
      <w:proofErr w:type="gramStart"/>
      <w:r>
        <w:rPr>
          <w:b/>
        </w:rPr>
        <w:t>Name]³</w:t>
      </w:r>
      <w:proofErr w:type="gramEnd"/>
    </w:p>
    <w:p w14:paraId="1769AE09" w14:textId="77777777" w:rsidR="00064675" w:rsidRDefault="00000000">
      <w:pPr>
        <w:jc w:val="center"/>
      </w:pPr>
      <w:r>
        <w:rPr>
          <w:i/>
        </w:rPr>
        <w:t>¹Department, Institution, City, Country</w:t>
      </w:r>
      <w:r>
        <w:rPr>
          <w:i/>
        </w:rPr>
        <w:br/>
        <w:t>²Department, Institution, City, Country</w:t>
      </w:r>
      <w:r>
        <w:rPr>
          <w:i/>
        </w:rPr>
        <w:br/>
        <w:t>Corresponding author: e-mail / ORCID</w:t>
      </w:r>
    </w:p>
    <w:p w14:paraId="4C46424C" w14:textId="77777777" w:rsidR="00064675" w:rsidRDefault="00064675"/>
    <w:p w14:paraId="65CE786B" w14:textId="77777777" w:rsidR="00C75A3D" w:rsidRPr="00A8321C" w:rsidRDefault="00C75A3D" w:rsidP="00C75A3D">
      <w:pPr>
        <w:pStyle w:val="Heading1"/>
        <w:rPr>
          <w:sz w:val="28"/>
          <w:szCs w:val="22"/>
        </w:rPr>
      </w:pPr>
      <w:r w:rsidRPr="00A8321C">
        <w:rPr>
          <w:sz w:val="28"/>
          <w:szCs w:val="22"/>
        </w:rPr>
        <w:t>Abstract</w:t>
      </w:r>
    </w:p>
    <w:p w14:paraId="3CEE8859" w14:textId="77777777" w:rsidR="00C75A3D" w:rsidRDefault="00C75A3D" w:rsidP="00C75A3D">
      <w:r>
        <w:t>[150–250 words. Summarize the purpose, scope/method, major points or findings, and conclusion of the chapter.]</w:t>
      </w:r>
    </w:p>
    <w:p w14:paraId="25F19241" w14:textId="77777777" w:rsidR="00C75A3D" w:rsidRDefault="00C75A3D" w:rsidP="00C75A3D">
      <w:r>
        <w:rPr>
          <w:b/>
        </w:rPr>
        <w:t xml:space="preserve">Keywords: </w:t>
      </w:r>
      <w:r>
        <w:t>[Keyword 1]; [Keyword 2]; [Keyword 3]; [Keyword 4]; [Keyword 5]</w:t>
      </w:r>
    </w:p>
    <w:p w14:paraId="3F848BE0" w14:textId="77777777" w:rsidR="00C75A3D" w:rsidRPr="00A8321C" w:rsidRDefault="00C75A3D" w:rsidP="00C75A3D">
      <w:pPr>
        <w:pStyle w:val="Heading1"/>
        <w:rPr>
          <w:sz w:val="28"/>
          <w:szCs w:val="22"/>
        </w:rPr>
      </w:pPr>
      <w:r w:rsidRPr="00A8321C">
        <w:rPr>
          <w:sz w:val="28"/>
          <w:szCs w:val="22"/>
        </w:rPr>
        <w:t>1 Introduction</w:t>
      </w:r>
    </w:p>
    <w:p w14:paraId="5AF6D60F" w14:textId="77777777" w:rsidR="00C75A3D" w:rsidRDefault="00C75A3D" w:rsidP="00C75A3D">
      <w:r>
        <w:t>[Introduce the background, problem/context, rationale, objectives, and organization of the chapter.]</w:t>
      </w:r>
    </w:p>
    <w:p w14:paraId="4A7ED471" w14:textId="77777777" w:rsidR="00C75A3D" w:rsidRPr="00A8321C" w:rsidRDefault="00C75A3D" w:rsidP="00C75A3D">
      <w:pPr>
        <w:pStyle w:val="Heading1"/>
        <w:rPr>
          <w:sz w:val="28"/>
          <w:szCs w:val="22"/>
        </w:rPr>
      </w:pPr>
      <w:r w:rsidRPr="00A8321C">
        <w:rPr>
          <w:sz w:val="28"/>
          <w:szCs w:val="22"/>
        </w:rPr>
        <w:t>2 Main Section</w:t>
      </w:r>
    </w:p>
    <w:p w14:paraId="7EA8C877" w14:textId="77777777" w:rsidR="00C75A3D" w:rsidRDefault="00C75A3D" w:rsidP="00C75A3D">
      <w:r>
        <w:t>[Develop the principal concepts, literature, theory, methodology, analysis, or subject-specific discussion.]</w:t>
      </w:r>
    </w:p>
    <w:p w14:paraId="2C1F8022" w14:textId="77777777" w:rsidR="00C75A3D" w:rsidRPr="00A8321C" w:rsidRDefault="00C75A3D" w:rsidP="00C75A3D">
      <w:pPr>
        <w:pStyle w:val="Heading2"/>
        <w:rPr>
          <w:sz w:val="24"/>
          <w:szCs w:val="24"/>
        </w:rPr>
      </w:pPr>
      <w:r w:rsidRPr="00A8321C">
        <w:rPr>
          <w:sz w:val="24"/>
          <w:szCs w:val="24"/>
        </w:rPr>
        <w:t>2.1 Subsection</w:t>
      </w:r>
    </w:p>
    <w:p w14:paraId="4F83586A" w14:textId="77777777" w:rsidR="00C75A3D" w:rsidRDefault="00C75A3D" w:rsidP="00C75A3D">
      <w:r>
        <w:t>[Use subsections as required. Maintain a logical hierarchy and avoid excessive levels of headings.]</w:t>
      </w:r>
    </w:p>
    <w:p w14:paraId="7CE3BFF5" w14:textId="77777777" w:rsidR="00C75A3D" w:rsidRDefault="00C75A3D" w:rsidP="00C75A3D">
      <w:pPr>
        <w:pStyle w:val="CaptionText"/>
        <w:jc w:val="center"/>
      </w:pPr>
      <w:r>
        <w:t>Table X.X. Descriptive table caption (Times New Roman, 9 pt)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688"/>
        <w:gridCol w:w="2688"/>
        <w:gridCol w:w="2688"/>
      </w:tblGrid>
      <w:tr w:rsidR="00C75A3D" w14:paraId="35132A72" w14:textId="77777777" w:rsidTr="00282504">
        <w:trPr>
          <w:jc w:val="center"/>
        </w:trPr>
        <w:tc>
          <w:tcPr>
            <w:tcW w:w="2688" w:type="dxa"/>
            <w:shd w:val="clear" w:color="auto" w:fill="17365D"/>
          </w:tcPr>
          <w:p w14:paraId="484817F5" w14:textId="77777777" w:rsidR="00C75A3D" w:rsidRDefault="00C75A3D" w:rsidP="00282504">
            <w:r>
              <w:rPr>
                <w:b/>
                <w:color w:val="FFFFFF"/>
                <w:sz w:val="20"/>
              </w:rPr>
              <w:t>Parameter</w:t>
            </w:r>
          </w:p>
        </w:tc>
        <w:tc>
          <w:tcPr>
            <w:tcW w:w="2688" w:type="dxa"/>
            <w:shd w:val="clear" w:color="auto" w:fill="17365D"/>
          </w:tcPr>
          <w:p w14:paraId="10CBF8E2" w14:textId="77777777" w:rsidR="00C75A3D" w:rsidRDefault="00C75A3D" w:rsidP="00282504">
            <w:r>
              <w:rPr>
                <w:b/>
                <w:color w:val="FFFFFF"/>
                <w:sz w:val="20"/>
              </w:rPr>
              <w:t>Description</w:t>
            </w:r>
          </w:p>
        </w:tc>
        <w:tc>
          <w:tcPr>
            <w:tcW w:w="2688" w:type="dxa"/>
            <w:shd w:val="clear" w:color="auto" w:fill="17365D"/>
          </w:tcPr>
          <w:p w14:paraId="7C17B8A2" w14:textId="77777777" w:rsidR="00C75A3D" w:rsidRDefault="00C75A3D" w:rsidP="00282504">
            <w:r>
              <w:rPr>
                <w:b/>
                <w:color w:val="FFFFFF"/>
                <w:sz w:val="20"/>
              </w:rPr>
              <w:t>Value / Observation</w:t>
            </w:r>
          </w:p>
        </w:tc>
      </w:tr>
      <w:tr w:rsidR="00C75A3D" w14:paraId="51FB7B6B" w14:textId="77777777" w:rsidTr="00282504">
        <w:trPr>
          <w:jc w:val="center"/>
        </w:trPr>
        <w:tc>
          <w:tcPr>
            <w:tcW w:w="2688" w:type="dxa"/>
          </w:tcPr>
          <w:p w14:paraId="3B501A2D" w14:textId="77777777" w:rsidR="00C75A3D" w:rsidRDefault="00C75A3D" w:rsidP="00282504">
            <w:r>
              <w:rPr>
                <w:sz w:val="20"/>
              </w:rPr>
              <w:t>[Item 1]</w:t>
            </w:r>
          </w:p>
        </w:tc>
        <w:tc>
          <w:tcPr>
            <w:tcW w:w="2688" w:type="dxa"/>
          </w:tcPr>
          <w:p w14:paraId="0B09041F" w14:textId="77777777" w:rsidR="00C75A3D" w:rsidRDefault="00C75A3D" w:rsidP="00282504">
            <w:r>
              <w:rPr>
                <w:sz w:val="20"/>
              </w:rPr>
              <w:t>[Description]</w:t>
            </w:r>
          </w:p>
        </w:tc>
        <w:tc>
          <w:tcPr>
            <w:tcW w:w="2688" w:type="dxa"/>
          </w:tcPr>
          <w:p w14:paraId="73EFCF95" w14:textId="77777777" w:rsidR="00C75A3D" w:rsidRDefault="00C75A3D" w:rsidP="00282504">
            <w:r>
              <w:rPr>
                <w:sz w:val="20"/>
              </w:rPr>
              <w:t>[Value]</w:t>
            </w:r>
          </w:p>
        </w:tc>
      </w:tr>
      <w:tr w:rsidR="00C75A3D" w14:paraId="315B3A6C" w14:textId="77777777" w:rsidTr="00282504">
        <w:trPr>
          <w:jc w:val="center"/>
        </w:trPr>
        <w:tc>
          <w:tcPr>
            <w:tcW w:w="2688" w:type="dxa"/>
          </w:tcPr>
          <w:p w14:paraId="37BA8E1D" w14:textId="77777777" w:rsidR="00C75A3D" w:rsidRDefault="00C75A3D" w:rsidP="00282504">
            <w:r>
              <w:rPr>
                <w:sz w:val="20"/>
              </w:rPr>
              <w:t>[Item 2]</w:t>
            </w:r>
          </w:p>
        </w:tc>
        <w:tc>
          <w:tcPr>
            <w:tcW w:w="2688" w:type="dxa"/>
          </w:tcPr>
          <w:p w14:paraId="0AEACB00" w14:textId="77777777" w:rsidR="00C75A3D" w:rsidRDefault="00C75A3D" w:rsidP="00282504">
            <w:r>
              <w:rPr>
                <w:sz w:val="20"/>
              </w:rPr>
              <w:t>[Description]</w:t>
            </w:r>
          </w:p>
        </w:tc>
        <w:tc>
          <w:tcPr>
            <w:tcW w:w="2688" w:type="dxa"/>
          </w:tcPr>
          <w:p w14:paraId="6C7A7805" w14:textId="77777777" w:rsidR="00C75A3D" w:rsidRDefault="00C75A3D" w:rsidP="00282504">
            <w:r>
              <w:rPr>
                <w:sz w:val="20"/>
              </w:rPr>
              <w:t>[Value]</w:t>
            </w:r>
          </w:p>
        </w:tc>
      </w:tr>
      <w:tr w:rsidR="00C75A3D" w14:paraId="6D44DF06" w14:textId="77777777" w:rsidTr="00282504">
        <w:trPr>
          <w:jc w:val="center"/>
        </w:trPr>
        <w:tc>
          <w:tcPr>
            <w:tcW w:w="2688" w:type="dxa"/>
          </w:tcPr>
          <w:p w14:paraId="13DD1C93" w14:textId="77777777" w:rsidR="00C75A3D" w:rsidRDefault="00C75A3D" w:rsidP="00282504">
            <w:r>
              <w:rPr>
                <w:sz w:val="20"/>
              </w:rPr>
              <w:t>[Item 3]</w:t>
            </w:r>
          </w:p>
        </w:tc>
        <w:tc>
          <w:tcPr>
            <w:tcW w:w="2688" w:type="dxa"/>
          </w:tcPr>
          <w:p w14:paraId="249DF6FD" w14:textId="77777777" w:rsidR="00C75A3D" w:rsidRDefault="00C75A3D" w:rsidP="00282504">
            <w:r>
              <w:rPr>
                <w:sz w:val="20"/>
              </w:rPr>
              <w:t>[Description]</w:t>
            </w:r>
          </w:p>
        </w:tc>
        <w:tc>
          <w:tcPr>
            <w:tcW w:w="2688" w:type="dxa"/>
          </w:tcPr>
          <w:p w14:paraId="5B191B9B" w14:textId="77777777" w:rsidR="00C75A3D" w:rsidRDefault="00C75A3D" w:rsidP="00282504">
            <w:r>
              <w:rPr>
                <w:sz w:val="20"/>
              </w:rPr>
              <w:t>[Value]</w:t>
            </w:r>
          </w:p>
        </w:tc>
      </w:tr>
    </w:tbl>
    <w:p w14:paraId="062CE198" w14:textId="77777777" w:rsidR="00C75A3D" w:rsidRDefault="00C75A3D" w:rsidP="00C75A3D"/>
    <w:p w14:paraId="02D733CD" w14:textId="77777777" w:rsidR="00C75A3D" w:rsidRDefault="00C75A3D" w:rsidP="00C75A3D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8064"/>
      </w:tblGrid>
      <w:tr w:rsidR="00C75A3D" w14:paraId="166E2F53" w14:textId="77777777" w:rsidTr="00282504">
        <w:trPr>
          <w:jc w:val="center"/>
        </w:trPr>
        <w:tc>
          <w:tcPr>
            <w:tcW w:w="8064" w:type="dxa"/>
            <w:shd w:val="clear" w:color="auto" w:fill="F2F2F2"/>
            <w:vAlign w:val="center"/>
          </w:tcPr>
          <w:p w14:paraId="14EB0010" w14:textId="77777777" w:rsidR="00C75A3D" w:rsidRDefault="00C75A3D" w:rsidP="00282504">
            <w:pPr>
              <w:jc w:val="center"/>
            </w:pPr>
            <w:r>
              <w:rPr>
                <w:b/>
                <w:color w:val="666666"/>
                <w:sz w:val="20"/>
              </w:rPr>
              <w:lastRenderedPageBreak/>
              <w:br/>
              <w:t>INSERT FIGURE / GRAPH / PHOTOGRAPH HERE</w:t>
            </w:r>
            <w:r>
              <w:rPr>
                <w:b/>
                <w:color w:val="666666"/>
                <w:sz w:val="20"/>
              </w:rPr>
              <w:br/>
              <w:t>Minimum resolution: 300 DPI</w:t>
            </w:r>
            <w:r>
              <w:rPr>
                <w:b/>
                <w:color w:val="666666"/>
                <w:sz w:val="20"/>
              </w:rPr>
              <w:br/>
            </w:r>
          </w:p>
        </w:tc>
      </w:tr>
    </w:tbl>
    <w:p w14:paraId="1C1A2E8A" w14:textId="77777777" w:rsidR="00C75A3D" w:rsidRDefault="00C75A3D" w:rsidP="00C75A3D">
      <w:pPr>
        <w:pStyle w:val="CaptionText"/>
        <w:jc w:val="center"/>
      </w:pPr>
      <w:r>
        <w:t>Figure X.X. Figure caption (Times New Roman, 9 pt)</w:t>
      </w:r>
    </w:p>
    <w:p w14:paraId="33781E21" w14:textId="77777777" w:rsidR="00C75A3D" w:rsidRPr="00A8321C" w:rsidRDefault="00C75A3D" w:rsidP="00C75A3D">
      <w:pPr>
        <w:pStyle w:val="Heading1"/>
        <w:rPr>
          <w:sz w:val="28"/>
          <w:szCs w:val="22"/>
        </w:rPr>
      </w:pPr>
      <w:r w:rsidRPr="00A8321C">
        <w:rPr>
          <w:sz w:val="28"/>
          <w:szCs w:val="22"/>
        </w:rPr>
        <w:t>3 Discussion / Application / Analysis</w:t>
      </w:r>
    </w:p>
    <w:p w14:paraId="2228A218" w14:textId="77777777" w:rsidR="00C75A3D" w:rsidRDefault="00C75A3D" w:rsidP="00C75A3D">
      <w:r>
        <w:t>[Interpret the concepts, evidence, case study, findings, or practical implications as appropriate for the discipline.]</w:t>
      </w:r>
    </w:p>
    <w:p w14:paraId="0BDF3ED9" w14:textId="77777777" w:rsidR="00C75A3D" w:rsidRPr="00A8321C" w:rsidRDefault="00C75A3D" w:rsidP="00C75A3D">
      <w:pPr>
        <w:pStyle w:val="Heading1"/>
        <w:rPr>
          <w:sz w:val="28"/>
          <w:szCs w:val="22"/>
        </w:rPr>
      </w:pPr>
      <w:r w:rsidRPr="00A8321C">
        <w:rPr>
          <w:sz w:val="28"/>
          <w:szCs w:val="22"/>
        </w:rPr>
        <w:t>4 Conclusion</w:t>
      </w:r>
    </w:p>
    <w:p w14:paraId="0E7AD34B" w14:textId="77777777" w:rsidR="00C75A3D" w:rsidRDefault="00C75A3D" w:rsidP="00C75A3D">
      <w:r>
        <w:t>[Summarize the key contribution of the chapter, implications, limitations where relevant, and future directions.]</w:t>
      </w:r>
    </w:p>
    <w:p w14:paraId="19088A2A" w14:textId="77777777" w:rsidR="00C75A3D" w:rsidRPr="00A8321C" w:rsidRDefault="00C75A3D" w:rsidP="00C75A3D">
      <w:pPr>
        <w:pStyle w:val="Heading2"/>
        <w:rPr>
          <w:sz w:val="24"/>
          <w:szCs w:val="24"/>
        </w:rPr>
      </w:pPr>
      <w:r w:rsidRPr="00A8321C">
        <w:rPr>
          <w:sz w:val="24"/>
          <w:szCs w:val="24"/>
        </w:rPr>
        <w:t>Acknowledgement / Funding</w:t>
      </w:r>
    </w:p>
    <w:p w14:paraId="77A91D49" w14:textId="77777777" w:rsidR="00C75A3D" w:rsidRDefault="00C75A3D" w:rsidP="00C75A3D">
      <w:r>
        <w:t>[Optional. Delete if not applicable.]</w:t>
      </w:r>
    </w:p>
    <w:p w14:paraId="2DD563EB" w14:textId="77777777" w:rsidR="00C75A3D" w:rsidRPr="00A8321C" w:rsidRDefault="00C75A3D" w:rsidP="00C75A3D">
      <w:pPr>
        <w:pStyle w:val="Heading2"/>
        <w:rPr>
          <w:sz w:val="24"/>
          <w:szCs w:val="24"/>
        </w:rPr>
      </w:pPr>
      <w:r w:rsidRPr="00A8321C">
        <w:rPr>
          <w:sz w:val="24"/>
          <w:szCs w:val="24"/>
        </w:rPr>
        <w:t>Conflict of Interest</w:t>
      </w:r>
    </w:p>
    <w:p w14:paraId="6E670583" w14:textId="77777777" w:rsidR="00C75A3D" w:rsidRDefault="00C75A3D" w:rsidP="00C75A3D">
      <w:r>
        <w:t>The author(s) declare [no conflict of interest / specify relevant conflict].</w:t>
      </w:r>
    </w:p>
    <w:p w14:paraId="014B55F3" w14:textId="77777777" w:rsidR="00C75A3D" w:rsidRPr="00A8321C" w:rsidRDefault="00C75A3D" w:rsidP="00C75A3D">
      <w:pPr>
        <w:pStyle w:val="Heading1"/>
        <w:rPr>
          <w:sz w:val="28"/>
          <w:szCs w:val="22"/>
        </w:rPr>
      </w:pPr>
      <w:r w:rsidRPr="00A8321C">
        <w:rPr>
          <w:sz w:val="28"/>
          <w:szCs w:val="22"/>
        </w:rPr>
        <w:t>References</w:t>
      </w:r>
    </w:p>
    <w:p w14:paraId="422CF95C" w14:textId="77777777" w:rsidR="00C75A3D" w:rsidRDefault="00C75A3D" w:rsidP="00C75A3D">
      <w:r>
        <w:t>[Use the reference style prescribed by the editors. Ensure every in-text citation appears in the reference list and vice versa.]</w:t>
      </w:r>
    </w:p>
    <w:p w14:paraId="52670D19" w14:textId="77777777" w:rsidR="00C75A3D" w:rsidRDefault="00C75A3D" w:rsidP="00C75A3D">
      <w:r>
        <w:t>1. [Sample reference]</w:t>
      </w:r>
      <w:r>
        <w:br/>
        <w:t>2. [Sample reference]</w:t>
      </w:r>
      <w:r>
        <w:br/>
        <w:t>3. [Sample reference]</w:t>
      </w:r>
    </w:p>
    <w:p w14:paraId="566E52BF" w14:textId="77777777" w:rsidR="00C75A3D" w:rsidRDefault="00C75A3D" w:rsidP="00C75A3D"/>
    <w:p w14:paraId="34DAB3CB" w14:textId="77777777" w:rsidR="00232C66" w:rsidRDefault="00C75A3D" w:rsidP="00232C66">
      <w:pPr>
        <w:spacing w:after="0"/>
        <w:rPr>
          <w:rFonts w:cs="Times New Roman"/>
          <w:color w:val="00B050"/>
          <w:sz w:val="20"/>
          <w:szCs w:val="20"/>
        </w:rPr>
      </w:pPr>
      <w:r>
        <w:rPr>
          <w:b/>
          <w:color w:val="008C95"/>
        </w:rPr>
        <w:br w:type="column"/>
      </w:r>
      <w:r w:rsidR="00232C66" w:rsidRPr="00DD72BE">
        <w:rPr>
          <w:rFonts w:cs="Times New Roman"/>
          <w:color w:val="00B050"/>
          <w:sz w:val="20"/>
          <w:szCs w:val="20"/>
        </w:rPr>
        <w:lastRenderedPageBreak/>
        <w:t xml:space="preserve">Notation Trendplus Publishing </w:t>
      </w:r>
    </w:p>
    <w:p w14:paraId="646BA390" w14:textId="45303B20" w:rsidR="00064675" w:rsidRDefault="00232C66" w:rsidP="00232C66">
      <w:hyperlink r:id="rId22" w:history="1">
        <w:r w:rsidRPr="002550C0">
          <w:rPr>
            <w:rStyle w:val="Hyperlink"/>
            <w:rFonts w:cs="Times New Roman"/>
            <w:sz w:val="18"/>
            <w:szCs w:val="18"/>
          </w:rPr>
          <w:t>https://doi.org/</w:t>
        </w:r>
      </w:hyperlink>
      <w:r w:rsidR="00C75A3D" w:rsidRPr="00E57D7C">
        <w:rPr>
          <w:noProof/>
        </w:rPr>
        <w:drawing>
          <wp:anchor distT="0" distB="0" distL="114300" distR="114300" simplePos="0" relativeHeight="251651584" behindDoc="0" locked="1" layoutInCell="1" allowOverlap="1" wp14:anchorId="56C9728E" wp14:editId="4E75BCFA">
            <wp:simplePos x="0" y="0"/>
            <wp:positionH relativeFrom="margin">
              <wp:posOffset>3940810</wp:posOffset>
            </wp:positionH>
            <wp:positionV relativeFrom="margin">
              <wp:posOffset>-139700</wp:posOffset>
            </wp:positionV>
            <wp:extent cx="1322705" cy="511810"/>
            <wp:effectExtent l="0" t="0" r="0" b="2540"/>
            <wp:wrapNone/>
            <wp:docPr id="450706481" name="Picture 4507064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0580540" name="Picture 1500580540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2705" cy="511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4C86C4" w14:textId="77777777" w:rsidR="00232C66" w:rsidRDefault="00232C66">
      <w:pPr>
        <w:jc w:val="center"/>
        <w:rPr>
          <w:b/>
          <w:color w:val="008C95"/>
          <w:sz w:val="32"/>
          <w:szCs w:val="32"/>
        </w:rPr>
      </w:pPr>
    </w:p>
    <w:p w14:paraId="106EA801" w14:textId="4851EF0C" w:rsidR="00064675" w:rsidRPr="00C75A3D" w:rsidRDefault="00000000">
      <w:pPr>
        <w:jc w:val="center"/>
        <w:rPr>
          <w:sz w:val="32"/>
          <w:szCs w:val="32"/>
        </w:rPr>
      </w:pPr>
      <w:r w:rsidRPr="00C75A3D">
        <w:rPr>
          <w:b/>
          <w:color w:val="008C95"/>
          <w:sz w:val="32"/>
          <w:szCs w:val="32"/>
        </w:rPr>
        <w:t>CHAPTER 05</w:t>
      </w:r>
    </w:p>
    <w:p w14:paraId="002FD5EE" w14:textId="77777777" w:rsidR="00064675" w:rsidRPr="00C75A3D" w:rsidRDefault="00000000">
      <w:pPr>
        <w:jc w:val="center"/>
        <w:rPr>
          <w:sz w:val="32"/>
          <w:szCs w:val="32"/>
        </w:rPr>
      </w:pPr>
      <w:r w:rsidRPr="00C75A3D">
        <w:rPr>
          <w:b/>
          <w:color w:val="17365D"/>
          <w:sz w:val="32"/>
          <w:szCs w:val="32"/>
        </w:rPr>
        <w:t>[TITLE OF CHAPTER 5]</w:t>
      </w:r>
    </w:p>
    <w:p w14:paraId="462EBB57" w14:textId="77777777" w:rsidR="00064675" w:rsidRDefault="00000000">
      <w:pPr>
        <w:jc w:val="center"/>
      </w:pPr>
      <w:r>
        <w:rPr>
          <w:b/>
        </w:rPr>
        <w:t xml:space="preserve">[Author 1 </w:t>
      </w:r>
      <w:proofErr w:type="gramStart"/>
      <w:r>
        <w:rPr>
          <w:b/>
        </w:rPr>
        <w:t>Name]¹</w:t>
      </w:r>
      <w:proofErr w:type="gramEnd"/>
      <w:r>
        <w:rPr>
          <w:b/>
        </w:rPr>
        <w:t xml:space="preserve">, [Author 2 </w:t>
      </w:r>
      <w:proofErr w:type="gramStart"/>
      <w:r>
        <w:rPr>
          <w:b/>
        </w:rPr>
        <w:t>Name]²</w:t>
      </w:r>
      <w:proofErr w:type="gramEnd"/>
      <w:r>
        <w:rPr>
          <w:b/>
        </w:rPr>
        <w:t xml:space="preserve">, [Author 3 </w:t>
      </w:r>
      <w:proofErr w:type="gramStart"/>
      <w:r>
        <w:rPr>
          <w:b/>
        </w:rPr>
        <w:t>Name]³</w:t>
      </w:r>
      <w:proofErr w:type="gramEnd"/>
    </w:p>
    <w:p w14:paraId="09D5D512" w14:textId="77777777" w:rsidR="00064675" w:rsidRDefault="00000000">
      <w:pPr>
        <w:jc w:val="center"/>
      </w:pPr>
      <w:r>
        <w:rPr>
          <w:i/>
        </w:rPr>
        <w:t>¹Department, Institution, City, Country</w:t>
      </w:r>
      <w:r>
        <w:rPr>
          <w:i/>
        </w:rPr>
        <w:br/>
        <w:t>²Department, Institution, City, Country</w:t>
      </w:r>
      <w:r>
        <w:rPr>
          <w:i/>
        </w:rPr>
        <w:br/>
        <w:t>Corresponding author: e-mail / ORCID</w:t>
      </w:r>
    </w:p>
    <w:p w14:paraId="6B5BDAF2" w14:textId="77777777" w:rsidR="00064675" w:rsidRDefault="00064675"/>
    <w:p w14:paraId="241230B8" w14:textId="77777777" w:rsidR="00C75A3D" w:rsidRPr="00A8321C" w:rsidRDefault="00C75A3D" w:rsidP="00C75A3D">
      <w:pPr>
        <w:pStyle w:val="Heading1"/>
        <w:rPr>
          <w:sz w:val="28"/>
          <w:szCs w:val="22"/>
        </w:rPr>
      </w:pPr>
      <w:r w:rsidRPr="00A8321C">
        <w:rPr>
          <w:sz w:val="28"/>
          <w:szCs w:val="22"/>
        </w:rPr>
        <w:t>Abstract</w:t>
      </w:r>
    </w:p>
    <w:p w14:paraId="68E3D351" w14:textId="77777777" w:rsidR="00C75A3D" w:rsidRDefault="00C75A3D" w:rsidP="00C75A3D">
      <w:r>
        <w:t>[150–250 words. Summarize the purpose, scope/method, major points or findings, and conclusion of the chapter.]</w:t>
      </w:r>
    </w:p>
    <w:p w14:paraId="072EA76A" w14:textId="77777777" w:rsidR="00C75A3D" w:rsidRDefault="00C75A3D" w:rsidP="00C75A3D">
      <w:r>
        <w:rPr>
          <w:b/>
        </w:rPr>
        <w:t xml:space="preserve">Keywords: </w:t>
      </w:r>
      <w:r>
        <w:t>[Keyword 1]; [Keyword 2]; [Keyword 3]; [Keyword 4]; [Keyword 5]</w:t>
      </w:r>
    </w:p>
    <w:p w14:paraId="23D950F2" w14:textId="77777777" w:rsidR="00C75A3D" w:rsidRPr="00A8321C" w:rsidRDefault="00C75A3D" w:rsidP="00C75A3D">
      <w:pPr>
        <w:pStyle w:val="Heading1"/>
        <w:rPr>
          <w:sz w:val="28"/>
          <w:szCs w:val="22"/>
        </w:rPr>
      </w:pPr>
      <w:r w:rsidRPr="00A8321C">
        <w:rPr>
          <w:sz w:val="28"/>
          <w:szCs w:val="22"/>
        </w:rPr>
        <w:t>1 Introduction</w:t>
      </w:r>
    </w:p>
    <w:p w14:paraId="630319AC" w14:textId="77777777" w:rsidR="00C75A3D" w:rsidRDefault="00C75A3D" w:rsidP="00C75A3D">
      <w:r>
        <w:t>[Introduce the background, problem/context, rationale, objectives, and organization of the chapter.]</w:t>
      </w:r>
    </w:p>
    <w:p w14:paraId="08FCB973" w14:textId="77777777" w:rsidR="00C75A3D" w:rsidRPr="00A8321C" w:rsidRDefault="00C75A3D" w:rsidP="00C75A3D">
      <w:pPr>
        <w:pStyle w:val="Heading1"/>
        <w:rPr>
          <w:sz w:val="28"/>
          <w:szCs w:val="22"/>
        </w:rPr>
      </w:pPr>
      <w:r w:rsidRPr="00A8321C">
        <w:rPr>
          <w:sz w:val="28"/>
          <w:szCs w:val="22"/>
        </w:rPr>
        <w:t>2 Main Section</w:t>
      </w:r>
    </w:p>
    <w:p w14:paraId="62631BB6" w14:textId="77777777" w:rsidR="00C75A3D" w:rsidRDefault="00C75A3D" w:rsidP="00C75A3D">
      <w:r>
        <w:t>[Develop the principal concepts, literature, theory, methodology, analysis, or subject-specific discussion.]</w:t>
      </w:r>
    </w:p>
    <w:p w14:paraId="0F2AF208" w14:textId="77777777" w:rsidR="00C75A3D" w:rsidRPr="00A8321C" w:rsidRDefault="00C75A3D" w:rsidP="00C75A3D">
      <w:pPr>
        <w:pStyle w:val="Heading2"/>
        <w:rPr>
          <w:sz w:val="24"/>
          <w:szCs w:val="24"/>
        </w:rPr>
      </w:pPr>
      <w:r w:rsidRPr="00A8321C">
        <w:rPr>
          <w:sz w:val="24"/>
          <w:szCs w:val="24"/>
        </w:rPr>
        <w:t>2.1 Subsection</w:t>
      </w:r>
    </w:p>
    <w:p w14:paraId="7D93D95F" w14:textId="77777777" w:rsidR="00C75A3D" w:rsidRDefault="00C75A3D" w:rsidP="00C75A3D">
      <w:r>
        <w:t>[Use subsections as required. Maintain a logical hierarchy and avoid excessive levels of headings.]</w:t>
      </w:r>
    </w:p>
    <w:p w14:paraId="2C0701C1" w14:textId="77777777" w:rsidR="00C75A3D" w:rsidRDefault="00C75A3D" w:rsidP="00C75A3D">
      <w:pPr>
        <w:pStyle w:val="CaptionText"/>
        <w:jc w:val="center"/>
      </w:pPr>
      <w:r>
        <w:t>Table X.X. Descriptive table caption (Times New Roman, 9 pt)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688"/>
        <w:gridCol w:w="2688"/>
        <w:gridCol w:w="2688"/>
      </w:tblGrid>
      <w:tr w:rsidR="00C75A3D" w14:paraId="275FD4E9" w14:textId="77777777" w:rsidTr="00282504">
        <w:trPr>
          <w:jc w:val="center"/>
        </w:trPr>
        <w:tc>
          <w:tcPr>
            <w:tcW w:w="2688" w:type="dxa"/>
            <w:shd w:val="clear" w:color="auto" w:fill="17365D"/>
          </w:tcPr>
          <w:p w14:paraId="23DB26DA" w14:textId="77777777" w:rsidR="00C75A3D" w:rsidRDefault="00C75A3D" w:rsidP="00282504">
            <w:r>
              <w:rPr>
                <w:b/>
                <w:color w:val="FFFFFF"/>
                <w:sz w:val="20"/>
              </w:rPr>
              <w:t>Parameter</w:t>
            </w:r>
          </w:p>
        </w:tc>
        <w:tc>
          <w:tcPr>
            <w:tcW w:w="2688" w:type="dxa"/>
            <w:shd w:val="clear" w:color="auto" w:fill="17365D"/>
          </w:tcPr>
          <w:p w14:paraId="296E3597" w14:textId="77777777" w:rsidR="00C75A3D" w:rsidRDefault="00C75A3D" w:rsidP="00282504">
            <w:r>
              <w:rPr>
                <w:b/>
                <w:color w:val="FFFFFF"/>
                <w:sz w:val="20"/>
              </w:rPr>
              <w:t>Description</w:t>
            </w:r>
          </w:p>
        </w:tc>
        <w:tc>
          <w:tcPr>
            <w:tcW w:w="2688" w:type="dxa"/>
            <w:shd w:val="clear" w:color="auto" w:fill="17365D"/>
          </w:tcPr>
          <w:p w14:paraId="040AA4C5" w14:textId="77777777" w:rsidR="00C75A3D" w:rsidRDefault="00C75A3D" w:rsidP="00282504">
            <w:r>
              <w:rPr>
                <w:b/>
                <w:color w:val="FFFFFF"/>
                <w:sz w:val="20"/>
              </w:rPr>
              <w:t>Value / Observation</w:t>
            </w:r>
          </w:p>
        </w:tc>
      </w:tr>
      <w:tr w:rsidR="00C75A3D" w14:paraId="37E2776C" w14:textId="77777777" w:rsidTr="00282504">
        <w:trPr>
          <w:jc w:val="center"/>
        </w:trPr>
        <w:tc>
          <w:tcPr>
            <w:tcW w:w="2688" w:type="dxa"/>
          </w:tcPr>
          <w:p w14:paraId="2277C317" w14:textId="77777777" w:rsidR="00C75A3D" w:rsidRDefault="00C75A3D" w:rsidP="00282504">
            <w:r>
              <w:rPr>
                <w:sz w:val="20"/>
              </w:rPr>
              <w:t>[Item 1]</w:t>
            </w:r>
          </w:p>
        </w:tc>
        <w:tc>
          <w:tcPr>
            <w:tcW w:w="2688" w:type="dxa"/>
          </w:tcPr>
          <w:p w14:paraId="67841807" w14:textId="77777777" w:rsidR="00C75A3D" w:rsidRDefault="00C75A3D" w:rsidP="00282504">
            <w:r>
              <w:rPr>
                <w:sz w:val="20"/>
              </w:rPr>
              <w:t>[Description]</w:t>
            </w:r>
          </w:p>
        </w:tc>
        <w:tc>
          <w:tcPr>
            <w:tcW w:w="2688" w:type="dxa"/>
          </w:tcPr>
          <w:p w14:paraId="519ABA1B" w14:textId="77777777" w:rsidR="00C75A3D" w:rsidRDefault="00C75A3D" w:rsidP="00282504">
            <w:r>
              <w:rPr>
                <w:sz w:val="20"/>
              </w:rPr>
              <w:t>[Value]</w:t>
            </w:r>
          </w:p>
        </w:tc>
      </w:tr>
      <w:tr w:rsidR="00C75A3D" w14:paraId="2239411E" w14:textId="77777777" w:rsidTr="00282504">
        <w:trPr>
          <w:jc w:val="center"/>
        </w:trPr>
        <w:tc>
          <w:tcPr>
            <w:tcW w:w="2688" w:type="dxa"/>
          </w:tcPr>
          <w:p w14:paraId="060C4D5E" w14:textId="77777777" w:rsidR="00C75A3D" w:rsidRDefault="00C75A3D" w:rsidP="00282504">
            <w:r>
              <w:rPr>
                <w:sz w:val="20"/>
              </w:rPr>
              <w:t>[Item 2]</w:t>
            </w:r>
          </w:p>
        </w:tc>
        <w:tc>
          <w:tcPr>
            <w:tcW w:w="2688" w:type="dxa"/>
          </w:tcPr>
          <w:p w14:paraId="2100CE8A" w14:textId="77777777" w:rsidR="00C75A3D" w:rsidRDefault="00C75A3D" w:rsidP="00282504">
            <w:r>
              <w:rPr>
                <w:sz w:val="20"/>
              </w:rPr>
              <w:t>[Description]</w:t>
            </w:r>
          </w:p>
        </w:tc>
        <w:tc>
          <w:tcPr>
            <w:tcW w:w="2688" w:type="dxa"/>
          </w:tcPr>
          <w:p w14:paraId="3700513C" w14:textId="77777777" w:rsidR="00C75A3D" w:rsidRDefault="00C75A3D" w:rsidP="00282504">
            <w:r>
              <w:rPr>
                <w:sz w:val="20"/>
              </w:rPr>
              <w:t>[Value]</w:t>
            </w:r>
          </w:p>
        </w:tc>
      </w:tr>
      <w:tr w:rsidR="00C75A3D" w14:paraId="120B626F" w14:textId="77777777" w:rsidTr="00282504">
        <w:trPr>
          <w:jc w:val="center"/>
        </w:trPr>
        <w:tc>
          <w:tcPr>
            <w:tcW w:w="2688" w:type="dxa"/>
          </w:tcPr>
          <w:p w14:paraId="0983D8F8" w14:textId="77777777" w:rsidR="00C75A3D" w:rsidRDefault="00C75A3D" w:rsidP="00282504">
            <w:r>
              <w:rPr>
                <w:sz w:val="20"/>
              </w:rPr>
              <w:t>[Item 3]</w:t>
            </w:r>
          </w:p>
        </w:tc>
        <w:tc>
          <w:tcPr>
            <w:tcW w:w="2688" w:type="dxa"/>
          </w:tcPr>
          <w:p w14:paraId="222756FF" w14:textId="77777777" w:rsidR="00C75A3D" w:rsidRDefault="00C75A3D" w:rsidP="00282504">
            <w:r>
              <w:rPr>
                <w:sz w:val="20"/>
              </w:rPr>
              <w:t>[Description]</w:t>
            </w:r>
          </w:p>
        </w:tc>
        <w:tc>
          <w:tcPr>
            <w:tcW w:w="2688" w:type="dxa"/>
          </w:tcPr>
          <w:p w14:paraId="5A413141" w14:textId="77777777" w:rsidR="00C75A3D" w:rsidRDefault="00C75A3D" w:rsidP="00282504">
            <w:r>
              <w:rPr>
                <w:sz w:val="20"/>
              </w:rPr>
              <w:t>[Value]</w:t>
            </w:r>
          </w:p>
        </w:tc>
      </w:tr>
    </w:tbl>
    <w:p w14:paraId="59CBEB4E" w14:textId="77777777" w:rsidR="00C75A3D" w:rsidRDefault="00C75A3D" w:rsidP="00C75A3D"/>
    <w:p w14:paraId="7F0EE4E7" w14:textId="77777777" w:rsidR="00C75A3D" w:rsidRDefault="00C75A3D" w:rsidP="00C75A3D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8064"/>
      </w:tblGrid>
      <w:tr w:rsidR="00C75A3D" w14:paraId="66954683" w14:textId="77777777" w:rsidTr="00282504">
        <w:trPr>
          <w:jc w:val="center"/>
        </w:trPr>
        <w:tc>
          <w:tcPr>
            <w:tcW w:w="8064" w:type="dxa"/>
            <w:shd w:val="clear" w:color="auto" w:fill="F2F2F2"/>
            <w:vAlign w:val="center"/>
          </w:tcPr>
          <w:p w14:paraId="79705C63" w14:textId="77777777" w:rsidR="00C75A3D" w:rsidRDefault="00C75A3D" w:rsidP="00282504">
            <w:pPr>
              <w:jc w:val="center"/>
            </w:pPr>
            <w:r>
              <w:rPr>
                <w:b/>
                <w:color w:val="666666"/>
                <w:sz w:val="20"/>
              </w:rPr>
              <w:br/>
              <w:t>INSERT FIGURE / GRAPH / PHOTOGRAPH HERE</w:t>
            </w:r>
            <w:r>
              <w:rPr>
                <w:b/>
                <w:color w:val="666666"/>
                <w:sz w:val="20"/>
              </w:rPr>
              <w:br/>
              <w:t>Minimum resolution: 300 DPI</w:t>
            </w:r>
            <w:r>
              <w:rPr>
                <w:b/>
                <w:color w:val="666666"/>
                <w:sz w:val="20"/>
              </w:rPr>
              <w:br/>
            </w:r>
          </w:p>
        </w:tc>
      </w:tr>
    </w:tbl>
    <w:p w14:paraId="07BEF5DF" w14:textId="77777777" w:rsidR="00C75A3D" w:rsidRDefault="00C75A3D" w:rsidP="00C75A3D">
      <w:pPr>
        <w:pStyle w:val="CaptionText"/>
        <w:jc w:val="center"/>
      </w:pPr>
      <w:r>
        <w:t>Figure X.X. Figure caption (Times New Roman, 9 pt)</w:t>
      </w:r>
    </w:p>
    <w:p w14:paraId="43EB1D2A" w14:textId="77777777" w:rsidR="00C75A3D" w:rsidRPr="00A8321C" w:rsidRDefault="00C75A3D" w:rsidP="00C75A3D">
      <w:pPr>
        <w:pStyle w:val="Heading1"/>
        <w:rPr>
          <w:sz w:val="28"/>
          <w:szCs w:val="22"/>
        </w:rPr>
      </w:pPr>
      <w:r w:rsidRPr="00A8321C">
        <w:rPr>
          <w:sz w:val="28"/>
          <w:szCs w:val="22"/>
        </w:rPr>
        <w:t>3 Discussion / Application / Analysis</w:t>
      </w:r>
    </w:p>
    <w:p w14:paraId="2DCAB418" w14:textId="77777777" w:rsidR="00C75A3D" w:rsidRDefault="00C75A3D" w:rsidP="00C75A3D">
      <w:r>
        <w:t>[Interpret the concepts, evidence, case study, findings, or practical implications as appropriate for the discipline.]</w:t>
      </w:r>
    </w:p>
    <w:p w14:paraId="546BBC68" w14:textId="77777777" w:rsidR="00C75A3D" w:rsidRPr="00A8321C" w:rsidRDefault="00C75A3D" w:rsidP="00C75A3D">
      <w:pPr>
        <w:pStyle w:val="Heading1"/>
        <w:rPr>
          <w:sz w:val="28"/>
          <w:szCs w:val="22"/>
        </w:rPr>
      </w:pPr>
      <w:r w:rsidRPr="00A8321C">
        <w:rPr>
          <w:sz w:val="28"/>
          <w:szCs w:val="22"/>
        </w:rPr>
        <w:t>4 Conclusion</w:t>
      </w:r>
    </w:p>
    <w:p w14:paraId="4427CAC1" w14:textId="77777777" w:rsidR="00C75A3D" w:rsidRDefault="00C75A3D" w:rsidP="00C75A3D">
      <w:r>
        <w:t>[Summarize the key contribution of the chapter, implications, limitations where relevant, and future directions.]</w:t>
      </w:r>
    </w:p>
    <w:p w14:paraId="459A3A4F" w14:textId="77777777" w:rsidR="00C75A3D" w:rsidRPr="00A8321C" w:rsidRDefault="00C75A3D" w:rsidP="00C75A3D">
      <w:pPr>
        <w:pStyle w:val="Heading2"/>
        <w:rPr>
          <w:sz w:val="24"/>
          <w:szCs w:val="24"/>
        </w:rPr>
      </w:pPr>
      <w:r w:rsidRPr="00A8321C">
        <w:rPr>
          <w:sz w:val="24"/>
          <w:szCs w:val="24"/>
        </w:rPr>
        <w:t>Acknowledgement / Funding</w:t>
      </w:r>
    </w:p>
    <w:p w14:paraId="48BBCDA1" w14:textId="77777777" w:rsidR="00C75A3D" w:rsidRDefault="00C75A3D" w:rsidP="00C75A3D">
      <w:r>
        <w:t>[Optional. Delete if not applicable.]</w:t>
      </w:r>
    </w:p>
    <w:p w14:paraId="67CC66AA" w14:textId="77777777" w:rsidR="00C75A3D" w:rsidRPr="00A8321C" w:rsidRDefault="00C75A3D" w:rsidP="00C75A3D">
      <w:pPr>
        <w:pStyle w:val="Heading2"/>
        <w:rPr>
          <w:sz w:val="24"/>
          <w:szCs w:val="24"/>
        </w:rPr>
      </w:pPr>
      <w:r w:rsidRPr="00A8321C">
        <w:rPr>
          <w:sz w:val="24"/>
          <w:szCs w:val="24"/>
        </w:rPr>
        <w:t>Conflict of Interest</w:t>
      </w:r>
    </w:p>
    <w:p w14:paraId="278B650C" w14:textId="77777777" w:rsidR="00C75A3D" w:rsidRDefault="00C75A3D" w:rsidP="00C75A3D">
      <w:r>
        <w:t>The author(s) declare [no conflict of interest / specify relevant conflict].</w:t>
      </w:r>
    </w:p>
    <w:p w14:paraId="29B0364E" w14:textId="77777777" w:rsidR="00C75A3D" w:rsidRPr="00A8321C" w:rsidRDefault="00C75A3D" w:rsidP="00C75A3D">
      <w:pPr>
        <w:pStyle w:val="Heading1"/>
        <w:rPr>
          <w:sz w:val="28"/>
          <w:szCs w:val="22"/>
        </w:rPr>
      </w:pPr>
      <w:r w:rsidRPr="00A8321C">
        <w:rPr>
          <w:sz w:val="28"/>
          <w:szCs w:val="22"/>
        </w:rPr>
        <w:t>References</w:t>
      </w:r>
    </w:p>
    <w:p w14:paraId="682029F9" w14:textId="77777777" w:rsidR="00C75A3D" w:rsidRDefault="00C75A3D" w:rsidP="00C75A3D">
      <w:r>
        <w:t>[Use the reference style prescribed by the editors. Ensure every in-text citation appears in the reference list and vice versa.]</w:t>
      </w:r>
    </w:p>
    <w:p w14:paraId="34F714EB" w14:textId="77777777" w:rsidR="00C75A3D" w:rsidRDefault="00C75A3D" w:rsidP="00C75A3D">
      <w:r>
        <w:t>1. [Sample reference]</w:t>
      </w:r>
      <w:r>
        <w:br/>
        <w:t>2. [Sample reference]</w:t>
      </w:r>
      <w:r>
        <w:br/>
        <w:t>3. [Sample reference]</w:t>
      </w:r>
    </w:p>
    <w:p w14:paraId="05EA3E96" w14:textId="77777777" w:rsidR="00C75A3D" w:rsidRDefault="00C75A3D" w:rsidP="00C75A3D"/>
    <w:p w14:paraId="09AF5DA2" w14:textId="77777777" w:rsidR="00232C66" w:rsidRDefault="00C75A3D" w:rsidP="00232C66">
      <w:pPr>
        <w:spacing w:after="0"/>
        <w:rPr>
          <w:rFonts w:cs="Times New Roman"/>
          <w:color w:val="00B050"/>
          <w:sz w:val="20"/>
          <w:szCs w:val="20"/>
        </w:rPr>
      </w:pPr>
      <w:r>
        <w:rPr>
          <w:b/>
          <w:color w:val="008C95"/>
        </w:rPr>
        <w:br w:type="column"/>
      </w:r>
      <w:r w:rsidR="00232C66" w:rsidRPr="00DD72BE">
        <w:rPr>
          <w:rFonts w:cs="Times New Roman"/>
          <w:color w:val="00B050"/>
          <w:sz w:val="20"/>
          <w:szCs w:val="20"/>
        </w:rPr>
        <w:lastRenderedPageBreak/>
        <w:t xml:space="preserve">Notation Trendplus Publishing </w:t>
      </w:r>
    </w:p>
    <w:p w14:paraId="3EC90E39" w14:textId="27A7B445" w:rsidR="00232C66" w:rsidRDefault="00232C66" w:rsidP="00232C66">
      <w:pPr>
        <w:rPr>
          <w:b/>
          <w:color w:val="008C95"/>
        </w:rPr>
      </w:pPr>
      <w:hyperlink r:id="rId23" w:history="1">
        <w:r w:rsidRPr="002550C0">
          <w:rPr>
            <w:rStyle w:val="Hyperlink"/>
            <w:rFonts w:cs="Times New Roman"/>
            <w:sz w:val="18"/>
            <w:szCs w:val="18"/>
          </w:rPr>
          <w:t>https://doi.org/</w:t>
        </w:r>
      </w:hyperlink>
    </w:p>
    <w:p w14:paraId="25AFDABF" w14:textId="15DF9E50" w:rsidR="00064675" w:rsidRPr="00C75A3D" w:rsidRDefault="00C75A3D" w:rsidP="00C75A3D">
      <w:pPr>
        <w:jc w:val="center"/>
        <w:rPr>
          <w:sz w:val="32"/>
          <w:szCs w:val="32"/>
        </w:rPr>
      </w:pPr>
      <w:r w:rsidRPr="00E57D7C">
        <w:rPr>
          <w:noProof/>
        </w:rPr>
        <w:drawing>
          <wp:anchor distT="0" distB="0" distL="114300" distR="114300" simplePos="0" relativeHeight="251671552" behindDoc="0" locked="1" layoutInCell="1" allowOverlap="1" wp14:anchorId="6ACD0652" wp14:editId="18843044">
            <wp:simplePos x="0" y="0"/>
            <wp:positionH relativeFrom="margin">
              <wp:posOffset>4051935</wp:posOffset>
            </wp:positionH>
            <wp:positionV relativeFrom="margin">
              <wp:posOffset>-98425</wp:posOffset>
            </wp:positionV>
            <wp:extent cx="1322705" cy="511810"/>
            <wp:effectExtent l="0" t="0" r="0" b="2540"/>
            <wp:wrapNone/>
            <wp:docPr id="1093600126" name="Picture 1093600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0580540" name="Picture 1500580540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2705" cy="511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0000" w:rsidRPr="00C75A3D">
        <w:rPr>
          <w:b/>
          <w:color w:val="008C95"/>
          <w:sz w:val="32"/>
          <w:szCs w:val="32"/>
        </w:rPr>
        <w:t>CHAPTER 06</w:t>
      </w:r>
    </w:p>
    <w:p w14:paraId="66678742" w14:textId="77777777" w:rsidR="00064675" w:rsidRPr="00C75A3D" w:rsidRDefault="00000000">
      <w:pPr>
        <w:jc w:val="center"/>
        <w:rPr>
          <w:sz w:val="32"/>
          <w:szCs w:val="32"/>
        </w:rPr>
      </w:pPr>
      <w:r w:rsidRPr="00C75A3D">
        <w:rPr>
          <w:b/>
          <w:color w:val="17365D"/>
          <w:sz w:val="32"/>
          <w:szCs w:val="32"/>
        </w:rPr>
        <w:t>[TITLE OF CHAPTER 6]</w:t>
      </w:r>
    </w:p>
    <w:p w14:paraId="2CBCDFD2" w14:textId="77777777" w:rsidR="00064675" w:rsidRDefault="00000000">
      <w:pPr>
        <w:jc w:val="center"/>
      </w:pPr>
      <w:r>
        <w:rPr>
          <w:b/>
        </w:rPr>
        <w:t xml:space="preserve">[Author 1 </w:t>
      </w:r>
      <w:proofErr w:type="gramStart"/>
      <w:r>
        <w:rPr>
          <w:b/>
        </w:rPr>
        <w:t>Name]¹</w:t>
      </w:r>
      <w:proofErr w:type="gramEnd"/>
      <w:r>
        <w:rPr>
          <w:b/>
        </w:rPr>
        <w:t xml:space="preserve">, [Author 2 </w:t>
      </w:r>
      <w:proofErr w:type="gramStart"/>
      <w:r>
        <w:rPr>
          <w:b/>
        </w:rPr>
        <w:t>Name]²</w:t>
      </w:r>
      <w:proofErr w:type="gramEnd"/>
      <w:r>
        <w:rPr>
          <w:b/>
        </w:rPr>
        <w:t xml:space="preserve">, [Author 3 </w:t>
      </w:r>
      <w:proofErr w:type="gramStart"/>
      <w:r>
        <w:rPr>
          <w:b/>
        </w:rPr>
        <w:t>Name]³</w:t>
      </w:r>
      <w:proofErr w:type="gramEnd"/>
    </w:p>
    <w:p w14:paraId="64E343E5" w14:textId="77777777" w:rsidR="00064675" w:rsidRDefault="00000000">
      <w:pPr>
        <w:jc w:val="center"/>
      </w:pPr>
      <w:r>
        <w:rPr>
          <w:i/>
        </w:rPr>
        <w:t>¹Department, Institution, City, Country</w:t>
      </w:r>
      <w:r>
        <w:rPr>
          <w:i/>
        </w:rPr>
        <w:br/>
        <w:t>²Department, Institution, City, Country</w:t>
      </w:r>
      <w:r>
        <w:rPr>
          <w:i/>
        </w:rPr>
        <w:br/>
        <w:t>Corresponding author: e-mail / ORCID</w:t>
      </w:r>
    </w:p>
    <w:p w14:paraId="7DB08267" w14:textId="77777777" w:rsidR="00064675" w:rsidRDefault="00064675"/>
    <w:p w14:paraId="7E44B81B" w14:textId="77777777" w:rsidR="00A8321C" w:rsidRPr="00A8321C" w:rsidRDefault="00A8321C" w:rsidP="00A8321C">
      <w:pPr>
        <w:pStyle w:val="Heading1"/>
        <w:rPr>
          <w:sz w:val="28"/>
          <w:szCs w:val="22"/>
        </w:rPr>
      </w:pPr>
      <w:r w:rsidRPr="00A8321C">
        <w:rPr>
          <w:sz w:val="28"/>
          <w:szCs w:val="22"/>
        </w:rPr>
        <w:t>Abstract</w:t>
      </w:r>
    </w:p>
    <w:p w14:paraId="2D57ECDB" w14:textId="77777777" w:rsidR="00A8321C" w:rsidRDefault="00A8321C" w:rsidP="00A8321C">
      <w:r>
        <w:t>[150–250 words. Summarize the purpose, scope/method, major points or findings, and conclusion of the chapter.]</w:t>
      </w:r>
    </w:p>
    <w:p w14:paraId="21264994" w14:textId="77777777" w:rsidR="00A8321C" w:rsidRDefault="00A8321C" w:rsidP="00A8321C">
      <w:r>
        <w:rPr>
          <w:b/>
        </w:rPr>
        <w:t xml:space="preserve">Keywords: </w:t>
      </w:r>
      <w:r>
        <w:t>[Keyword 1]; [Keyword 2]; [Keyword 3]; [Keyword 4]; [Keyword 5]</w:t>
      </w:r>
    </w:p>
    <w:p w14:paraId="54E17933" w14:textId="77777777" w:rsidR="00A8321C" w:rsidRPr="00A8321C" w:rsidRDefault="00A8321C" w:rsidP="00A8321C">
      <w:pPr>
        <w:pStyle w:val="Heading1"/>
        <w:rPr>
          <w:sz w:val="28"/>
          <w:szCs w:val="22"/>
        </w:rPr>
      </w:pPr>
      <w:r w:rsidRPr="00A8321C">
        <w:rPr>
          <w:sz w:val="28"/>
          <w:szCs w:val="22"/>
        </w:rPr>
        <w:t>1 Introduction</w:t>
      </w:r>
    </w:p>
    <w:p w14:paraId="68F36979" w14:textId="77777777" w:rsidR="00A8321C" w:rsidRDefault="00A8321C" w:rsidP="00A8321C">
      <w:r>
        <w:t>[Introduce the background, problem/context, rationale, objectives, and organization of the chapter.]</w:t>
      </w:r>
    </w:p>
    <w:p w14:paraId="5D223FE4" w14:textId="77777777" w:rsidR="00A8321C" w:rsidRPr="00A8321C" w:rsidRDefault="00A8321C" w:rsidP="00A8321C">
      <w:pPr>
        <w:pStyle w:val="Heading1"/>
        <w:rPr>
          <w:sz w:val="28"/>
          <w:szCs w:val="22"/>
        </w:rPr>
      </w:pPr>
      <w:r w:rsidRPr="00A8321C">
        <w:rPr>
          <w:sz w:val="28"/>
          <w:szCs w:val="22"/>
        </w:rPr>
        <w:t>2 Main Section</w:t>
      </w:r>
    </w:p>
    <w:p w14:paraId="05F9EE1D" w14:textId="77777777" w:rsidR="00A8321C" w:rsidRDefault="00A8321C" w:rsidP="00A8321C">
      <w:r>
        <w:t>[Develop the principal concepts, literature, theory, methodology, analysis, or subject-specific discussion.]</w:t>
      </w:r>
    </w:p>
    <w:p w14:paraId="603091AB" w14:textId="77777777" w:rsidR="00A8321C" w:rsidRPr="00A8321C" w:rsidRDefault="00A8321C" w:rsidP="00A8321C">
      <w:pPr>
        <w:pStyle w:val="Heading2"/>
        <w:rPr>
          <w:sz w:val="24"/>
          <w:szCs w:val="24"/>
        </w:rPr>
      </w:pPr>
      <w:r w:rsidRPr="00A8321C">
        <w:rPr>
          <w:sz w:val="24"/>
          <w:szCs w:val="24"/>
        </w:rPr>
        <w:t>2.1 Subsection</w:t>
      </w:r>
    </w:p>
    <w:p w14:paraId="425143BC" w14:textId="77777777" w:rsidR="00A8321C" w:rsidRDefault="00A8321C" w:rsidP="00A8321C">
      <w:r>
        <w:t>[Use subsections as required. Maintain a logical hierarchy and avoid excessive levels of headings.]</w:t>
      </w:r>
    </w:p>
    <w:p w14:paraId="42A04B61" w14:textId="77777777" w:rsidR="00A8321C" w:rsidRDefault="00A8321C" w:rsidP="00A8321C">
      <w:pPr>
        <w:pStyle w:val="CaptionText"/>
        <w:jc w:val="center"/>
      </w:pPr>
      <w:r>
        <w:t>Table X.X. Descriptive table caption (Times New Roman, 9 pt)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688"/>
        <w:gridCol w:w="2688"/>
        <w:gridCol w:w="2688"/>
      </w:tblGrid>
      <w:tr w:rsidR="00A8321C" w14:paraId="65B20AD1" w14:textId="77777777" w:rsidTr="00282504">
        <w:trPr>
          <w:jc w:val="center"/>
        </w:trPr>
        <w:tc>
          <w:tcPr>
            <w:tcW w:w="2688" w:type="dxa"/>
            <w:shd w:val="clear" w:color="auto" w:fill="17365D"/>
          </w:tcPr>
          <w:p w14:paraId="1A78980A" w14:textId="77777777" w:rsidR="00A8321C" w:rsidRDefault="00A8321C" w:rsidP="00282504">
            <w:r>
              <w:rPr>
                <w:b/>
                <w:color w:val="FFFFFF"/>
                <w:sz w:val="20"/>
              </w:rPr>
              <w:t>Parameter</w:t>
            </w:r>
          </w:p>
        </w:tc>
        <w:tc>
          <w:tcPr>
            <w:tcW w:w="2688" w:type="dxa"/>
            <w:shd w:val="clear" w:color="auto" w:fill="17365D"/>
          </w:tcPr>
          <w:p w14:paraId="1F6D7C45" w14:textId="77777777" w:rsidR="00A8321C" w:rsidRDefault="00A8321C" w:rsidP="00282504">
            <w:r>
              <w:rPr>
                <w:b/>
                <w:color w:val="FFFFFF"/>
                <w:sz w:val="20"/>
              </w:rPr>
              <w:t>Description</w:t>
            </w:r>
          </w:p>
        </w:tc>
        <w:tc>
          <w:tcPr>
            <w:tcW w:w="2688" w:type="dxa"/>
            <w:shd w:val="clear" w:color="auto" w:fill="17365D"/>
          </w:tcPr>
          <w:p w14:paraId="4645253A" w14:textId="77777777" w:rsidR="00A8321C" w:rsidRDefault="00A8321C" w:rsidP="00282504">
            <w:r>
              <w:rPr>
                <w:b/>
                <w:color w:val="FFFFFF"/>
                <w:sz w:val="20"/>
              </w:rPr>
              <w:t>Value / Observation</w:t>
            </w:r>
          </w:p>
        </w:tc>
      </w:tr>
      <w:tr w:rsidR="00A8321C" w14:paraId="33A5215A" w14:textId="77777777" w:rsidTr="00282504">
        <w:trPr>
          <w:jc w:val="center"/>
        </w:trPr>
        <w:tc>
          <w:tcPr>
            <w:tcW w:w="2688" w:type="dxa"/>
          </w:tcPr>
          <w:p w14:paraId="7A55F194" w14:textId="77777777" w:rsidR="00A8321C" w:rsidRDefault="00A8321C" w:rsidP="00282504">
            <w:r>
              <w:rPr>
                <w:sz w:val="20"/>
              </w:rPr>
              <w:t>[Item 1]</w:t>
            </w:r>
          </w:p>
        </w:tc>
        <w:tc>
          <w:tcPr>
            <w:tcW w:w="2688" w:type="dxa"/>
          </w:tcPr>
          <w:p w14:paraId="4E21AC0F" w14:textId="77777777" w:rsidR="00A8321C" w:rsidRDefault="00A8321C" w:rsidP="00282504">
            <w:r>
              <w:rPr>
                <w:sz w:val="20"/>
              </w:rPr>
              <w:t>[Description]</w:t>
            </w:r>
          </w:p>
        </w:tc>
        <w:tc>
          <w:tcPr>
            <w:tcW w:w="2688" w:type="dxa"/>
          </w:tcPr>
          <w:p w14:paraId="7CD28780" w14:textId="77777777" w:rsidR="00A8321C" w:rsidRDefault="00A8321C" w:rsidP="00282504">
            <w:r>
              <w:rPr>
                <w:sz w:val="20"/>
              </w:rPr>
              <w:t>[Value]</w:t>
            </w:r>
          </w:p>
        </w:tc>
      </w:tr>
      <w:tr w:rsidR="00A8321C" w14:paraId="51570C35" w14:textId="77777777" w:rsidTr="00282504">
        <w:trPr>
          <w:jc w:val="center"/>
        </w:trPr>
        <w:tc>
          <w:tcPr>
            <w:tcW w:w="2688" w:type="dxa"/>
          </w:tcPr>
          <w:p w14:paraId="60FD4A3E" w14:textId="77777777" w:rsidR="00A8321C" w:rsidRDefault="00A8321C" w:rsidP="00282504">
            <w:r>
              <w:rPr>
                <w:sz w:val="20"/>
              </w:rPr>
              <w:t>[Item 2]</w:t>
            </w:r>
          </w:p>
        </w:tc>
        <w:tc>
          <w:tcPr>
            <w:tcW w:w="2688" w:type="dxa"/>
          </w:tcPr>
          <w:p w14:paraId="7016107A" w14:textId="77777777" w:rsidR="00A8321C" w:rsidRDefault="00A8321C" w:rsidP="00282504">
            <w:r>
              <w:rPr>
                <w:sz w:val="20"/>
              </w:rPr>
              <w:t>[Description]</w:t>
            </w:r>
          </w:p>
        </w:tc>
        <w:tc>
          <w:tcPr>
            <w:tcW w:w="2688" w:type="dxa"/>
          </w:tcPr>
          <w:p w14:paraId="1982FE00" w14:textId="77777777" w:rsidR="00A8321C" w:rsidRDefault="00A8321C" w:rsidP="00282504">
            <w:r>
              <w:rPr>
                <w:sz w:val="20"/>
              </w:rPr>
              <w:t>[Value]</w:t>
            </w:r>
          </w:p>
        </w:tc>
      </w:tr>
      <w:tr w:rsidR="00A8321C" w14:paraId="5C08638C" w14:textId="77777777" w:rsidTr="00282504">
        <w:trPr>
          <w:jc w:val="center"/>
        </w:trPr>
        <w:tc>
          <w:tcPr>
            <w:tcW w:w="2688" w:type="dxa"/>
          </w:tcPr>
          <w:p w14:paraId="137C2EAA" w14:textId="77777777" w:rsidR="00A8321C" w:rsidRDefault="00A8321C" w:rsidP="00282504">
            <w:r>
              <w:rPr>
                <w:sz w:val="20"/>
              </w:rPr>
              <w:t>[Item 3]</w:t>
            </w:r>
          </w:p>
        </w:tc>
        <w:tc>
          <w:tcPr>
            <w:tcW w:w="2688" w:type="dxa"/>
          </w:tcPr>
          <w:p w14:paraId="1E16E855" w14:textId="77777777" w:rsidR="00A8321C" w:rsidRDefault="00A8321C" w:rsidP="00282504">
            <w:r>
              <w:rPr>
                <w:sz w:val="20"/>
              </w:rPr>
              <w:t>[Description]</w:t>
            </w:r>
          </w:p>
        </w:tc>
        <w:tc>
          <w:tcPr>
            <w:tcW w:w="2688" w:type="dxa"/>
          </w:tcPr>
          <w:p w14:paraId="6FDBBDAC" w14:textId="77777777" w:rsidR="00A8321C" w:rsidRDefault="00A8321C" w:rsidP="00282504">
            <w:r>
              <w:rPr>
                <w:sz w:val="20"/>
              </w:rPr>
              <w:t>[Value]</w:t>
            </w:r>
          </w:p>
        </w:tc>
      </w:tr>
    </w:tbl>
    <w:p w14:paraId="48DFD9A3" w14:textId="77777777" w:rsidR="00A8321C" w:rsidRDefault="00A8321C" w:rsidP="00A8321C"/>
    <w:p w14:paraId="4EAD0BA5" w14:textId="77777777" w:rsidR="00A8321C" w:rsidRDefault="00A8321C" w:rsidP="00A8321C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8064"/>
      </w:tblGrid>
      <w:tr w:rsidR="00A8321C" w14:paraId="47AB53D0" w14:textId="77777777" w:rsidTr="00282504">
        <w:trPr>
          <w:jc w:val="center"/>
        </w:trPr>
        <w:tc>
          <w:tcPr>
            <w:tcW w:w="8064" w:type="dxa"/>
            <w:shd w:val="clear" w:color="auto" w:fill="F2F2F2"/>
            <w:vAlign w:val="center"/>
          </w:tcPr>
          <w:p w14:paraId="5FA49314" w14:textId="77777777" w:rsidR="00A8321C" w:rsidRDefault="00A8321C" w:rsidP="00282504">
            <w:pPr>
              <w:jc w:val="center"/>
            </w:pPr>
            <w:r>
              <w:rPr>
                <w:b/>
                <w:color w:val="666666"/>
                <w:sz w:val="20"/>
              </w:rPr>
              <w:lastRenderedPageBreak/>
              <w:br/>
              <w:t>INSERT FIGURE / GRAPH / PHOTOGRAPH HERE</w:t>
            </w:r>
            <w:r>
              <w:rPr>
                <w:b/>
                <w:color w:val="666666"/>
                <w:sz w:val="20"/>
              </w:rPr>
              <w:br/>
              <w:t>Minimum resolution: 300 DPI</w:t>
            </w:r>
            <w:r>
              <w:rPr>
                <w:b/>
                <w:color w:val="666666"/>
                <w:sz w:val="20"/>
              </w:rPr>
              <w:br/>
            </w:r>
          </w:p>
        </w:tc>
      </w:tr>
    </w:tbl>
    <w:p w14:paraId="12BB1B79" w14:textId="77777777" w:rsidR="00A8321C" w:rsidRDefault="00A8321C" w:rsidP="00A8321C">
      <w:pPr>
        <w:pStyle w:val="CaptionText"/>
        <w:jc w:val="center"/>
      </w:pPr>
      <w:r>
        <w:t>Figure X.X. Figure caption (Times New Roman, 9 pt)</w:t>
      </w:r>
    </w:p>
    <w:p w14:paraId="2F199A52" w14:textId="77777777" w:rsidR="00A8321C" w:rsidRPr="00A8321C" w:rsidRDefault="00A8321C" w:rsidP="00A8321C">
      <w:pPr>
        <w:pStyle w:val="Heading1"/>
        <w:rPr>
          <w:sz w:val="28"/>
          <w:szCs w:val="22"/>
        </w:rPr>
      </w:pPr>
      <w:r w:rsidRPr="00A8321C">
        <w:rPr>
          <w:sz w:val="28"/>
          <w:szCs w:val="22"/>
        </w:rPr>
        <w:t>3 Discussion / Application / Analysis</w:t>
      </w:r>
    </w:p>
    <w:p w14:paraId="0441F976" w14:textId="77777777" w:rsidR="00A8321C" w:rsidRDefault="00A8321C" w:rsidP="00A8321C">
      <w:r>
        <w:t>[Interpret the concepts, evidence, case study, findings, or practical implications as appropriate for the discipline.]</w:t>
      </w:r>
    </w:p>
    <w:p w14:paraId="720BC3C9" w14:textId="77777777" w:rsidR="00A8321C" w:rsidRPr="00A8321C" w:rsidRDefault="00A8321C" w:rsidP="00A8321C">
      <w:pPr>
        <w:pStyle w:val="Heading1"/>
        <w:rPr>
          <w:sz w:val="28"/>
          <w:szCs w:val="22"/>
        </w:rPr>
      </w:pPr>
      <w:r w:rsidRPr="00A8321C">
        <w:rPr>
          <w:sz w:val="28"/>
          <w:szCs w:val="22"/>
        </w:rPr>
        <w:t>4 Conclusion</w:t>
      </w:r>
    </w:p>
    <w:p w14:paraId="4862DE65" w14:textId="77777777" w:rsidR="00A8321C" w:rsidRDefault="00A8321C" w:rsidP="00A8321C">
      <w:r>
        <w:t>[Summarize the key contribution of the chapter, implications, limitations where relevant, and future directions.]</w:t>
      </w:r>
    </w:p>
    <w:p w14:paraId="13FAA395" w14:textId="77777777" w:rsidR="00A8321C" w:rsidRPr="00A8321C" w:rsidRDefault="00A8321C" w:rsidP="00A8321C">
      <w:pPr>
        <w:pStyle w:val="Heading2"/>
        <w:rPr>
          <w:sz w:val="24"/>
          <w:szCs w:val="24"/>
        </w:rPr>
      </w:pPr>
      <w:r w:rsidRPr="00A8321C">
        <w:rPr>
          <w:sz w:val="24"/>
          <w:szCs w:val="24"/>
        </w:rPr>
        <w:t>Acknowledgement / Funding</w:t>
      </w:r>
    </w:p>
    <w:p w14:paraId="11624B45" w14:textId="77777777" w:rsidR="00A8321C" w:rsidRDefault="00A8321C" w:rsidP="00A8321C">
      <w:r>
        <w:t>[Optional. Delete if not applicable.]</w:t>
      </w:r>
    </w:p>
    <w:p w14:paraId="02EE5C21" w14:textId="77777777" w:rsidR="00A8321C" w:rsidRPr="00A8321C" w:rsidRDefault="00A8321C" w:rsidP="00A8321C">
      <w:pPr>
        <w:pStyle w:val="Heading2"/>
        <w:rPr>
          <w:sz w:val="24"/>
          <w:szCs w:val="24"/>
        </w:rPr>
      </w:pPr>
      <w:r w:rsidRPr="00A8321C">
        <w:rPr>
          <w:sz w:val="24"/>
          <w:szCs w:val="24"/>
        </w:rPr>
        <w:t>Conflict of Interest</w:t>
      </w:r>
    </w:p>
    <w:p w14:paraId="0D510B19" w14:textId="77777777" w:rsidR="00A8321C" w:rsidRDefault="00A8321C" w:rsidP="00A8321C">
      <w:r>
        <w:t>The author(s) declare [no conflict of interest / specify relevant conflict].</w:t>
      </w:r>
    </w:p>
    <w:p w14:paraId="79237EE5" w14:textId="77777777" w:rsidR="00A8321C" w:rsidRPr="00A8321C" w:rsidRDefault="00A8321C" w:rsidP="00A8321C">
      <w:pPr>
        <w:pStyle w:val="Heading1"/>
        <w:rPr>
          <w:sz w:val="28"/>
          <w:szCs w:val="22"/>
        </w:rPr>
      </w:pPr>
      <w:r w:rsidRPr="00A8321C">
        <w:rPr>
          <w:sz w:val="28"/>
          <w:szCs w:val="22"/>
        </w:rPr>
        <w:t>References</w:t>
      </w:r>
    </w:p>
    <w:p w14:paraId="61C80C98" w14:textId="77777777" w:rsidR="00A8321C" w:rsidRDefault="00A8321C" w:rsidP="00A8321C">
      <w:r>
        <w:t>[Use the reference style prescribed by the editors. Ensure every in-text citation appears in the reference list and vice versa.]</w:t>
      </w:r>
    </w:p>
    <w:p w14:paraId="5298060C" w14:textId="77777777" w:rsidR="00A8321C" w:rsidRDefault="00A8321C" w:rsidP="00A8321C">
      <w:r>
        <w:t>1. [Sample reference]</w:t>
      </w:r>
      <w:r>
        <w:br/>
        <w:t>2. [Sample reference]</w:t>
      </w:r>
      <w:r>
        <w:br/>
        <w:t>3. [Sample reference]</w:t>
      </w:r>
    </w:p>
    <w:p w14:paraId="2D2CEA9A" w14:textId="77777777" w:rsidR="00A8321C" w:rsidRDefault="00A8321C" w:rsidP="00A8321C"/>
    <w:p w14:paraId="223C4E43" w14:textId="77777777" w:rsidR="00232C66" w:rsidRDefault="00A8321C" w:rsidP="00232C66">
      <w:pPr>
        <w:spacing w:after="0"/>
        <w:rPr>
          <w:rFonts w:cs="Times New Roman"/>
          <w:color w:val="00B050"/>
          <w:sz w:val="20"/>
          <w:szCs w:val="20"/>
        </w:rPr>
      </w:pPr>
      <w:r>
        <w:rPr>
          <w:b/>
          <w:color w:val="008C95"/>
        </w:rPr>
        <w:br w:type="column"/>
      </w:r>
      <w:r w:rsidR="00232C66" w:rsidRPr="00DD72BE">
        <w:rPr>
          <w:rFonts w:cs="Times New Roman"/>
          <w:color w:val="00B050"/>
          <w:sz w:val="20"/>
          <w:szCs w:val="20"/>
        </w:rPr>
        <w:lastRenderedPageBreak/>
        <w:t xml:space="preserve">Notation Trendplus Publishing </w:t>
      </w:r>
    </w:p>
    <w:p w14:paraId="1FD727D6" w14:textId="7E932499" w:rsidR="00064675" w:rsidRDefault="00232C66" w:rsidP="00232C66">
      <w:hyperlink r:id="rId24" w:history="1">
        <w:r w:rsidRPr="002550C0">
          <w:rPr>
            <w:rStyle w:val="Hyperlink"/>
            <w:rFonts w:cs="Times New Roman"/>
            <w:sz w:val="18"/>
            <w:szCs w:val="18"/>
          </w:rPr>
          <w:t>https://doi.org/</w:t>
        </w:r>
      </w:hyperlink>
      <w:r w:rsidR="00C75A3D" w:rsidRPr="00E57D7C">
        <w:rPr>
          <w:noProof/>
        </w:rPr>
        <w:drawing>
          <wp:anchor distT="0" distB="0" distL="114300" distR="114300" simplePos="0" relativeHeight="251652608" behindDoc="0" locked="1" layoutInCell="1" allowOverlap="1" wp14:anchorId="2B75AAF8" wp14:editId="589E6BC5">
            <wp:simplePos x="0" y="0"/>
            <wp:positionH relativeFrom="margin">
              <wp:posOffset>4024630</wp:posOffset>
            </wp:positionH>
            <wp:positionV relativeFrom="margin">
              <wp:posOffset>-146685</wp:posOffset>
            </wp:positionV>
            <wp:extent cx="1322705" cy="511810"/>
            <wp:effectExtent l="0" t="0" r="0" b="2540"/>
            <wp:wrapNone/>
            <wp:docPr id="1827698256" name="Picture 1827698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0580540" name="Picture 1500580540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2705" cy="511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1FF65D" w14:textId="77777777" w:rsidR="00064675" w:rsidRPr="00C75A3D" w:rsidRDefault="00000000">
      <w:pPr>
        <w:jc w:val="center"/>
        <w:rPr>
          <w:sz w:val="32"/>
          <w:szCs w:val="32"/>
        </w:rPr>
      </w:pPr>
      <w:r w:rsidRPr="00C75A3D">
        <w:rPr>
          <w:b/>
          <w:color w:val="008C95"/>
          <w:sz w:val="32"/>
          <w:szCs w:val="32"/>
        </w:rPr>
        <w:t>CHAPTER 07</w:t>
      </w:r>
    </w:p>
    <w:p w14:paraId="113B1B6A" w14:textId="77777777" w:rsidR="00064675" w:rsidRPr="00C75A3D" w:rsidRDefault="00000000">
      <w:pPr>
        <w:jc w:val="center"/>
        <w:rPr>
          <w:sz w:val="32"/>
          <w:szCs w:val="32"/>
        </w:rPr>
      </w:pPr>
      <w:r w:rsidRPr="00C75A3D">
        <w:rPr>
          <w:b/>
          <w:color w:val="17365D"/>
          <w:sz w:val="32"/>
          <w:szCs w:val="32"/>
        </w:rPr>
        <w:t>[TITLE OF CHAPTER 7]</w:t>
      </w:r>
    </w:p>
    <w:p w14:paraId="23976BE1" w14:textId="77777777" w:rsidR="00064675" w:rsidRDefault="00000000">
      <w:pPr>
        <w:jc w:val="center"/>
      </w:pPr>
      <w:r>
        <w:rPr>
          <w:b/>
        </w:rPr>
        <w:t xml:space="preserve">[Author 1 </w:t>
      </w:r>
      <w:proofErr w:type="gramStart"/>
      <w:r>
        <w:rPr>
          <w:b/>
        </w:rPr>
        <w:t>Name]¹</w:t>
      </w:r>
      <w:proofErr w:type="gramEnd"/>
      <w:r>
        <w:rPr>
          <w:b/>
        </w:rPr>
        <w:t xml:space="preserve">, [Author 2 </w:t>
      </w:r>
      <w:proofErr w:type="gramStart"/>
      <w:r>
        <w:rPr>
          <w:b/>
        </w:rPr>
        <w:t>Name]²</w:t>
      </w:r>
      <w:proofErr w:type="gramEnd"/>
      <w:r>
        <w:rPr>
          <w:b/>
        </w:rPr>
        <w:t xml:space="preserve">, [Author 3 </w:t>
      </w:r>
      <w:proofErr w:type="gramStart"/>
      <w:r>
        <w:rPr>
          <w:b/>
        </w:rPr>
        <w:t>Name]³</w:t>
      </w:r>
      <w:proofErr w:type="gramEnd"/>
    </w:p>
    <w:p w14:paraId="03125D53" w14:textId="77777777" w:rsidR="00064675" w:rsidRDefault="00000000">
      <w:pPr>
        <w:jc w:val="center"/>
      </w:pPr>
      <w:r>
        <w:rPr>
          <w:i/>
        </w:rPr>
        <w:t>¹Department, Institution, City, Country</w:t>
      </w:r>
      <w:r>
        <w:rPr>
          <w:i/>
        </w:rPr>
        <w:br/>
        <w:t>²Department, Institution, City, Country</w:t>
      </w:r>
      <w:r>
        <w:rPr>
          <w:i/>
        </w:rPr>
        <w:br/>
        <w:t>Corresponding author: e-mail / ORCID</w:t>
      </w:r>
    </w:p>
    <w:p w14:paraId="7292F0AC" w14:textId="77777777" w:rsidR="00064675" w:rsidRDefault="00064675"/>
    <w:p w14:paraId="0C826A14" w14:textId="77777777" w:rsidR="00A8321C" w:rsidRPr="00A8321C" w:rsidRDefault="00A8321C" w:rsidP="00A8321C">
      <w:pPr>
        <w:pStyle w:val="Heading1"/>
        <w:rPr>
          <w:sz w:val="28"/>
          <w:szCs w:val="22"/>
        </w:rPr>
      </w:pPr>
      <w:r w:rsidRPr="00A8321C">
        <w:rPr>
          <w:sz w:val="28"/>
          <w:szCs w:val="22"/>
        </w:rPr>
        <w:t>Abstract</w:t>
      </w:r>
    </w:p>
    <w:p w14:paraId="022C4947" w14:textId="77777777" w:rsidR="00A8321C" w:rsidRDefault="00A8321C" w:rsidP="00A8321C">
      <w:r>
        <w:t>[150–250 words. Summarize the purpose, scope/method, major points or findings, and conclusion of the chapter.]</w:t>
      </w:r>
    </w:p>
    <w:p w14:paraId="7803CB42" w14:textId="77777777" w:rsidR="00A8321C" w:rsidRDefault="00A8321C" w:rsidP="00A8321C">
      <w:r>
        <w:rPr>
          <w:b/>
        </w:rPr>
        <w:t xml:space="preserve">Keywords: </w:t>
      </w:r>
      <w:r>
        <w:t>[Keyword 1]; [Keyword 2]; [Keyword 3]; [Keyword 4]; [Keyword 5]</w:t>
      </w:r>
    </w:p>
    <w:p w14:paraId="44999219" w14:textId="77777777" w:rsidR="00A8321C" w:rsidRPr="00A8321C" w:rsidRDefault="00A8321C" w:rsidP="00A8321C">
      <w:pPr>
        <w:pStyle w:val="Heading1"/>
        <w:rPr>
          <w:sz w:val="28"/>
          <w:szCs w:val="22"/>
        </w:rPr>
      </w:pPr>
      <w:r w:rsidRPr="00A8321C">
        <w:rPr>
          <w:sz w:val="28"/>
          <w:szCs w:val="22"/>
        </w:rPr>
        <w:t>1 Introduction</w:t>
      </w:r>
    </w:p>
    <w:p w14:paraId="5286A1DF" w14:textId="77777777" w:rsidR="00A8321C" w:rsidRDefault="00A8321C" w:rsidP="00A8321C">
      <w:r>
        <w:t>[Introduce the background, problem/context, rationale, objectives, and organization of the chapter.]</w:t>
      </w:r>
    </w:p>
    <w:p w14:paraId="11FCCB38" w14:textId="77777777" w:rsidR="00A8321C" w:rsidRPr="00A8321C" w:rsidRDefault="00A8321C" w:rsidP="00A8321C">
      <w:pPr>
        <w:pStyle w:val="Heading1"/>
        <w:rPr>
          <w:sz w:val="28"/>
          <w:szCs w:val="22"/>
        </w:rPr>
      </w:pPr>
      <w:r w:rsidRPr="00A8321C">
        <w:rPr>
          <w:sz w:val="28"/>
          <w:szCs w:val="22"/>
        </w:rPr>
        <w:t>2 Main Section</w:t>
      </w:r>
    </w:p>
    <w:p w14:paraId="2A0CE9B4" w14:textId="77777777" w:rsidR="00A8321C" w:rsidRDefault="00A8321C" w:rsidP="00A8321C">
      <w:r>
        <w:t>[Develop the principal concepts, literature, theory, methodology, analysis, or subject-specific discussion.]</w:t>
      </w:r>
    </w:p>
    <w:p w14:paraId="4C6E675F" w14:textId="77777777" w:rsidR="00A8321C" w:rsidRPr="00A8321C" w:rsidRDefault="00A8321C" w:rsidP="00A8321C">
      <w:pPr>
        <w:pStyle w:val="Heading2"/>
        <w:rPr>
          <w:sz w:val="24"/>
          <w:szCs w:val="24"/>
        </w:rPr>
      </w:pPr>
      <w:r w:rsidRPr="00A8321C">
        <w:rPr>
          <w:sz w:val="24"/>
          <w:szCs w:val="24"/>
        </w:rPr>
        <w:t>2.1 Subsection</w:t>
      </w:r>
    </w:p>
    <w:p w14:paraId="42807E34" w14:textId="77777777" w:rsidR="00A8321C" w:rsidRDefault="00A8321C" w:rsidP="00A8321C">
      <w:r>
        <w:t>[Use subsections as required. Maintain a logical hierarchy and avoid excessive levels of headings.]</w:t>
      </w:r>
    </w:p>
    <w:p w14:paraId="567670CC" w14:textId="77777777" w:rsidR="00A8321C" w:rsidRDefault="00A8321C" w:rsidP="00A8321C">
      <w:pPr>
        <w:pStyle w:val="CaptionText"/>
        <w:jc w:val="center"/>
      </w:pPr>
      <w:r>
        <w:t>Table X.X. Descriptive table caption (Times New Roman, 9 pt)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688"/>
        <w:gridCol w:w="2688"/>
        <w:gridCol w:w="2688"/>
      </w:tblGrid>
      <w:tr w:rsidR="00A8321C" w14:paraId="31B6D341" w14:textId="77777777" w:rsidTr="00282504">
        <w:trPr>
          <w:jc w:val="center"/>
        </w:trPr>
        <w:tc>
          <w:tcPr>
            <w:tcW w:w="2688" w:type="dxa"/>
            <w:shd w:val="clear" w:color="auto" w:fill="17365D"/>
          </w:tcPr>
          <w:p w14:paraId="18D22F22" w14:textId="77777777" w:rsidR="00A8321C" w:rsidRDefault="00A8321C" w:rsidP="00282504">
            <w:r>
              <w:rPr>
                <w:b/>
                <w:color w:val="FFFFFF"/>
                <w:sz w:val="20"/>
              </w:rPr>
              <w:t>Parameter</w:t>
            </w:r>
          </w:p>
        </w:tc>
        <w:tc>
          <w:tcPr>
            <w:tcW w:w="2688" w:type="dxa"/>
            <w:shd w:val="clear" w:color="auto" w:fill="17365D"/>
          </w:tcPr>
          <w:p w14:paraId="5266E9D7" w14:textId="77777777" w:rsidR="00A8321C" w:rsidRDefault="00A8321C" w:rsidP="00282504">
            <w:r>
              <w:rPr>
                <w:b/>
                <w:color w:val="FFFFFF"/>
                <w:sz w:val="20"/>
              </w:rPr>
              <w:t>Description</w:t>
            </w:r>
          </w:p>
        </w:tc>
        <w:tc>
          <w:tcPr>
            <w:tcW w:w="2688" w:type="dxa"/>
            <w:shd w:val="clear" w:color="auto" w:fill="17365D"/>
          </w:tcPr>
          <w:p w14:paraId="5125C9AD" w14:textId="77777777" w:rsidR="00A8321C" w:rsidRDefault="00A8321C" w:rsidP="00282504">
            <w:r>
              <w:rPr>
                <w:b/>
                <w:color w:val="FFFFFF"/>
                <w:sz w:val="20"/>
              </w:rPr>
              <w:t>Value / Observation</w:t>
            </w:r>
          </w:p>
        </w:tc>
      </w:tr>
      <w:tr w:rsidR="00A8321C" w14:paraId="2DF961A8" w14:textId="77777777" w:rsidTr="00282504">
        <w:trPr>
          <w:jc w:val="center"/>
        </w:trPr>
        <w:tc>
          <w:tcPr>
            <w:tcW w:w="2688" w:type="dxa"/>
          </w:tcPr>
          <w:p w14:paraId="4DD3438C" w14:textId="77777777" w:rsidR="00A8321C" w:rsidRDefault="00A8321C" w:rsidP="00282504">
            <w:r>
              <w:rPr>
                <w:sz w:val="20"/>
              </w:rPr>
              <w:t>[Item 1]</w:t>
            </w:r>
          </w:p>
        </w:tc>
        <w:tc>
          <w:tcPr>
            <w:tcW w:w="2688" w:type="dxa"/>
          </w:tcPr>
          <w:p w14:paraId="3CD33105" w14:textId="77777777" w:rsidR="00A8321C" w:rsidRDefault="00A8321C" w:rsidP="00282504">
            <w:r>
              <w:rPr>
                <w:sz w:val="20"/>
              </w:rPr>
              <w:t>[Description]</w:t>
            </w:r>
          </w:p>
        </w:tc>
        <w:tc>
          <w:tcPr>
            <w:tcW w:w="2688" w:type="dxa"/>
          </w:tcPr>
          <w:p w14:paraId="0D0C5A85" w14:textId="77777777" w:rsidR="00A8321C" w:rsidRDefault="00A8321C" w:rsidP="00282504">
            <w:r>
              <w:rPr>
                <w:sz w:val="20"/>
              </w:rPr>
              <w:t>[Value]</w:t>
            </w:r>
          </w:p>
        </w:tc>
      </w:tr>
      <w:tr w:rsidR="00A8321C" w14:paraId="2AB407B2" w14:textId="77777777" w:rsidTr="00282504">
        <w:trPr>
          <w:jc w:val="center"/>
        </w:trPr>
        <w:tc>
          <w:tcPr>
            <w:tcW w:w="2688" w:type="dxa"/>
          </w:tcPr>
          <w:p w14:paraId="53242C7E" w14:textId="77777777" w:rsidR="00A8321C" w:rsidRDefault="00A8321C" w:rsidP="00282504">
            <w:r>
              <w:rPr>
                <w:sz w:val="20"/>
              </w:rPr>
              <w:t>[Item 2]</w:t>
            </w:r>
          </w:p>
        </w:tc>
        <w:tc>
          <w:tcPr>
            <w:tcW w:w="2688" w:type="dxa"/>
          </w:tcPr>
          <w:p w14:paraId="2DCBBC09" w14:textId="77777777" w:rsidR="00A8321C" w:rsidRDefault="00A8321C" w:rsidP="00282504">
            <w:r>
              <w:rPr>
                <w:sz w:val="20"/>
              </w:rPr>
              <w:t>[Description]</w:t>
            </w:r>
          </w:p>
        </w:tc>
        <w:tc>
          <w:tcPr>
            <w:tcW w:w="2688" w:type="dxa"/>
          </w:tcPr>
          <w:p w14:paraId="7BF96C13" w14:textId="77777777" w:rsidR="00A8321C" w:rsidRDefault="00A8321C" w:rsidP="00282504">
            <w:r>
              <w:rPr>
                <w:sz w:val="20"/>
              </w:rPr>
              <w:t>[Value]</w:t>
            </w:r>
          </w:p>
        </w:tc>
      </w:tr>
      <w:tr w:rsidR="00A8321C" w14:paraId="0840CFC5" w14:textId="77777777" w:rsidTr="00282504">
        <w:trPr>
          <w:jc w:val="center"/>
        </w:trPr>
        <w:tc>
          <w:tcPr>
            <w:tcW w:w="2688" w:type="dxa"/>
          </w:tcPr>
          <w:p w14:paraId="5797F5A1" w14:textId="77777777" w:rsidR="00A8321C" w:rsidRDefault="00A8321C" w:rsidP="00282504">
            <w:r>
              <w:rPr>
                <w:sz w:val="20"/>
              </w:rPr>
              <w:t>[Item 3]</w:t>
            </w:r>
          </w:p>
        </w:tc>
        <w:tc>
          <w:tcPr>
            <w:tcW w:w="2688" w:type="dxa"/>
          </w:tcPr>
          <w:p w14:paraId="7BB703A4" w14:textId="77777777" w:rsidR="00A8321C" w:rsidRDefault="00A8321C" w:rsidP="00282504">
            <w:r>
              <w:rPr>
                <w:sz w:val="20"/>
              </w:rPr>
              <w:t>[Description]</w:t>
            </w:r>
          </w:p>
        </w:tc>
        <w:tc>
          <w:tcPr>
            <w:tcW w:w="2688" w:type="dxa"/>
          </w:tcPr>
          <w:p w14:paraId="3713A8D5" w14:textId="77777777" w:rsidR="00A8321C" w:rsidRDefault="00A8321C" w:rsidP="00282504">
            <w:r>
              <w:rPr>
                <w:sz w:val="20"/>
              </w:rPr>
              <w:t>[Value]</w:t>
            </w:r>
          </w:p>
        </w:tc>
      </w:tr>
    </w:tbl>
    <w:p w14:paraId="396F6A9F" w14:textId="77777777" w:rsidR="00A8321C" w:rsidRDefault="00A8321C" w:rsidP="00A8321C"/>
    <w:p w14:paraId="025A1621" w14:textId="77777777" w:rsidR="00A8321C" w:rsidRDefault="00A8321C" w:rsidP="00A8321C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8064"/>
      </w:tblGrid>
      <w:tr w:rsidR="00A8321C" w14:paraId="5429FBF7" w14:textId="77777777" w:rsidTr="00282504">
        <w:trPr>
          <w:jc w:val="center"/>
        </w:trPr>
        <w:tc>
          <w:tcPr>
            <w:tcW w:w="8064" w:type="dxa"/>
            <w:shd w:val="clear" w:color="auto" w:fill="F2F2F2"/>
            <w:vAlign w:val="center"/>
          </w:tcPr>
          <w:p w14:paraId="550FA496" w14:textId="77777777" w:rsidR="00A8321C" w:rsidRDefault="00A8321C" w:rsidP="00282504">
            <w:pPr>
              <w:jc w:val="center"/>
            </w:pPr>
            <w:r>
              <w:rPr>
                <w:b/>
                <w:color w:val="666666"/>
                <w:sz w:val="20"/>
              </w:rPr>
              <w:lastRenderedPageBreak/>
              <w:br/>
              <w:t>INSERT FIGURE / GRAPH / PHOTOGRAPH HERE</w:t>
            </w:r>
            <w:r>
              <w:rPr>
                <w:b/>
                <w:color w:val="666666"/>
                <w:sz w:val="20"/>
              </w:rPr>
              <w:br/>
              <w:t>Minimum resolution: 300 DPI</w:t>
            </w:r>
            <w:r>
              <w:rPr>
                <w:b/>
                <w:color w:val="666666"/>
                <w:sz w:val="20"/>
              </w:rPr>
              <w:br/>
            </w:r>
          </w:p>
        </w:tc>
      </w:tr>
    </w:tbl>
    <w:p w14:paraId="69B40BAB" w14:textId="77777777" w:rsidR="00A8321C" w:rsidRDefault="00A8321C" w:rsidP="00A8321C">
      <w:pPr>
        <w:pStyle w:val="CaptionText"/>
        <w:jc w:val="center"/>
      </w:pPr>
      <w:r>
        <w:t>Figure X.X. Figure caption (Times New Roman, 9 pt)</w:t>
      </w:r>
    </w:p>
    <w:p w14:paraId="3B309043" w14:textId="77777777" w:rsidR="00A8321C" w:rsidRPr="00A8321C" w:rsidRDefault="00A8321C" w:rsidP="00A8321C">
      <w:pPr>
        <w:pStyle w:val="Heading1"/>
        <w:rPr>
          <w:sz w:val="28"/>
          <w:szCs w:val="22"/>
        </w:rPr>
      </w:pPr>
      <w:r w:rsidRPr="00A8321C">
        <w:rPr>
          <w:sz w:val="28"/>
          <w:szCs w:val="22"/>
        </w:rPr>
        <w:t>3 Discussion / Application / Analysis</w:t>
      </w:r>
    </w:p>
    <w:p w14:paraId="511B3ED1" w14:textId="77777777" w:rsidR="00A8321C" w:rsidRDefault="00A8321C" w:rsidP="00A8321C">
      <w:r>
        <w:t>[Interpret the concepts, evidence, case study, findings, or practical implications as appropriate for the discipline.]</w:t>
      </w:r>
    </w:p>
    <w:p w14:paraId="1D45C805" w14:textId="77777777" w:rsidR="00A8321C" w:rsidRPr="00A8321C" w:rsidRDefault="00A8321C" w:rsidP="00A8321C">
      <w:pPr>
        <w:pStyle w:val="Heading1"/>
        <w:rPr>
          <w:sz w:val="28"/>
          <w:szCs w:val="22"/>
        </w:rPr>
      </w:pPr>
      <w:r w:rsidRPr="00A8321C">
        <w:rPr>
          <w:sz w:val="28"/>
          <w:szCs w:val="22"/>
        </w:rPr>
        <w:t>4 Conclusion</w:t>
      </w:r>
    </w:p>
    <w:p w14:paraId="19173778" w14:textId="77777777" w:rsidR="00A8321C" w:rsidRDefault="00A8321C" w:rsidP="00A8321C">
      <w:r>
        <w:t>[Summarize the key contribution of the chapter, implications, limitations where relevant, and future directions.]</w:t>
      </w:r>
    </w:p>
    <w:p w14:paraId="2AB7AD4B" w14:textId="77777777" w:rsidR="00A8321C" w:rsidRPr="00A8321C" w:rsidRDefault="00A8321C" w:rsidP="00A8321C">
      <w:pPr>
        <w:pStyle w:val="Heading2"/>
        <w:rPr>
          <w:sz w:val="24"/>
          <w:szCs w:val="24"/>
        </w:rPr>
      </w:pPr>
      <w:r w:rsidRPr="00A8321C">
        <w:rPr>
          <w:sz w:val="24"/>
          <w:szCs w:val="24"/>
        </w:rPr>
        <w:t>Acknowledgement / Funding</w:t>
      </w:r>
    </w:p>
    <w:p w14:paraId="637FE0A6" w14:textId="77777777" w:rsidR="00A8321C" w:rsidRDefault="00A8321C" w:rsidP="00A8321C">
      <w:r>
        <w:t>[Optional. Delete if not applicable.]</w:t>
      </w:r>
    </w:p>
    <w:p w14:paraId="3BDA284E" w14:textId="77777777" w:rsidR="00A8321C" w:rsidRPr="00A8321C" w:rsidRDefault="00A8321C" w:rsidP="00A8321C">
      <w:pPr>
        <w:pStyle w:val="Heading2"/>
        <w:rPr>
          <w:sz w:val="24"/>
          <w:szCs w:val="24"/>
        </w:rPr>
      </w:pPr>
      <w:r w:rsidRPr="00A8321C">
        <w:rPr>
          <w:sz w:val="24"/>
          <w:szCs w:val="24"/>
        </w:rPr>
        <w:t>Conflict of Interest</w:t>
      </w:r>
    </w:p>
    <w:p w14:paraId="3B4916AC" w14:textId="77777777" w:rsidR="00A8321C" w:rsidRDefault="00A8321C" w:rsidP="00A8321C">
      <w:r>
        <w:t>The author(s) declare [no conflict of interest / specify relevant conflict].</w:t>
      </w:r>
    </w:p>
    <w:p w14:paraId="7DF79242" w14:textId="77777777" w:rsidR="00A8321C" w:rsidRPr="00A8321C" w:rsidRDefault="00A8321C" w:rsidP="00A8321C">
      <w:pPr>
        <w:pStyle w:val="Heading1"/>
        <w:rPr>
          <w:sz w:val="28"/>
          <w:szCs w:val="22"/>
        </w:rPr>
      </w:pPr>
      <w:r w:rsidRPr="00A8321C">
        <w:rPr>
          <w:sz w:val="28"/>
          <w:szCs w:val="22"/>
        </w:rPr>
        <w:t>References</w:t>
      </w:r>
    </w:p>
    <w:p w14:paraId="1DB2DCA6" w14:textId="77777777" w:rsidR="00A8321C" w:rsidRDefault="00A8321C" w:rsidP="00A8321C">
      <w:r>
        <w:t>[Use the reference style prescribed by the editors. Ensure every in-text citation appears in the reference list and vice versa.]</w:t>
      </w:r>
    </w:p>
    <w:p w14:paraId="71C78AB8" w14:textId="77777777" w:rsidR="00A8321C" w:rsidRDefault="00A8321C" w:rsidP="00A8321C">
      <w:r>
        <w:t>1. [Sample reference]</w:t>
      </w:r>
      <w:r>
        <w:br/>
        <w:t>2. [Sample reference]</w:t>
      </w:r>
      <w:r>
        <w:br/>
        <w:t>3. [Sample reference]</w:t>
      </w:r>
    </w:p>
    <w:p w14:paraId="0F219A73" w14:textId="77777777" w:rsidR="00A8321C" w:rsidRDefault="00A8321C" w:rsidP="00A8321C"/>
    <w:p w14:paraId="6DEFEDA0" w14:textId="77777777" w:rsidR="00232C66" w:rsidRDefault="00A8321C" w:rsidP="00232C66">
      <w:pPr>
        <w:spacing w:after="0"/>
        <w:rPr>
          <w:rFonts w:cs="Times New Roman"/>
          <w:color w:val="00B050"/>
          <w:sz w:val="20"/>
          <w:szCs w:val="20"/>
        </w:rPr>
      </w:pPr>
      <w:r>
        <w:rPr>
          <w:b/>
          <w:color w:val="008C95"/>
        </w:rPr>
        <w:br w:type="column"/>
      </w:r>
      <w:r w:rsidR="00232C66" w:rsidRPr="00DD72BE">
        <w:rPr>
          <w:rFonts w:cs="Times New Roman"/>
          <w:color w:val="00B050"/>
          <w:sz w:val="20"/>
          <w:szCs w:val="20"/>
        </w:rPr>
        <w:lastRenderedPageBreak/>
        <w:t xml:space="preserve">Notation Trendplus Publishing </w:t>
      </w:r>
    </w:p>
    <w:p w14:paraId="7FA4DBDF" w14:textId="287C10A2" w:rsidR="00064675" w:rsidRDefault="00232C66" w:rsidP="00232C66">
      <w:hyperlink r:id="rId25" w:history="1">
        <w:r w:rsidRPr="002550C0">
          <w:rPr>
            <w:rStyle w:val="Hyperlink"/>
            <w:rFonts w:cs="Times New Roman"/>
            <w:sz w:val="18"/>
            <w:szCs w:val="18"/>
          </w:rPr>
          <w:t>https://doi.org/</w:t>
        </w:r>
      </w:hyperlink>
      <w:r w:rsidR="00C75A3D" w:rsidRPr="00E57D7C">
        <w:rPr>
          <w:noProof/>
        </w:rPr>
        <w:drawing>
          <wp:anchor distT="0" distB="0" distL="114300" distR="114300" simplePos="0" relativeHeight="251653632" behindDoc="0" locked="1" layoutInCell="1" allowOverlap="1" wp14:anchorId="2201AD32" wp14:editId="2A55A096">
            <wp:simplePos x="0" y="0"/>
            <wp:positionH relativeFrom="margin">
              <wp:posOffset>3796030</wp:posOffset>
            </wp:positionH>
            <wp:positionV relativeFrom="margin">
              <wp:posOffset>-250190</wp:posOffset>
            </wp:positionV>
            <wp:extent cx="1322705" cy="511810"/>
            <wp:effectExtent l="0" t="0" r="0" b="2540"/>
            <wp:wrapNone/>
            <wp:docPr id="1096809433" name="Picture 10968094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0580540" name="Picture 1500580540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2705" cy="511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93FC62" w14:textId="77777777" w:rsidR="00064675" w:rsidRPr="00C75A3D" w:rsidRDefault="00000000">
      <w:pPr>
        <w:jc w:val="center"/>
        <w:rPr>
          <w:sz w:val="32"/>
          <w:szCs w:val="32"/>
        </w:rPr>
      </w:pPr>
      <w:r w:rsidRPr="00C75A3D">
        <w:rPr>
          <w:b/>
          <w:color w:val="008C95"/>
          <w:sz w:val="32"/>
          <w:szCs w:val="32"/>
        </w:rPr>
        <w:t>CHAPTER 08</w:t>
      </w:r>
    </w:p>
    <w:p w14:paraId="32463DE7" w14:textId="77777777" w:rsidR="00064675" w:rsidRPr="00C75A3D" w:rsidRDefault="00000000">
      <w:pPr>
        <w:jc w:val="center"/>
        <w:rPr>
          <w:sz w:val="32"/>
          <w:szCs w:val="32"/>
        </w:rPr>
      </w:pPr>
      <w:r w:rsidRPr="00C75A3D">
        <w:rPr>
          <w:b/>
          <w:color w:val="17365D"/>
          <w:sz w:val="32"/>
          <w:szCs w:val="32"/>
        </w:rPr>
        <w:t>[TITLE OF CHAPTER 8]</w:t>
      </w:r>
    </w:p>
    <w:p w14:paraId="4BC19BF6" w14:textId="77777777" w:rsidR="00064675" w:rsidRDefault="00000000">
      <w:pPr>
        <w:jc w:val="center"/>
      </w:pPr>
      <w:r>
        <w:rPr>
          <w:b/>
        </w:rPr>
        <w:t xml:space="preserve">[Author 1 </w:t>
      </w:r>
      <w:proofErr w:type="gramStart"/>
      <w:r>
        <w:rPr>
          <w:b/>
        </w:rPr>
        <w:t>Name]¹</w:t>
      </w:r>
      <w:proofErr w:type="gramEnd"/>
      <w:r>
        <w:rPr>
          <w:b/>
        </w:rPr>
        <w:t xml:space="preserve">, [Author 2 </w:t>
      </w:r>
      <w:proofErr w:type="gramStart"/>
      <w:r>
        <w:rPr>
          <w:b/>
        </w:rPr>
        <w:t>Name]²</w:t>
      </w:r>
      <w:proofErr w:type="gramEnd"/>
      <w:r>
        <w:rPr>
          <w:b/>
        </w:rPr>
        <w:t xml:space="preserve">, [Author 3 </w:t>
      </w:r>
      <w:proofErr w:type="gramStart"/>
      <w:r>
        <w:rPr>
          <w:b/>
        </w:rPr>
        <w:t>Name]³</w:t>
      </w:r>
      <w:proofErr w:type="gramEnd"/>
    </w:p>
    <w:p w14:paraId="5D890C6C" w14:textId="77777777" w:rsidR="00064675" w:rsidRDefault="00000000">
      <w:pPr>
        <w:jc w:val="center"/>
      </w:pPr>
      <w:r>
        <w:rPr>
          <w:i/>
        </w:rPr>
        <w:t>¹Department, Institution, City, Country</w:t>
      </w:r>
      <w:r>
        <w:rPr>
          <w:i/>
        </w:rPr>
        <w:br/>
        <w:t>²Department, Institution, City, Country</w:t>
      </w:r>
      <w:r>
        <w:rPr>
          <w:i/>
        </w:rPr>
        <w:br/>
        <w:t>Corresponding author: e-mail / ORCID</w:t>
      </w:r>
    </w:p>
    <w:p w14:paraId="6DAE8630" w14:textId="77777777" w:rsidR="00064675" w:rsidRDefault="00064675"/>
    <w:p w14:paraId="65330180" w14:textId="77777777" w:rsidR="00A8321C" w:rsidRPr="00A8321C" w:rsidRDefault="00A8321C" w:rsidP="00A8321C">
      <w:pPr>
        <w:pStyle w:val="Heading1"/>
        <w:rPr>
          <w:sz w:val="28"/>
          <w:szCs w:val="22"/>
        </w:rPr>
      </w:pPr>
      <w:r w:rsidRPr="00A8321C">
        <w:rPr>
          <w:sz w:val="28"/>
          <w:szCs w:val="22"/>
        </w:rPr>
        <w:t>Abstract</w:t>
      </w:r>
    </w:p>
    <w:p w14:paraId="70CD88A1" w14:textId="77777777" w:rsidR="00A8321C" w:rsidRDefault="00A8321C" w:rsidP="00A8321C">
      <w:r>
        <w:t>[150–250 words. Summarize the purpose, scope/method, major points or findings, and conclusion of the chapter.]</w:t>
      </w:r>
    </w:p>
    <w:p w14:paraId="17FF6F5E" w14:textId="77777777" w:rsidR="00A8321C" w:rsidRDefault="00A8321C" w:rsidP="00A8321C">
      <w:r>
        <w:rPr>
          <w:b/>
        </w:rPr>
        <w:t xml:space="preserve">Keywords: </w:t>
      </w:r>
      <w:r>
        <w:t>[Keyword 1]; [Keyword 2]; [Keyword 3]; [Keyword 4]; [Keyword 5]</w:t>
      </w:r>
    </w:p>
    <w:p w14:paraId="3D602BC3" w14:textId="77777777" w:rsidR="00A8321C" w:rsidRPr="00A8321C" w:rsidRDefault="00A8321C" w:rsidP="00A8321C">
      <w:pPr>
        <w:pStyle w:val="Heading1"/>
        <w:rPr>
          <w:sz w:val="28"/>
          <w:szCs w:val="22"/>
        </w:rPr>
      </w:pPr>
      <w:r w:rsidRPr="00A8321C">
        <w:rPr>
          <w:sz w:val="28"/>
          <w:szCs w:val="22"/>
        </w:rPr>
        <w:t>1 Introduction</w:t>
      </w:r>
    </w:p>
    <w:p w14:paraId="2D7B9DAD" w14:textId="77777777" w:rsidR="00A8321C" w:rsidRDefault="00A8321C" w:rsidP="00A8321C">
      <w:r>
        <w:t>[Introduce the background, problem/context, rationale, objectives, and organization of the chapter.]</w:t>
      </w:r>
    </w:p>
    <w:p w14:paraId="7A5CB469" w14:textId="77777777" w:rsidR="00A8321C" w:rsidRPr="00A8321C" w:rsidRDefault="00A8321C" w:rsidP="00A8321C">
      <w:pPr>
        <w:pStyle w:val="Heading1"/>
        <w:rPr>
          <w:sz w:val="28"/>
          <w:szCs w:val="22"/>
        </w:rPr>
      </w:pPr>
      <w:r w:rsidRPr="00A8321C">
        <w:rPr>
          <w:sz w:val="28"/>
          <w:szCs w:val="22"/>
        </w:rPr>
        <w:t>2 Main Section</w:t>
      </w:r>
    </w:p>
    <w:p w14:paraId="518213AF" w14:textId="77777777" w:rsidR="00A8321C" w:rsidRDefault="00A8321C" w:rsidP="00A8321C">
      <w:r>
        <w:t>[Develop the principal concepts, literature, theory, methodology, analysis, or subject-specific discussion.]</w:t>
      </w:r>
    </w:p>
    <w:p w14:paraId="0639FE03" w14:textId="77777777" w:rsidR="00A8321C" w:rsidRPr="00A8321C" w:rsidRDefault="00A8321C" w:rsidP="00A8321C">
      <w:pPr>
        <w:pStyle w:val="Heading2"/>
        <w:rPr>
          <w:sz w:val="24"/>
          <w:szCs w:val="24"/>
        </w:rPr>
      </w:pPr>
      <w:r w:rsidRPr="00A8321C">
        <w:rPr>
          <w:sz w:val="24"/>
          <w:szCs w:val="24"/>
        </w:rPr>
        <w:t>2.1 Subsection</w:t>
      </w:r>
    </w:p>
    <w:p w14:paraId="79D27FF8" w14:textId="77777777" w:rsidR="00A8321C" w:rsidRDefault="00A8321C" w:rsidP="00A8321C">
      <w:r>
        <w:t>[Use subsections as required. Maintain a logical hierarchy and avoid excessive levels of headings.]</w:t>
      </w:r>
    </w:p>
    <w:p w14:paraId="1B8446DB" w14:textId="77777777" w:rsidR="00A8321C" w:rsidRDefault="00A8321C" w:rsidP="00A8321C">
      <w:pPr>
        <w:pStyle w:val="CaptionText"/>
        <w:jc w:val="center"/>
      </w:pPr>
      <w:r>
        <w:t>Table X.X. Descriptive table caption (Times New Roman, 9 pt)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688"/>
        <w:gridCol w:w="2688"/>
        <w:gridCol w:w="2688"/>
      </w:tblGrid>
      <w:tr w:rsidR="00A8321C" w14:paraId="0B34F438" w14:textId="77777777" w:rsidTr="00282504">
        <w:trPr>
          <w:jc w:val="center"/>
        </w:trPr>
        <w:tc>
          <w:tcPr>
            <w:tcW w:w="2688" w:type="dxa"/>
            <w:shd w:val="clear" w:color="auto" w:fill="17365D"/>
          </w:tcPr>
          <w:p w14:paraId="3C9EF97B" w14:textId="77777777" w:rsidR="00A8321C" w:rsidRDefault="00A8321C" w:rsidP="00282504">
            <w:r>
              <w:rPr>
                <w:b/>
                <w:color w:val="FFFFFF"/>
                <w:sz w:val="20"/>
              </w:rPr>
              <w:t>Parameter</w:t>
            </w:r>
          </w:p>
        </w:tc>
        <w:tc>
          <w:tcPr>
            <w:tcW w:w="2688" w:type="dxa"/>
            <w:shd w:val="clear" w:color="auto" w:fill="17365D"/>
          </w:tcPr>
          <w:p w14:paraId="39D5A6D2" w14:textId="77777777" w:rsidR="00A8321C" w:rsidRDefault="00A8321C" w:rsidP="00282504">
            <w:r>
              <w:rPr>
                <w:b/>
                <w:color w:val="FFFFFF"/>
                <w:sz w:val="20"/>
              </w:rPr>
              <w:t>Description</w:t>
            </w:r>
          </w:p>
        </w:tc>
        <w:tc>
          <w:tcPr>
            <w:tcW w:w="2688" w:type="dxa"/>
            <w:shd w:val="clear" w:color="auto" w:fill="17365D"/>
          </w:tcPr>
          <w:p w14:paraId="546D9689" w14:textId="77777777" w:rsidR="00A8321C" w:rsidRDefault="00A8321C" w:rsidP="00282504">
            <w:r>
              <w:rPr>
                <w:b/>
                <w:color w:val="FFFFFF"/>
                <w:sz w:val="20"/>
              </w:rPr>
              <w:t>Value / Observation</w:t>
            </w:r>
          </w:p>
        </w:tc>
      </w:tr>
      <w:tr w:rsidR="00A8321C" w14:paraId="0CBDFB89" w14:textId="77777777" w:rsidTr="00282504">
        <w:trPr>
          <w:jc w:val="center"/>
        </w:trPr>
        <w:tc>
          <w:tcPr>
            <w:tcW w:w="2688" w:type="dxa"/>
          </w:tcPr>
          <w:p w14:paraId="0989B1C8" w14:textId="77777777" w:rsidR="00A8321C" w:rsidRDefault="00A8321C" w:rsidP="00282504">
            <w:r>
              <w:rPr>
                <w:sz w:val="20"/>
              </w:rPr>
              <w:t>[Item 1]</w:t>
            </w:r>
          </w:p>
        </w:tc>
        <w:tc>
          <w:tcPr>
            <w:tcW w:w="2688" w:type="dxa"/>
          </w:tcPr>
          <w:p w14:paraId="02760A4B" w14:textId="77777777" w:rsidR="00A8321C" w:rsidRDefault="00A8321C" w:rsidP="00282504">
            <w:r>
              <w:rPr>
                <w:sz w:val="20"/>
              </w:rPr>
              <w:t>[Description]</w:t>
            </w:r>
          </w:p>
        </w:tc>
        <w:tc>
          <w:tcPr>
            <w:tcW w:w="2688" w:type="dxa"/>
          </w:tcPr>
          <w:p w14:paraId="0575A169" w14:textId="77777777" w:rsidR="00A8321C" w:rsidRDefault="00A8321C" w:rsidP="00282504">
            <w:r>
              <w:rPr>
                <w:sz w:val="20"/>
              </w:rPr>
              <w:t>[Value]</w:t>
            </w:r>
          </w:p>
        </w:tc>
      </w:tr>
      <w:tr w:rsidR="00A8321C" w14:paraId="0818E039" w14:textId="77777777" w:rsidTr="00282504">
        <w:trPr>
          <w:jc w:val="center"/>
        </w:trPr>
        <w:tc>
          <w:tcPr>
            <w:tcW w:w="2688" w:type="dxa"/>
          </w:tcPr>
          <w:p w14:paraId="6F677EB0" w14:textId="77777777" w:rsidR="00A8321C" w:rsidRDefault="00A8321C" w:rsidP="00282504">
            <w:r>
              <w:rPr>
                <w:sz w:val="20"/>
              </w:rPr>
              <w:t>[Item 2]</w:t>
            </w:r>
          </w:p>
        </w:tc>
        <w:tc>
          <w:tcPr>
            <w:tcW w:w="2688" w:type="dxa"/>
          </w:tcPr>
          <w:p w14:paraId="70742544" w14:textId="77777777" w:rsidR="00A8321C" w:rsidRDefault="00A8321C" w:rsidP="00282504">
            <w:r>
              <w:rPr>
                <w:sz w:val="20"/>
              </w:rPr>
              <w:t>[Description]</w:t>
            </w:r>
          </w:p>
        </w:tc>
        <w:tc>
          <w:tcPr>
            <w:tcW w:w="2688" w:type="dxa"/>
          </w:tcPr>
          <w:p w14:paraId="32C69A44" w14:textId="77777777" w:rsidR="00A8321C" w:rsidRDefault="00A8321C" w:rsidP="00282504">
            <w:r>
              <w:rPr>
                <w:sz w:val="20"/>
              </w:rPr>
              <w:t>[Value]</w:t>
            </w:r>
          </w:p>
        </w:tc>
      </w:tr>
      <w:tr w:rsidR="00A8321C" w14:paraId="5FB867D9" w14:textId="77777777" w:rsidTr="00282504">
        <w:trPr>
          <w:jc w:val="center"/>
        </w:trPr>
        <w:tc>
          <w:tcPr>
            <w:tcW w:w="2688" w:type="dxa"/>
          </w:tcPr>
          <w:p w14:paraId="3D5EA30E" w14:textId="77777777" w:rsidR="00A8321C" w:rsidRDefault="00A8321C" w:rsidP="00282504">
            <w:r>
              <w:rPr>
                <w:sz w:val="20"/>
              </w:rPr>
              <w:t>[Item 3]</w:t>
            </w:r>
          </w:p>
        </w:tc>
        <w:tc>
          <w:tcPr>
            <w:tcW w:w="2688" w:type="dxa"/>
          </w:tcPr>
          <w:p w14:paraId="72A21A56" w14:textId="77777777" w:rsidR="00A8321C" w:rsidRDefault="00A8321C" w:rsidP="00282504">
            <w:r>
              <w:rPr>
                <w:sz w:val="20"/>
              </w:rPr>
              <w:t>[Description]</w:t>
            </w:r>
          </w:p>
        </w:tc>
        <w:tc>
          <w:tcPr>
            <w:tcW w:w="2688" w:type="dxa"/>
          </w:tcPr>
          <w:p w14:paraId="4FD955AB" w14:textId="77777777" w:rsidR="00A8321C" w:rsidRDefault="00A8321C" w:rsidP="00282504">
            <w:r>
              <w:rPr>
                <w:sz w:val="20"/>
              </w:rPr>
              <w:t>[Value]</w:t>
            </w:r>
          </w:p>
        </w:tc>
      </w:tr>
    </w:tbl>
    <w:p w14:paraId="4074CACC" w14:textId="77777777" w:rsidR="00A8321C" w:rsidRDefault="00A8321C" w:rsidP="00A8321C"/>
    <w:p w14:paraId="5B94BB37" w14:textId="77777777" w:rsidR="00A8321C" w:rsidRDefault="00A8321C" w:rsidP="00A8321C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8064"/>
      </w:tblGrid>
      <w:tr w:rsidR="00A8321C" w14:paraId="50403F00" w14:textId="77777777" w:rsidTr="00282504">
        <w:trPr>
          <w:jc w:val="center"/>
        </w:trPr>
        <w:tc>
          <w:tcPr>
            <w:tcW w:w="8064" w:type="dxa"/>
            <w:shd w:val="clear" w:color="auto" w:fill="F2F2F2"/>
            <w:vAlign w:val="center"/>
          </w:tcPr>
          <w:p w14:paraId="73DF1547" w14:textId="77777777" w:rsidR="00A8321C" w:rsidRDefault="00A8321C" w:rsidP="00282504">
            <w:pPr>
              <w:jc w:val="center"/>
            </w:pPr>
            <w:r>
              <w:rPr>
                <w:b/>
                <w:color w:val="666666"/>
                <w:sz w:val="20"/>
              </w:rPr>
              <w:lastRenderedPageBreak/>
              <w:br/>
              <w:t>INSERT FIGURE / GRAPH / PHOTOGRAPH HERE</w:t>
            </w:r>
            <w:r>
              <w:rPr>
                <w:b/>
                <w:color w:val="666666"/>
                <w:sz w:val="20"/>
              </w:rPr>
              <w:br/>
              <w:t>Minimum resolution: 300 DPI</w:t>
            </w:r>
            <w:r>
              <w:rPr>
                <w:b/>
                <w:color w:val="666666"/>
                <w:sz w:val="20"/>
              </w:rPr>
              <w:br/>
            </w:r>
          </w:p>
        </w:tc>
      </w:tr>
    </w:tbl>
    <w:p w14:paraId="4BBDC6BB" w14:textId="77777777" w:rsidR="00A8321C" w:rsidRDefault="00A8321C" w:rsidP="00A8321C">
      <w:pPr>
        <w:pStyle w:val="CaptionText"/>
        <w:jc w:val="center"/>
      </w:pPr>
      <w:r>
        <w:t>Figure X.X. Figure caption (Times New Roman, 9 pt)</w:t>
      </w:r>
    </w:p>
    <w:p w14:paraId="4A7DC4B5" w14:textId="77777777" w:rsidR="00A8321C" w:rsidRPr="00A8321C" w:rsidRDefault="00A8321C" w:rsidP="00A8321C">
      <w:pPr>
        <w:pStyle w:val="Heading1"/>
        <w:rPr>
          <w:sz w:val="28"/>
          <w:szCs w:val="22"/>
        </w:rPr>
      </w:pPr>
      <w:r w:rsidRPr="00A8321C">
        <w:rPr>
          <w:sz w:val="28"/>
          <w:szCs w:val="22"/>
        </w:rPr>
        <w:t>3 Discussion / Application / Analysis</w:t>
      </w:r>
    </w:p>
    <w:p w14:paraId="55F02640" w14:textId="77777777" w:rsidR="00A8321C" w:rsidRDefault="00A8321C" w:rsidP="00A8321C">
      <w:r>
        <w:t>[Interpret the concepts, evidence, case study, findings, or practical implications as appropriate for the discipline.]</w:t>
      </w:r>
    </w:p>
    <w:p w14:paraId="78F83E90" w14:textId="77777777" w:rsidR="00A8321C" w:rsidRPr="00A8321C" w:rsidRDefault="00A8321C" w:rsidP="00A8321C">
      <w:pPr>
        <w:pStyle w:val="Heading1"/>
        <w:rPr>
          <w:sz w:val="28"/>
          <w:szCs w:val="22"/>
        </w:rPr>
      </w:pPr>
      <w:r w:rsidRPr="00A8321C">
        <w:rPr>
          <w:sz w:val="28"/>
          <w:szCs w:val="22"/>
        </w:rPr>
        <w:t>4 Conclusion</w:t>
      </w:r>
    </w:p>
    <w:p w14:paraId="668507EE" w14:textId="77777777" w:rsidR="00A8321C" w:rsidRDefault="00A8321C" w:rsidP="00A8321C">
      <w:r>
        <w:t>[Summarize the key contribution of the chapter, implications, limitations where relevant, and future directions.]</w:t>
      </w:r>
    </w:p>
    <w:p w14:paraId="188E2BC7" w14:textId="77777777" w:rsidR="00A8321C" w:rsidRPr="00A8321C" w:rsidRDefault="00A8321C" w:rsidP="00A8321C">
      <w:pPr>
        <w:pStyle w:val="Heading2"/>
        <w:rPr>
          <w:sz w:val="24"/>
          <w:szCs w:val="24"/>
        </w:rPr>
      </w:pPr>
      <w:r w:rsidRPr="00A8321C">
        <w:rPr>
          <w:sz w:val="24"/>
          <w:szCs w:val="24"/>
        </w:rPr>
        <w:t>Acknowledgement / Funding</w:t>
      </w:r>
    </w:p>
    <w:p w14:paraId="21321D81" w14:textId="77777777" w:rsidR="00A8321C" w:rsidRDefault="00A8321C" w:rsidP="00A8321C">
      <w:r>
        <w:t>[Optional. Delete if not applicable.]</w:t>
      </w:r>
    </w:p>
    <w:p w14:paraId="1AA297C9" w14:textId="77777777" w:rsidR="00A8321C" w:rsidRPr="00A8321C" w:rsidRDefault="00A8321C" w:rsidP="00A8321C">
      <w:pPr>
        <w:pStyle w:val="Heading2"/>
        <w:rPr>
          <w:sz w:val="24"/>
          <w:szCs w:val="24"/>
        </w:rPr>
      </w:pPr>
      <w:r w:rsidRPr="00A8321C">
        <w:rPr>
          <w:sz w:val="24"/>
          <w:szCs w:val="24"/>
        </w:rPr>
        <w:t>Conflict of Interest</w:t>
      </w:r>
    </w:p>
    <w:p w14:paraId="6AA5BD27" w14:textId="77777777" w:rsidR="00A8321C" w:rsidRDefault="00A8321C" w:rsidP="00A8321C">
      <w:r>
        <w:t>The author(s) declare [no conflict of interest / specify relevant conflict].</w:t>
      </w:r>
    </w:p>
    <w:p w14:paraId="735677C7" w14:textId="77777777" w:rsidR="00A8321C" w:rsidRPr="00A8321C" w:rsidRDefault="00A8321C" w:rsidP="00A8321C">
      <w:pPr>
        <w:pStyle w:val="Heading1"/>
        <w:rPr>
          <w:sz w:val="28"/>
          <w:szCs w:val="22"/>
        </w:rPr>
      </w:pPr>
      <w:r w:rsidRPr="00A8321C">
        <w:rPr>
          <w:sz w:val="28"/>
          <w:szCs w:val="22"/>
        </w:rPr>
        <w:t>References</w:t>
      </w:r>
    </w:p>
    <w:p w14:paraId="573DFBBC" w14:textId="77777777" w:rsidR="00A8321C" w:rsidRDefault="00A8321C" w:rsidP="00A8321C">
      <w:r>
        <w:t>[Use the reference style prescribed by the editors. Ensure every in-text citation appears in the reference list and vice versa.]</w:t>
      </w:r>
    </w:p>
    <w:p w14:paraId="7FEF519B" w14:textId="77777777" w:rsidR="00A8321C" w:rsidRDefault="00A8321C" w:rsidP="00A8321C">
      <w:r>
        <w:t>1. [Sample reference]</w:t>
      </w:r>
      <w:r>
        <w:br/>
        <w:t>2. [Sample reference]</w:t>
      </w:r>
      <w:r>
        <w:br/>
        <w:t>3. [Sample reference]</w:t>
      </w:r>
    </w:p>
    <w:p w14:paraId="1B1AA03F" w14:textId="77777777" w:rsidR="00A8321C" w:rsidRDefault="00A8321C" w:rsidP="00A8321C"/>
    <w:p w14:paraId="657A5ED4" w14:textId="77777777" w:rsidR="00232C66" w:rsidRDefault="00A8321C" w:rsidP="00232C66">
      <w:pPr>
        <w:spacing w:after="0"/>
        <w:rPr>
          <w:rFonts w:cs="Times New Roman"/>
          <w:color w:val="00B050"/>
          <w:sz w:val="20"/>
          <w:szCs w:val="20"/>
        </w:rPr>
      </w:pPr>
      <w:r>
        <w:rPr>
          <w:b/>
          <w:color w:val="008C95"/>
        </w:rPr>
        <w:br w:type="column"/>
      </w:r>
      <w:r w:rsidR="00232C66" w:rsidRPr="00DD72BE">
        <w:rPr>
          <w:rFonts w:cs="Times New Roman"/>
          <w:color w:val="00B050"/>
          <w:sz w:val="20"/>
          <w:szCs w:val="20"/>
        </w:rPr>
        <w:lastRenderedPageBreak/>
        <w:t xml:space="preserve">Notation Trendplus Publishing </w:t>
      </w:r>
    </w:p>
    <w:p w14:paraId="0D133F26" w14:textId="2294E932" w:rsidR="00064675" w:rsidRDefault="00232C66" w:rsidP="00232C66">
      <w:hyperlink r:id="rId26" w:history="1">
        <w:r w:rsidRPr="002550C0">
          <w:rPr>
            <w:rStyle w:val="Hyperlink"/>
            <w:rFonts w:cs="Times New Roman"/>
            <w:sz w:val="18"/>
            <w:szCs w:val="18"/>
          </w:rPr>
          <w:t>https://doi.org/</w:t>
        </w:r>
      </w:hyperlink>
      <w:r w:rsidR="00C75A3D" w:rsidRPr="00E57D7C">
        <w:rPr>
          <w:noProof/>
        </w:rPr>
        <w:drawing>
          <wp:anchor distT="0" distB="0" distL="114300" distR="114300" simplePos="0" relativeHeight="251654656" behindDoc="0" locked="1" layoutInCell="1" allowOverlap="1" wp14:anchorId="09883524" wp14:editId="6A028404">
            <wp:simplePos x="0" y="0"/>
            <wp:positionH relativeFrom="margin">
              <wp:posOffset>3796030</wp:posOffset>
            </wp:positionH>
            <wp:positionV relativeFrom="margin">
              <wp:posOffset>-125730</wp:posOffset>
            </wp:positionV>
            <wp:extent cx="1322705" cy="511810"/>
            <wp:effectExtent l="0" t="0" r="0" b="2540"/>
            <wp:wrapNone/>
            <wp:docPr id="2103777339" name="Picture 2103777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0580540" name="Picture 1500580540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2705" cy="511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4CB9A2" w14:textId="77777777" w:rsidR="00232C66" w:rsidRDefault="00232C66">
      <w:pPr>
        <w:jc w:val="center"/>
        <w:rPr>
          <w:b/>
          <w:color w:val="008C95"/>
          <w:sz w:val="32"/>
          <w:szCs w:val="32"/>
        </w:rPr>
      </w:pPr>
    </w:p>
    <w:p w14:paraId="366A3BB2" w14:textId="3A96D3EB" w:rsidR="00064675" w:rsidRPr="00C75A3D" w:rsidRDefault="00000000">
      <w:pPr>
        <w:jc w:val="center"/>
        <w:rPr>
          <w:sz w:val="32"/>
          <w:szCs w:val="32"/>
        </w:rPr>
      </w:pPr>
      <w:r w:rsidRPr="00C75A3D">
        <w:rPr>
          <w:b/>
          <w:color w:val="008C95"/>
          <w:sz w:val="32"/>
          <w:szCs w:val="32"/>
        </w:rPr>
        <w:t>CHAPTER 09</w:t>
      </w:r>
    </w:p>
    <w:p w14:paraId="2480D98F" w14:textId="77777777" w:rsidR="00064675" w:rsidRPr="00C75A3D" w:rsidRDefault="00000000">
      <w:pPr>
        <w:jc w:val="center"/>
        <w:rPr>
          <w:sz w:val="32"/>
          <w:szCs w:val="32"/>
        </w:rPr>
      </w:pPr>
      <w:r w:rsidRPr="00C75A3D">
        <w:rPr>
          <w:b/>
          <w:color w:val="17365D"/>
          <w:sz w:val="32"/>
          <w:szCs w:val="32"/>
        </w:rPr>
        <w:t>[TITLE OF CHAPTER 9]</w:t>
      </w:r>
    </w:p>
    <w:p w14:paraId="7E26F7C5" w14:textId="77777777" w:rsidR="00064675" w:rsidRDefault="00000000">
      <w:pPr>
        <w:jc w:val="center"/>
      </w:pPr>
      <w:r>
        <w:rPr>
          <w:b/>
        </w:rPr>
        <w:t xml:space="preserve">[Author 1 </w:t>
      </w:r>
      <w:proofErr w:type="gramStart"/>
      <w:r>
        <w:rPr>
          <w:b/>
        </w:rPr>
        <w:t>Name]¹</w:t>
      </w:r>
      <w:proofErr w:type="gramEnd"/>
      <w:r>
        <w:rPr>
          <w:b/>
        </w:rPr>
        <w:t xml:space="preserve">, [Author 2 </w:t>
      </w:r>
      <w:proofErr w:type="gramStart"/>
      <w:r>
        <w:rPr>
          <w:b/>
        </w:rPr>
        <w:t>Name]²</w:t>
      </w:r>
      <w:proofErr w:type="gramEnd"/>
      <w:r>
        <w:rPr>
          <w:b/>
        </w:rPr>
        <w:t xml:space="preserve">, [Author 3 </w:t>
      </w:r>
      <w:proofErr w:type="gramStart"/>
      <w:r>
        <w:rPr>
          <w:b/>
        </w:rPr>
        <w:t>Name]³</w:t>
      </w:r>
      <w:proofErr w:type="gramEnd"/>
    </w:p>
    <w:p w14:paraId="37FC42F1" w14:textId="77777777" w:rsidR="00064675" w:rsidRDefault="00000000">
      <w:pPr>
        <w:jc w:val="center"/>
      </w:pPr>
      <w:r>
        <w:rPr>
          <w:i/>
        </w:rPr>
        <w:t>¹Department, Institution, City, Country</w:t>
      </w:r>
      <w:r>
        <w:rPr>
          <w:i/>
        </w:rPr>
        <w:br/>
        <w:t>²Department, Institution, City, Country</w:t>
      </w:r>
      <w:r>
        <w:rPr>
          <w:i/>
        </w:rPr>
        <w:br/>
        <w:t>Corresponding author: e-mail / ORCID</w:t>
      </w:r>
    </w:p>
    <w:p w14:paraId="63A0F37C" w14:textId="77777777" w:rsidR="00064675" w:rsidRDefault="00064675"/>
    <w:p w14:paraId="7CECFA53" w14:textId="77777777" w:rsidR="00A8321C" w:rsidRPr="00A8321C" w:rsidRDefault="00A8321C" w:rsidP="00A8321C">
      <w:pPr>
        <w:pStyle w:val="Heading1"/>
        <w:rPr>
          <w:sz w:val="28"/>
          <w:szCs w:val="22"/>
        </w:rPr>
      </w:pPr>
      <w:r w:rsidRPr="00A8321C">
        <w:rPr>
          <w:sz w:val="28"/>
          <w:szCs w:val="22"/>
        </w:rPr>
        <w:t>Abstract</w:t>
      </w:r>
    </w:p>
    <w:p w14:paraId="2A4C2F2D" w14:textId="77777777" w:rsidR="00A8321C" w:rsidRDefault="00A8321C" w:rsidP="00A8321C">
      <w:r>
        <w:t>[150–250 words. Summarize the purpose, scope/method, major points or findings, and conclusion of the chapter.]</w:t>
      </w:r>
    </w:p>
    <w:p w14:paraId="47BA8FEA" w14:textId="77777777" w:rsidR="00A8321C" w:rsidRDefault="00A8321C" w:rsidP="00A8321C">
      <w:r>
        <w:rPr>
          <w:b/>
        </w:rPr>
        <w:t xml:space="preserve">Keywords: </w:t>
      </w:r>
      <w:r>
        <w:t>[Keyword 1]; [Keyword 2]; [Keyword 3]; [Keyword 4]; [Keyword 5]</w:t>
      </w:r>
    </w:p>
    <w:p w14:paraId="5B2FD12F" w14:textId="77777777" w:rsidR="00A8321C" w:rsidRPr="00A8321C" w:rsidRDefault="00A8321C" w:rsidP="00A8321C">
      <w:pPr>
        <w:pStyle w:val="Heading1"/>
        <w:rPr>
          <w:sz w:val="28"/>
          <w:szCs w:val="22"/>
        </w:rPr>
      </w:pPr>
      <w:r w:rsidRPr="00A8321C">
        <w:rPr>
          <w:sz w:val="28"/>
          <w:szCs w:val="22"/>
        </w:rPr>
        <w:t>1 Introduction</w:t>
      </w:r>
    </w:p>
    <w:p w14:paraId="5478D55C" w14:textId="77777777" w:rsidR="00A8321C" w:rsidRDefault="00A8321C" w:rsidP="00A8321C">
      <w:r>
        <w:t>[Introduce the background, problem/context, rationale, objectives, and organization of the chapter.]</w:t>
      </w:r>
    </w:p>
    <w:p w14:paraId="3A9E09BB" w14:textId="77777777" w:rsidR="00A8321C" w:rsidRPr="00A8321C" w:rsidRDefault="00A8321C" w:rsidP="00A8321C">
      <w:pPr>
        <w:pStyle w:val="Heading1"/>
        <w:rPr>
          <w:sz w:val="28"/>
          <w:szCs w:val="22"/>
        </w:rPr>
      </w:pPr>
      <w:r w:rsidRPr="00A8321C">
        <w:rPr>
          <w:sz w:val="28"/>
          <w:szCs w:val="22"/>
        </w:rPr>
        <w:t>2 Main Section</w:t>
      </w:r>
    </w:p>
    <w:p w14:paraId="5BE82692" w14:textId="77777777" w:rsidR="00A8321C" w:rsidRDefault="00A8321C" w:rsidP="00A8321C">
      <w:r>
        <w:t>[Develop the principal concepts, literature, theory, methodology, analysis, or subject-specific discussion.]</w:t>
      </w:r>
    </w:p>
    <w:p w14:paraId="741C8E7F" w14:textId="77777777" w:rsidR="00A8321C" w:rsidRPr="00A8321C" w:rsidRDefault="00A8321C" w:rsidP="00A8321C">
      <w:pPr>
        <w:pStyle w:val="Heading2"/>
        <w:rPr>
          <w:sz w:val="24"/>
          <w:szCs w:val="24"/>
        </w:rPr>
      </w:pPr>
      <w:r w:rsidRPr="00A8321C">
        <w:rPr>
          <w:sz w:val="24"/>
          <w:szCs w:val="24"/>
        </w:rPr>
        <w:t>2.1 Subsection</w:t>
      </w:r>
    </w:p>
    <w:p w14:paraId="069387B7" w14:textId="77777777" w:rsidR="00A8321C" w:rsidRDefault="00A8321C" w:rsidP="00A8321C">
      <w:r>
        <w:t>[Use subsections as required. Maintain a logical hierarchy and avoid excessive levels of headings.]</w:t>
      </w:r>
    </w:p>
    <w:p w14:paraId="64CA2868" w14:textId="77777777" w:rsidR="00A8321C" w:rsidRDefault="00A8321C" w:rsidP="00A8321C">
      <w:pPr>
        <w:pStyle w:val="CaptionText"/>
        <w:jc w:val="center"/>
      </w:pPr>
      <w:r>
        <w:t>Table X.X. Descriptive table caption (Times New Roman, 9 pt)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688"/>
        <w:gridCol w:w="2688"/>
        <w:gridCol w:w="2688"/>
      </w:tblGrid>
      <w:tr w:rsidR="00A8321C" w14:paraId="306D592C" w14:textId="77777777" w:rsidTr="00282504">
        <w:trPr>
          <w:jc w:val="center"/>
        </w:trPr>
        <w:tc>
          <w:tcPr>
            <w:tcW w:w="2688" w:type="dxa"/>
            <w:shd w:val="clear" w:color="auto" w:fill="17365D"/>
          </w:tcPr>
          <w:p w14:paraId="3A7D0F13" w14:textId="77777777" w:rsidR="00A8321C" w:rsidRDefault="00A8321C" w:rsidP="00282504">
            <w:r>
              <w:rPr>
                <w:b/>
                <w:color w:val="FFFFFF"/>
                <w:sz w:val="20"/>
              </w:rPr>
              <w:t>Parameter</w:t>
            </w:r>
          </w:p>
        </w:tc>
        <w:tc>
          <w:tcPr>
            <w:tcW w:w="2688" w:type="dxa"/>
            <w:shd w:val="clear" w:color="auto" w:fill="17365D"/>
          </w:tcPr>
          <w:p w14:paraId="6AB817F4" w14:textId="77777777" w:rsidR="00A8321C" w:rsidRDefault="00A8321C" w:rsidP="00282504">
            <w:r>
              <w:rPr>
                <w:b/>
                <w:color w:val="FFFFFF"/>
                <w:sz w:val="20"/>
              </w:rPr>
              <w:t>Description</w:t>
            </w:r>
          </w:p>
        </w:tc>
        <w:tc>
          <w:tcPr>
            <w:tcW w:w="2688" w:type="dxa"/>
            <w:shd w:val="clear" w:color="auto" w:fill="17365D"/>
          </w:tcPr>
          <w:p w14:paraId="337BD37E" w14:textId="77777777" w:rsidR="00A8321C" w:rsidRDefault="00A8321C" w:rsidP="00282504">
            <w:r>
              <w:rPr>
                <w:b/>
                <w:color w:val="FFFFFF"/>
                <w:sz w:val="20"/>
              </w:rPr>
              <w:t>Value / Observation</w:t>
            </w:r>
          </w:p>
        </w:tc>
      </w:tr>
      <w:tr w:rsidR="00A8321C" w14:paraId="4347DB53" w14:textId="77777777" w:rsidTr="00282504">
        <w:trPr>
          <w:jc w:val="center"/>
        </w:trPr>
        <w:tc>
          <w:tcPr>
            <w:tcW w:w="2688" w:type="dxa"/>
          </w:tcPr>
          <w:p w14:paraId="6E02C300" w14:textId="77777777" w:rsidR="00A8321C" w:rsidRDefault="00A8321C" w:rsidP="00282504">
            <w:r>
              <w:rPr>
                <w:sz w:val="20"/>
              </w:rPr>
              <w:t>[Item 1]</w:t>
            </w:r>
          </w:p>
        </w:tc>
        <w:tc>
          <w:tcPr>
            <w:tcW w:w="2688" w:type="dxa"/>
          </w:tcPr>
          <w:p w14:paraId="7AFFC4EB" w14:textId="77777777" w:rsidR="00A8321C" w:rsidRDefault="00A8321C" w:rsidP="00282504">
            <w:r>
              <w:rPr>
                <w:sz w:val="20"/>
              </w:rPr>
              <w:t>[Description]</w:t>
            </w:r>
          </w:p>
        </w:tc>
        <w:tc>
          <w:tcPr>
            <w:tcW w:w="2688" w:type="dxa"/>
          </w:tcPr>
          <w:p w14:paraId="41325731" w14:textId="77777777" w:rsidR="00A8321C" w:rsidRDefault="00A8321C" w:rsidP="00282504">
            <w:r>
              <w:rPr>
                <w:sz w:val="20"/>
              </w:rPr>
              <w:t>[Value]</w:t>
            </w:r>
          </w:p>
        </w:tc>
      </w:tr>
      <w:tr w:rsidR="00A8321C" w14:paraId="4AED40E9" w14:textId="77777777" w:rsidTr="00282504">
        <w:trPr>
          <w:jc w:val="center"/>
        </w:trPr>
        <w:tc>
          <w:tcPr>
            <w:tcW w:w="2688" w:type="dxa"/>
          </w:tcPr>
          <w:p w14:paraId="36B5E7E7" w14:textId="77777777" w:rsidR="00A8321C" w:rsidRDefault="00A8321C" w:rsidP="00282504">
            <w:r>
              <w:rPr>
                <w:sz w:val="20"/>
              </w:rPr>
              <w:t>[Item 2]</w:t>
            </w:r>
          </w:p>
        </w:tc>
        <w:tc>
          <w:tcPr>
            <w:tcW w:w="2688" w:type="dxa"/>
          </w:tcPr>
          <w:p w14:paraId="7B8E6035" w14:textId="77777777" w:rsidR="00A8321C" w:rsidRDefault="00A8321C" w:rsidP="00282504">
            <w:r>
              <w:rPr>
                <w:sz w:val="20"/>
              </w:rPr>
              <w:t>[Description]</w:t>
            </w:r>
          </w:p>
        </w:tc>
        <w:tc>
          <w:tcPr>
            <w:tcW w:w="2688" w:type="dxa"/>
          </w:tcPr>
          <w:p w14:paraId="200DC28C" w14:textId="77777777" w:rsidR="00A8321C" w:rsidRDefault="00A8321C" w:rsidP="00282504">
            <w:r>
              <w:rPr>
                <w:sz w:val="20"/>
              </w:rPr>
              <w:t>[Value]</w:t>
            </w:r>
          </w:p>
        </w:tc>
      </w:tr>
      <w:tr w:rsidR="00A8321C" w14:paraId="7B00C7F0" w14:textId="77777777" w:rsidTr="00282504">
        <w:trPr>
          <w:jc w:val="center"/>
        </w:trPr>
        <w:tc>
          <w:tcPr>
            <w:tcW w:w="2688" w:type="dxa"/>
          </w:tcPr>
          <w:p w14:paraId="0AE01280" w14:textId="77777777" w:rsidR="00A8321C" w:rsidRDefault="00A8321C" w:rsidP="00282504">
            <w:r>
              <w:rPr>
                <w:sz w:val="20"/>
              </w:rPr>
              <w:t>[Item 3]</w:t>
            </w:r>
          </w:p>
        </w:tc>
        <w:tc>
          <w:tcPr>
            <w:tcW w:w="2688" w:type="dxa"/>
          </w:tcPr>
          <w:p w14:paraId="51326289" w14:textId="77777777" w:rsidR="00A8321C" w:rsidRDefault="00A8321C" w:rsidP="00282504">
            <w:r>
              <w:rPr>
                <w:sz w:val="20"/>
              </w:rPr>
              <w:t>[Description]</w:t>
            </w:r>
          </w:p>
        </w:tc>
        <w:tc>
          <w:tcPr>
            <w:tcW w:w="2688" w:type="dxa"/>
          </w:tcPr>
          <w:p w14:paraId="14FAF7CA" w14:textId="77777777" w:rsidR="00A8321C" w:rsidRDefault="00A8321C" w:rsidP="00282504">
            <w:r>
              <w:rPr>
                <w:sz w:val="20"/>
              </w:rPr>
              <w:t>[Value]</w:t>
            </w:r>
          </w:p>
        </w:tc>
      </w:tr>
    </w:tbl>
    <w:p w14:paraId="68032DEF" w14:textId="77777777" w:rsidR="00A8321C" w:rsidRDefault="00A8321C" w:rsidP="00A8321C"/>
    <w:p w14:paraId="5D060B74" w14:textId="77777777" w:rsidR="00A8321C" w:rsidRDefault="00A8321C" w:rsidP="00A8321C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8064"/>
      </w:tblGrid>
      <w:tr w:rsidR="00A8321C" w14:paraId="2AB2F3FB" w14:textId="77777777" w:rsidTr="00282504">
        <w:trPr>
          <w:jc w:val="center"/>
        </w:trPr>
        <w:tc>
          <w:tcPr>
            <w:tcW w:w="8064" w:type="dxa"/>
            <w:shd w:val="clear" w:color="auto" w:fill="F2F2F2"/>
            <w:vAlign w:val="center"/>
          </w:tcPr>
          <w:p w14:paraId="4BF254FB" w14:textId="77777777" w:rsidR="00A8321C" w:rsidRDefault="00A8321C" w:rsidP="00282504">
            <w:pPr>
              <w:jc w:val="center"/>
            </w:pPr>
            <w:r>
              <w:rPr>
                <w:b/>
                <w:color w:val="666666"/>
                <w:sz w:val="20"/>
              </w:rPr>
              <w:br/>
              <w:t>INSERT FIGURE / GRAPH / PHOTOGRAPH HERE</w:t>
            </w:r>
            <w:r>
              <w:rPr>
                <w:b/>
                <w:color w:val="666666"/>
                <w:sz w:val="20"/>
              </w:rPr>
              <w:br/>
              <w:t>Minimum resolution: 300 DPI</w:t>
            </w:r>
            <w:r>
              <w:rPr>
                <w:b/>
                <w:color w:val="666666"/>
                <w:sz w:val="20"/>
              </w:rPr>
              <w:br/>
            </w:r>
          </w:p>
        </w:tc>
      </w:tr>
    </w:tbl>
    <w:p w14:paraId="2E46B302" w14:textId="77777777" w:rsidR="00A8321C" w:rsidRDefault="00A8321C" w:rsidP="00A8321C">
      <w:pPr>
        <w:pStyle w:val="CaptionText"/>
        <w:jc w:val="center"/>
      </w:pPr>
      <w:r>
        <w:t>Figure X.X. Figure caption (Times New Roman, 9 pt)</w:t>
      </w:r>
    </w:p>
    <w:p w14:paraId="694E30DC" w14:textId="77777777" w:rsidR="00A8321C" w:rsidRPr="00A8321C" w:rsidRDefault="00A8321C" w:rsidP="00A8321C">
      <w:pPr>
        <w:pStyle w:val="Heading1"/>
        <w:rPr>
          <w:sz w:val="28"/>
          <w:szCs w:val="22"/>
        </w:rPr>
      </w:pPr>
      <w:r w:rsidRPr="00A8321C">
        <w:rPr>
          <w:sz w:val="28"/>
          <w:szCs w:val="22"/>
        </w:rPr>
        <w:t>3 Discussion / Application / Analysis</w:t>
      </w:r>
    </w:p>
    <w:p w14:paraId="77B55FA7" w14:textId="77777777" w:rsidR="00A8321C" w:rsidRDefault="00A8321C" w:rsidP="00A8321C">
      <w:r>
        <w:t>[Interpret the concepts, evidence, case study, findings, or practical implications as appropriate for the discipline.]</w:t>
      </w:r>
    </w:p>
    <w:p w14:paraId="042393EA" w14:textId="77777777" w:rsidR="00A8321C" w:rsidRPr="00A8321C" w:rsidRDefault="00A8321C" w:rsidP="00A8321C">
      <w:pPr>
        <w:pStyle w:val="Heading1"/>
        <w:rPr>
          <w:sz w:val="28"/>
          <w:szCs w:val="22"/>
        </w:rPr>
      </w:pPr>
      <w:r w:rsidRPr="00A8321C">
        <w:rPr>
          <w:sz w:val="28"/>
          <w:szCs w:val="22"/>
        </w:rPr>
        <w:t>4 Conclusion</w:t>
      </w:r>
    </w:p>
    <w:p w14:paraId="63EE306D" w14:textId="77777777" w:rsidR="00A8321C" w:rsidRDefault="00A8321C" w:rsidP="00A8321C">
      <w:r>
        <w:t>[Summarize the key contribution of the chapter, implications, limitations where relevant, and future directions.]</w:t>
      </w:r>
    </w:p>
    <w:p w14:paraId="43C4BD2F" w14:textId="77777777" w:rsidR="00A8321C" w:rsidRPr="00A8321C" w:rsidRDefault="00A8321C" w:rsidP="00A8321C">
      <w:pPr>
        <w:pStyle w:val="Heading2"/>
        <w:rPr>
          <w:sz w:val="24"/>
          <w:szCs w:val="24"/>
        </w:rPr>
      </w:pPr>
      <w:r w:rsidRPr="00A8321C">
        <w:rPr>
          <w:sz w:val="24"/>
          <w:szCs w:val="24"/>
        </w:rPr>
        <w:t>Acknowledgement / Funding</w:t>
      </w:r>
    </w:p>
    <w:p w14:paraId="6D9A8A04" w14:textId="77777777" w:rsidR="00A8321C" w:rsidRDefault="00A8321C" w:rsidP="00A8321C">
      <w:r>
        <w:t>[Optional. Delete if not applicable.]</w:t>
      </w:r>
    </w:p>
    <w:p w14:paraId="5CADA267" w14:textId="77777777" w:rsidR="00A8321C" w:rsidRPr="00A8321C" w:rsidRDefault="00A8321C" w:rsidP="00A8321C">
      <w:pPr>
        <w:pStyle w:val="Heading2"/>
        <w:rPr>
          <w:sz w:val="24"/>
          <w:szCs w:val="24"/>
        </w:rPr>
      </w:pPr>
      <w:r w:rsidRPr="00A8321C">
        <w:rPr>
          <w:sz w:val="24"/>
          <w:szCs w:val="24"/>
        </w:rPr>
        <w:t>Conflict of Interest</w:t>
      </w:r>
    </w:p>
    <w:p w14:paraId="0C3C3970" w14:textId="77777777" w:rsidR="00A8321C" w:rsidRDefault="00A8321C" w:rsidP="00A8321C">
      <w:r>
        <w:t>The author(s) declare [no conflict of interest / specify relevant conflict].</w:t>
      </w:r>
    </w:p>
    <w:p w14:paraId="7D74465D" w14:textId="77777777" w:rsidR="00A8321C" w:rsidRPr="00A8321C" w:rsidRDefault="00A8321C" w:rsidP="00A8321C">
      <w:pPr>
        <w:pStyle w:val="Heading1"/>
        <w:rPr>
          <w:sz w:val="28"/>
          <w:szCs w:val="22"/>
        </w:rPr>
      </w:pPr>
      <w:r w:rsidRPr="00A8321C">
        <w:rPr>
          <w:sz w:val="28"/>
          <w:szCs w:val="22"/>
        </w:rPr>
        <w:t>References</w:t>
      </w:r>
    </w:p>
    <w:p w14:paraId="70BC6554" w14:textId="77777777" w:rsidR="00A8321C" w:rsidRDefault="00A8321C" w:rsidP="00A8321C">
      <w:r>
        <w:t>[Use the reference style prescribed by the editors. Ensure every in-text citation appears in the reference list and vice versa.]</w:t>
      </w:r>
    </w:p>
    <w:p w14:paraId="068837FD" w14:textId="77777777" w:rsidR="00A8321C" w:rsidRDefault="00A8321C" w:rsidP="00A8321C">
      <w:r>
        <w:t>1. [Sample reference]</w:t>
      </w:r>
      <w:r>
        <w:br/>
        <w:t>2. [Sample reference]</w:t>
      </w:r>
      <w:r>
        <w:br/>
        <w:t>3. [Sample reference]</w:t>
      </w:r>
    </w:p>
    <w:p w14:paraId="32D88AC0" w14:textId="77777777" w:rsidR="00A8321C" w:rsidRDefault="00A8321C" w:rsidP="00A8321C"/>
    <w:p w14:paraId="45C2F882" w14:textId="77777777" w:rsidR="00232C66" w:rsidRDefault="00A8321C" w:rsidP="00232C66">
      <w:pPr>
        <w:spacing w:after="0"/>
        <w:rPr>
          <w:rFonts w:cs="Times New Roman"/>
          <w:color w:val="00B050"/>
          <w:sz w:val="20"/>
          <w:szCs w:val="20"/>
        </w:rPr>
      </w:pPr>
      <w:r>
        <w:rPr>
          <w:b/>
          <w:color w:val="008C95"/>
        </w:rPr>
        <w:br w:type="column"/>
      </w:r>
      <w:r w:rsidR="00232C66" w:rsidRPr="00DD72BE">
        <w:rPr>
          <w:rFonts w:cs="Times New Roman"/>
          <w:color w:val="00B050"/>
          <w:sz w:val="20"/>
          <w:szCs w:val="20"/>
        </w:rPr>
        <w:lastRenderedPageBreak/>
        <w:t xml:space="preserve">Notation Trendplus Publishing </w:t>
      </w:r>
    </w:p>
    <w:p w14:paraId="02BEE934" w14:textId="63C468CB" w:rsidR="00064675" w:rsidRDefault="00232C66" w:rsidP="00232C66">
      <w:hyperlink r:id="rId27" w:history="1">
        <w:r w:rsidRPr="002550C0">
          <w:rPr>
            <w:rStyle w:val="Hyperlink"/>
            <w:rFonts w:cs="Times New Roman"/>
            <w:sz w:val="18"/>
            <w:szCs w:val="18"/>
          </w:rPr>
          <w:t>https://doi.org/</w:t>
        </w:r>
      </w:hyperlink>
    </w:p>
    <w:p w14:paraId="71051E1E" w14:textId="7D8F8D21" w:rsidR="00064675" w:rsidRPr="00C75A3D" w:rsidRDefault="00C75A3D">
      <w:pPr>
        <w:jc w:val="center"/>
        <w:rPr>
          <w:sz w:val="32"/>
          <w:szCs w:val="32"/>
        </w:rPr>
      </w:pPr>
      <w:r w:rsidRPr="00E57D7C">
        <w:rPr>
          <w:noProof/>
        </w:rPr>
        <w:drawing>
          <wp:anchor distT="0" distB="0" distL="114300" distR="114300" simplePos="0" relativeHeight="251679744" behindDoc="0" locked="1" layoutInCell="1" allowOverlap="1" wp14:anchorId="0726189D" wp14:editId="07F2F7B8">
            <wp:simplePos x="0" y="0"/>
            <wp:positionH relativeFrom="margin">
              <wp:posOffset>4058920</wp:posOffset>
            </wp:positionH>
            <wp:positionV relativeFrom="margin">
              <wp:posOffset>-148590</wp:posOffset>
            </wp:positionV>
            <wp:extent cx="1322705" cy="511810"/>
            <wp:effectExtent l="0" t="0" r="0" b="2540"/>
            <wp:wrapNone/>
            <wp:docPr id="1235363770" name="Picture 12353637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0580540" name="Picture 1500580540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2705" cy="511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0000" w:rsidRPr="00C75A3D">
        <w:rPr>
          <w:b/>
          <w:color w:val="008C95"/>
          <w:sz w:val="32"/>
          <w:szCs w:val="32"/>
        </w:rPr>
        <w:t>CHAPTER 10</w:t>
      </w:r>
    </w:p>
    <w:p w14:paraId="6C6167E0" w14:textId="77777777" w:rsidR="00064675" w:rsidRPr="00C75A3D" w:rsidRDefault="00000000">
      <w:pPr>
        <w:jc w:val="center"/>
        <w:rPr>
          <w:sz w:val="32"/>
          <w:szCs w:val="32"/>
        </w:rPr>
      </w:pPr>
      <w:r w:rsidRPr="00C75A3D">
        <w:rPr>
          <w:b/>
          <w:color w:val="17365D"/>
          <w:sz w:val="32"/>
          <w:szCs w:val="32"/>
        </w:rPr>
        <w:t>[TITLE OF CHAPTER 10]</w:t>
      </w:r>
    </w:p>
    <w:p w14:paraId="6FDADA68" w14:textId="77777777" w:rsidR="00064675" w:rsidRDefault="00000000">
      <w:pPr>
        <w:jc w:val="center"/>
      </w:pPr>
      <w:r>
        <w:rPr>
          <w:b/>
        </w:rPr>
        <w:t xml:space="preserve">[Author 1 </w:t>
      </w:r>
      <w:proofErr w:type="gramStart"/>
      <w:r>
        <w:rPr>
          <w:b/>
        </w:rPr>
        <w:t>Name]¹</w:t>
      </w:r>
      <w:proofErr w:type="gramEnd"/>
      <w:r>
        <w:rPr>
          <w:b/>
        </w:rPr>
        <w:t xml:space="preserve">, [Author 2 </w:t>
      </w:r>
      <w:proofErr w:type="gramStart"/>
      <w:r>
        <w:rPr>
          <w:b/>
        </w:rPr>
        <w:t>Name]²</w:t>
      </w:r>
      <w:proofErr w:type="gramEnd"/>
      <w:r>
        <w:rPr>
          <w:b/>
        </w:rPr>
        <w:t xml:space="preserve">, [Author 3 </w:t>
      </w:r>
      <w:proofErr w:type="gramStart"/>
      <w:r>
        <w:rPr>
          <w:b/>
        </w:rPr>
        <w:t>Name]³</w:t>
      </w:r>
      <w:proofErr w:type="gramEnd"/>
    </w:p>
    <w:p w14:paraId="39F9C67C" w14:textId="77777777" w:rsidR="00064675" w:rsidRDefault="00000000">
      <w:pPr>
        <w:jc w:val="center"/>
      </w:pPr>
      <w:r>
        <w:rPr>
          <w:i/>
        </w:rPr>
        <w:t>¹Department, Institution, City, Country</w:t>
      </w:r>
      <w:r>
        <w:rPr>
          <w:i/>
        </w:rPr>
        <w:br/>
        <w:t>²Department, Institution, City, Country</w:t>
      </w:r>
      <w:r>
        <w:rPr>
          <w:i/>
        </w:rPr>
        <w:br/>
        <w:t>Corresponding author: e-mail / ORCID</w:t>
      </w:r>
    </w:p>
    <w:p w14:paraId="3E4062E1" w14:textId="77777777" w:rsidR="00064675" w:rsidRDefault="00064675"/>
    <w:p w14:paraId="0CD96EEC" w14:textId="77777777" w:rsidR="00A8321C" w:rsidRPr="00A8321C" w:rsidRDefault="00A8321C" w:rsidP="00A8321C">
      <w:pPr>
        <w:pStyle w:val="Heading1"/>
        <w:rPr>
          <w:sz w:val="28"/>
          <w:szCs w:val="22"/>
        </w:rPr>
      </w:pPr>
      <w:r w:rsidRPr="00A8321C">
        <w:rPr>
          <w:sz w:val="28"/>
          <w:szCs w:val="22"/>
        </w:rPr>
        <w:t>Abstract</w:t>
      </w:r>
    </w:p>
    <w:p w14:paraId="0C80FFB9" w14:textId="77777777" w:rsidR="00A8321C" w:rsidRDefault="00A8321C" w:rsidP="00A8321C">
      <w:r>
        <w:t>[150–250 words. Summarize the purpose, scope/method, major points or findings, and conclusion of the chapter.]</w:t>
      </w:r>
    </w:p>
    <w:p w14:paraId="4BDF0139" w14:textId="77777777" w:rsidR="00A8321C" w:rsidRDefault="00A8321C" w:rsidP="00A8321C">
      <w:r>
        <w:rPr>
          <w:b/>
        </w:rPr>
        <w:t xml:space="preserve">Keywords: </w:t>
      </w:r>
      <w:r>
        <w:t>[Keyword 1]; [Keyword 2]; [Keyword 3]; [Keyword 4]; [Keyword 5]</w:t>
      </w:r>
    </w:p>
    <w:p w14:paraId="453EB735" w14:textId="77777777" w:rsidR="00A8321C" w:rsidRPr="00A8321C" w:rsidRDefault="00A8321C" w:rsidP="00A8321C">
      <w:pPr>
        <w:pStyle w:val="Heading1"/>
        <w:rPr>
          <w:sz w:val="28"/>
          <w:szCs w:val="22"/>
        </w:rPr>
      </w:pPr>
      <w:r w:rsidRPr="00A8321C">
        <w:rPr>
          <w:sz w:val="28"/>
          <w:szCs w:val="22"/>
        </w:rPr>
        <w:t>1 Introduction</w:t>
      </w:r>
    </w:p>
    <w:p w14:paraId="12073B62" w14:textId="77777777" w:rsidR="00A8321C" w:rsidRDefault="00A8321C" w:rsidP="00A8321C">
      <w:r>
        <w:t>[Introduce the background, problem/context, rationale, objectives, and organization of the chapter.]</w:t>
      </w:r>
    </w:p>
    <w:p w14:paraId="3A7DCAE3" w14:textId="77777777" w:rsidR="00A8321C" w:rsidRPr="00A8321C" w:rsidRDefault="00A8321C" w:rsidP="00A8321C">
      <w:pPr>
        <w:pStyle w:val="Heading1"/>
        <w:rPr>
          <w:sz w:val="28"/>
          <w:szCs w:val="22"/>
        </w:rPr>
      </w:pPr>
      <w:r w:rsidRPr="00A8321C">
        <w:rPr>
          <w:sz w:val="28"/>
          <w:szCs w:val="22"/>
        </w:rPr>
        <w:t>2 Main Section</w:t>
      </w:r>
    </w:p>
    <w:p w14:paraId="06DD275B" w14:textId="77777777" w:rsidR="00A8321C" w:rsidRDefault="00A8321C" w:rsidP="00A8321C">
      <w:r>
        <w:t>[Develop the principal concepts, literature, theory, methodology, analysis, or subject-specific discussion.]</w:t>
      </w:r>
    </w:p>
    <w:p w14:paraId="6D3B8D12" w14:textId="77777777" w:rsidR="00A8321C" w:rsidRPr="00A8321C" w:rsidRDefault="00A8321C" w:rsidP="00A8321C">
      <w:pPr>
        <w:pStyle w:val="Heading2"/>
        <w:rPr>
          <w:sz w:val="24"/>
          <w:szCs w:val="24"/>
        </w:rPr>
      </w:pPr>
      <w:r w:rsidRPr="00A8321C">
        <w:rPr>
          <w:sz w:val="24"/>
          <w:szCs w:val="24"/>
        </w:rPr>
        <w:t>2.1 Subsection</w:t>
      </w:r>
    </w:p>
    <w:p w14:paraId="209FE287" w14:textId="77777777" w:rsidR="00A8321C" w:rsidRDefault="00A8321C" w:rsidP="00A8321C">
      <w:r>
        <w:t>[Use subsections as required. Maintain a logical hierarchy and avoid excessive levels of headings.]</w:t>
      </w:r>
    </w:p>
    <w:p w14:paraId="30C2199B" w14:textId="77777777" w:rsidR="00A8321C" w:rsidRDefault="00A8321C" w:rsidP="00A8321C">
      <w:pPr>
        <w:pStyle w:val="CaptionText"/>
        <w:jc w:val="center"/>
      </w:pPr>
      <w:r>
        <w:t>Table X.X. Descriptive table caption (Times New Roman, 9 pt)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688"/>
        <w:gridCol w:w="2688"/>
        <w:gridCol w:w="2688"/>
      </w:tblGrid>
      <w:tr w:rsidR="00A8321C" w14:paraId="328A9669" w14:textId="77777777" w:rsidTr="00282504">
        <w:trPr>
          <w:jc w:val="center"/>
        </w:trPr>
        <w:tc>
          <w:tcPr>
            <w:tcW w:w="2688" w:type="dxa"/>
            <w:shd w:val="clear" w:color="auto" w:fill="17365D"/>
          </w:tcPr>
          <w:p w14:paraId="215D0A81" w14:textId="77777777" w:rsidR="00A8321C" w:rsidRDefault="00A8321C" w:rsidP="00282504">
            <w:r>
              <w:rPr>
                <w:b/>
                <w:color w:val="FFFFFF"/>
                <w:sz w:val="20"/>
              </w:rPr>
              <w:t>Parameter</w:t>
            </w:r>
          </w:p>
        </w:tc>
        <w:tc>
          <w:tcPr>
            <w:tcW w:w="2688" w:type="dxa"/>
            <w:shd w:val="clear" w:color="auto" w:fill="17365D"/>
          </w:tcPr>
          <w:p w14:paraId="0968BD60" w14:textId="77777777" w:rsidR="00A8321C" w:rsidRDefault="00A8321C" w:rsidP="00282504">
            <w:r>
              <w:rPr>
                <w:b/>
                <w:color w:val="FFFFFF"/>
                <w:sz w:val="20"/>
              </w:rPr>
              <w:t>Description</w:t>
            </w:r>
          </w:p>
        </w:tc>
        <w:tc>
          <w:tcPr>
            <w:tcW w:w="2688" w:type="dxa"/>
            <w:shd w:val="clear" w:color="auto" w:fill="17365D"/>
          </w:tcPr>
          <w:p w14:paraId="1235BC6F" w14:textId="77777777" w:rsidR="00A8321C" w:rsidRDefault="00A8321C" w:rsidP="00282504">
            <w:r>
              <w:rPr>
                <w:b/>
                <w:color w:val="FFFFFF"/>
                <w:sz w:val="20"/>
              </w:rPr>
              <w:t>Value / Observation</w:t>
            </w:r>
          </w:p>
        </w:tc>
      </w:tr>
      <w:tr w:rsidR="00A8321C" w14:paraId="133C01FA" w14:textId="77777777" w:rsidTr="00282504">
        <w:trPr>
          <w:jc w:val="center"/>
        </w:trPr>
        <w:tc>
          <w:tcPr>
            <w:tcW w:w="2688" w:type="dxa"/>
          </w:tcPr>
          <w:p w14:paraId="09B91ACE" w14:textId="77777777" w:rsidR="00A8321C" w:rsidRDefault="00A8321C" w:rsidP="00282504">
            <w:r>
              <w:rPr>
                <w:sz w:val="20"/>
              </w:rPr>
              <w:t>[Item 1]</w:t>
            </w:r>
          </w:p>
        </w:tc>
        <w:tc>
          <w:tcPr>
            <w:tcW w:w="2688" w:type="dxa"/>
          </w:tcPr>
          <w:p w14:paraId="1D461074" w14:textId="77777777" w:rsidR="00A8321C" w:rsidRDefault="00A8321C" w:rsidP="00282504">
            <w:r>
              <w:rPr>
                <w:sz w:val="20"/>
              </w:rPr>
              <w:t>[Description]</w:t>
            </w:r>
          </w:p>
        </w:tc>
        <w:tc>
          <w:tcPr>
            <w:tcW w:w="2688" w:type="dxa"/>
          </w:tcPr>
          <w:p w14:paraId="23F1EDC9" w14:textId="77777777" w:rsidR="00A8321C" w:rsidRDefault="00A8321C" w:rsidP="00282504">
            <w:r>
              <w:rPr>
                <w:sz w:val="20"/>
              </w:rPr>
              <w:t>[Value]</w:t>
            </w:r>
          </w:p>
        </w:tc>
      </w:tr>
      <w:tr w:rsidR="00A8321C" w14:paraId="4BDC1B72" w14:textId="77777777" w:rsidTr="00282504">
        <w:trPr>
          <w:jc w:val="center"/>
        </w:trPr>
        <w:tc>
          <w:tcPr>
            <w:tcW w:w="2688" w:type="dxa"/>
          </w:tcPr>
          <w:p w14:paraId="00249204" w14:textId="77777777" w:rsidR="00A8321C" w:rsidRDefault="00A8321C" w:rsidP="00282504">
            <w:r>
              <w:rPr>
                <w:sz w:val="20"/>
              </w:rPr>
              <w:t>[Item 2]</w:t>
            </w:r>
          </w:p>
        </w:tc>
        <w:tc>
          <w:tcPr>
            <w:tcW w:w="2688" w:type="dxa"/>
          </w:tcPr>
          <w:p w14:paraId="16024DCA" w14:textId="77777777" w:rsidR="00A8321C" w:rsidRDefault="00A8321C" w:rsidP="00282504">
            <w:r>
              <w:rPr>
                <w:sz w:val="20"/>
              </w:rPr>
              <w:t>[Description]</w:t>
            </w:r>
          </w:p>
        </w:tc>
        <w:tc>
          <w:tcPr>
            <w:tcW w:w="2688" w:type="dxa"/>
          </w:tcPr>
          <w:p w14:paraId="716F09E9" w14:textId="77777777" w:rsidR="00A8321C" w:rsidRDefault="00A8321C" w:rsidP="00282504">
            <w:r>
              <w:rPr>
                <w:sz w:val="20"/>
              </w:rPr>
              <w:t>[Value]</w:t>
            </w:r>
          </w:p>
        </w:tc>
      </w:tr>
      <w:tr w:rsidR="00A8321C" w14:paraId="3A3DB7B3" w14:textId="77777777" w:rsidTr="00282504">
        <w:trPr>
          <w:jc w:val="center"/>
        </w:trPr>
        <w:tc>
          <w:tcPr>
            <w:tcW w:w="2688" w:type="dxa"/>
          </w:tcPr>
          <w:p w14:paraId="5615D4BB" w14:textId="77777777" w:rsidR="00A8321C" w:rsidRDefault="00A8321C" w:rsidP="00282504">
            <w:r>
              <w:rPr>
                <w:sz w:val="20"/>
              </w:rPr>
              <w:t>[Item 3]</w:t>
            </w:r>
          </w:p>
        </w:tc>
        <w:tc>
          <w:tcPr>
            <w:tcW w:w="2688" w:type="dxa"/>
          </w:tcPr>
          <w:p w14:paraId="1E8EEE7D" w14:textId="77777777" w:rsidR="00A8321C" w:rsidRDefault="00A8321C" w:rsidP="00282504">
            <w:r>
              <w:rPr>
                <w:sz w:val="20"/>
              </w:rPr>
              <w:t>[Description]</w:t>
            </w:r>
          </w:p>
        </w:tc>
        <w:tc>
          <w:tcPr>
            <w:tcW w:w="2688" w:type="dxa"/>
          </w:tcPr>
          <w:p w14:paraId="6C60021B" w14:textId="77777777" w:rsidR="00A8321C" w:rsidRDefault="00A8321C" w:rsidP="00282504">
            <w:r>
              <w:rPr>
                <w:sz w:val="20"/>
              </w:rPr>
              <w:t>[Value]</w:t>
            </w:r>
          </w:p>
        </w:tc>
      </w:tr>
    </w:tbl>
    <w:p w14:paraId="6CBD2B76" w14:textId="77777777" w:rsidR="00A8321C" w:rsidRDefault="00A8321C" w:rsidP="00A8321C"/>
    <w:p w14:paraId="30393B1D" w14:textId="77777777" w:rsidR="00A8321C" w:rsidRDefault="00A8321C" w:rsidP="00A8321C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8064"/>
      </w:tblGrid>
      <w:tr w:rsidR="00A8321C" w14:paraId="1F533C6A" w14:textId="77777777" w:rsidTr="00282504">
        <w:trPr>
          <w:jc w:val="center"/>
        </w:trPr>
        <w:tc>
          <w:tcPr>
            <w:tcW w:w="8064" w:type="dxa"/>
            <w:shd w:val="clear" w:color="auto" w:fill="F2F2F2"/>
            <w:vAlign w:val="center"/>
          </w:tcPr>
          <w:p w14:paraId="1E9D9B15" w14:textId="77777777" w:rsidR="00A8321C" w:rsidRDefault="00A8321C" w:rsidP="00282504">
            <w:pPr>
              <w:jc w:val="center"/>
            </w:pPr>
            <w:r>
              <w:rPr>
                <w:b/>
                <w:color w:val="666666"/>
                <w:sz w:val="20"/>
              </w:rPr>
              <w:lastRenderedPageBreak/>
              <w:br/>
              <w:t>INSERT FIGURE / GRAPH / PHOTOGRAPH HERE</w:t>
            </w:r>
            <w:r>
              <w:rPr>
                <w:b/>
                <w:color w:val="666666"/>
                <w:sz w:val="20"/>
              </w:rPr>
              <w:br/>
              <w:t>Minimum resolution: 300 DPI</w:t>
            </w:r>
            <w:r>
              <w:rPr>
                <w:b/>
                <w:color w:val="666666"/>
                <w:sz w:val="20"/>
              </w:rPr>
              <w:br/>
            </w:r>
          </w:p>
        </w:tc>
      </w:tr>
    </w:tbl>
    <w:p w14:paraId="5741626F" w14:textId="77777777" w:rsidR="00A8321C" w:rsidRDefault="00A8321C" w:rsidP="00A8321C">
      <w:pPr>
        <w:pStyle w:val="CaptionText"/>
        <w:jc w:val="center"/>
      </w:pPr>
      <w:r>
        <w:t>Figure X.X. Figure caption (Times New Roman, 9 pt)</w:t>
      </w:r>
    </w:p>
    <w:p w14:paraId="026A1172" w14:textId="77777777" w:rsidR="00A8321C" w:rsidRPr="00A8321C" w:rsidRDefault="00A8321C" w:rsidP="00A8321C">
      <w:pPr>
        <w:pStyle w:val="Heading1"/>
        <w:rPr>
          <w:sz w:val="28"/>
          <w:szCs w:val="22"/>
        </w:rPr>
      </w:pPr>
      <w:r w:rsidRPr="00A8321C">
        <w:rPr>
          <w:sz w:val="28"/>
          <w:szCs w:val="22"/>
        </w:rPr>
        <w:t>3 Discussion / Application / Analysis</w:t>
      </w:r>
    </w:p>
    <w:p w14:paraId="3A2C0314" w14:textId="77777777" w:rsidR="00A8321C" w:rsidRDefault="00A8321C" w:rsidP="00A8321C">
      <w:r>
        <w:t>[Interpret the concepts, evidence, case study, findings, or practical implications as appropriate for the discipline.]</w:t>
      </w:r>
    </w:p>
    <w:p w14:paraId="457EE6BE" w14:textId="77777777" w:rsidR="00A8321C" w:rsidRPr="00A8321C" w:rsidRDefault="00A8321C" w:rsidP="00A8321C">
      <w:pPr>
        <w:pStyle w:val="Heading1"/>
        <w:rPr>
          <w:sz w:val="28"/>
          <w:szCs w:val="22"/>
        </w:rPr>
      </w:pPr>
      <w:r w:rsidRPr="00A8321C">
        <w:rPr>
          <w:sz w:val="28"/>
          <w:szCs w:val="22"/>
        </w:rPr>
        <w:t>4 Conclusion</w:t>
      </w:r>
    </w:p>
    <w:p w14:paraId="3066D4A7" w14:textId="77777777" w:rsidR="00A8321C" w:rsidRDefault="00A8321C" w:rsidP="00A8321C">
      <w:r>
        <w:t>[Summarize the key contribution of the chapter, implications, limitations where relevant, and future directions.]</w:t>
      </w:r>
    </w:p>
    <w:p w14:paraId="73F8C509" w14:textId="77777777" w:rsidR="00A8321C" w:rsidRPr="00A8321C" w:rsidRDefault="00A8321C" w:rsidP="00A8321C">
      <w:pPr>
        <w:pStyle w:val="Heading2"/>
        <w:rPr>
          <w:sz w:val="24"/>
          <w:szCs w:val="24"/>
        </w:rPr>
      </w:pPr>
      <w:r w:rsidRPr="00A8321C">
        <w:rPr>
          <w:sz w:val="24"/>
          <w:szCs w:val="24"/>
        </w:rPr>
        <w:t>Acknowledgement / Funding</w:t>
      </w:r>
    </w:p>
    <w:p w14:paraId="29ABD738" w14:textId="77777777" w:rsidR="00A8321C" w:rsidRDefault="00A8321C" w:rsidP="00A8321C">
      <w:r>
        <w:t>[Optional. Delete if not applicable.]</w:t>
      </w:r>
    </w:p>
    <w:p w14:paraId="406C3704" w14:textId="77777777" w:rsidR="00A8321C" w:rsidRPr="00A8321C" w:rsidRDefault="00A8321C" w:rsidP="00A8321C">
      <w:pPr>
        <w:pStyle w:val="Heading2"/>
        <w:rPr>
          <w:sz w:val="24"/>
          <w:szCs w:val="24"/>
        </w:rPr>
      </w:pPr>
      <w:r w:rsidRPr="00A8321C">
        <w:rPr>
          <w:sz w:val="24"/>
          <w:szCs w:val="24"/>
        </w:rPr>
        <w:t>Conflict of Interest</w:t>
      </w:r>
    </w:p>
    <w:p w14:paraId="12876CB9" w14:textId="77777777" w:rsidR="00A8321C" w:rsidRDefault="00A8321C" w:rsidP="00A8321C">
      <w:r>
        <w:t>The author(s) declare [no conflict of interest / specify relevant conflict].</w:t>
      </w:r>
    </w:p>
    <w:p w14:paraId="7062A7A2" w14:textId="77777777" w:rsidR="00A8321C" w:rsidRPr="00A8321C" w:rsidRDefault="00A8321C" w:rsidP="00A8321C">
      <w:pPr>
        <w:pStyle w:val="Heading1"/>
        <w:rPr>
          <w:sz w:val="28"/>
          <w:szCs w:val="22"/>
        </w:rPr>
      </w:pPr>
      <w:r w:rsidRPr="00A8321C">
        <w:rPr>
          <w:sz w:val="28"/>
          <w:szCs w:val="22"/>
        </w:rPr>
        <w:t>References</w:t>
      </w:r>
    </w:p>
    <w:p w14:paraId="13C5D50F" w14:textId="77777777" w:rsidR="00A8321C" w:rsidRDefault="00A8321C" w:rsidP="00A8321C">
      <w:r>
        <w:t>[Use the reference style prescribed by the editors. Ensure every in-text citation appears in the reference list and vice versa.]</w:t>
      </w:r>
    </w:p>
    <w:p w14:paraId="278B66CF" w14:textId="77777777" w:rsidR="00A8321C" w:rsidRDefault="00A8321C" w:rsidP="00A8321C">
      <w:r>
        <w:t>1. [Sample reference]</w:t>
      </w:r>
      <w:r>
        <w:br/>
        <w:t>2. [Sample reference]</w:t>
      </w:r>
      <w:r>
        <w:br/>
        <w:t>3. [Sample reference]</w:t>
      </w:r>
    </w:p>
    <w:p w14:paraId="29F3DC2E" w14:textId="77777777" w:rsidR="00A8321C" w:rsidRDefault="00A8321C" w:rsidP="00A8321C"/>
    <w:p w14:paraId="00F51E39" w14:textId="77777777" w:rsidR="00232C66" w:rsidRDefault="00A8321C" w:rsidP="00232C66">
      <w:pPr>
        <w:spacing w:after="0"/>
        <w:rPr>
          <w:rFonts w:cs="Times New Roman"/>
          <w:color w:val="00B050"/>
          <w:sz w:val="20"/>
          <w:szCs w:val="20"/>
        </w:rPr>
      </w:pPr>
      <w:r>
        <w:rPr>
          <w:b/>
          <w:color w:val="008C95"/>
        </w:rPr>
        <w:br w:type="column"/>
      </w:r>
      <w:r w:rsidR="00232C66" w:rsidRPr="00DD72BE">
        <w:rPr>
          <w:rFonts w:cs="Times New Roman"/>
          <w:color w:val="00B050"/>
          <w:sz w:val="20"/>
          <w:szCs w:val="20"/>
        </w:rPr>
        <w:lastRenderedPageBreak/>
        <w:t xml:space="preserve">Notation Trendplus Publishing </w:t>
      </w:r>
    </w:p>
    <w:p w14:paraId="1DF333EC" w14:textId="56952874" w:rsidR="00064675" w:rsidRDefault="00232C66" w:rsidP="00232C66">
      <w:hyperlink r:id="rId28" w:history="1">
        <w:r w:rsidRPr="002550C0">
          <w:rPr>
            <w:rStyle w:val="Hyperlink"/>
            <w:rFonts w:cs="Times New Roman"/>
            <w:sz w:val="18"/>
            <w:szCs w:val="18"/>
          </w:rPr>
          <w:t>https://doi.org/</w:t>
        </w:r>
      </w:hyperlink>
      <w:r w:rsidR="00C75A3D" w:rsidRPr="00E57D7C">
        <w:rPr>
          <w:noProof/>
        </w:rPr>
        <w:drawing>
          <wp:anchor distT="0" distB="0" distL="114300" distR="114300" simplePos="0" relativeHeight="251655680" behindDoc="0" locked="1" layoutInCell="1" allowOverlap="1" wp14:anchorId="5A48F7F1" wp14:editId="7C0A6ADC">
            <wp:simplePos x="0" y="0"/>
            <wp:positionH relativeFrom="margin">
              <wp:posOffset>3968750</wp:posOffset>
            </wp:positionH>
            <wp:positionV relativeFrom="margin">
              <wp:posOffset>-132715</wp:posOffset>
            </wp:positionV>
            <wp:extent cx="1322705" cy="511810"/>
            <wp:effectExtent l="0" t="0" r="0" b="2540"/>
            <wp:wrapNone/>
            <wp:docPr id="1513276081" name="Picture 15132760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0580540" name="Picture 1500580540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2705" cy="511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1B9B83" w14:textId="77777777" w:rsidR="00064675" w:rsidRPr="00C75A3D" w:rsidRDefault="00000000">
      <w:pPr>
        <w:jc w:val="center"/>
        <w:rPr>
          <w:sz w:val="32"/>
          <w:szCs w:val="32"/>
        </w:rPr>
      </w:pPr>
      <w:r w:rsidRPr="00C75A3D">
        <w:rPr>
          <w:b/>
          <w:color w:val="008C95"/>
          <w:sz w:val="32"/>
          <w:szCs w:val="32"/>
        </w:rPr>
        <w:t>CHAPTER 11</w:t>
      </w:r>
    </w:p>
    <w:p w14:paraId="3C299B99" w14:textId="77777777" w:rsidR="00064675" w:rsidRPr="00C75A3D" w:rsidRDefault="00000000">
      <w:pPr>
        <w:jc w:val="center"/>
        <w:rPr>
          <w:sz w:val="32"/>
          <w:szCs w:val="32"/>
        </w:rPr>
      </w:pPr>
      <w:r w:rsidRPr="00C75A3D">
        <w:rPr>
          <w:b/>
          <w:color w:val="17365D"/>
          <w:sz w:val="32"/>
          <w:szCs w:val="32"/>
        </w:rPr>
        <w:t>[TITLE OF CHAPTER 11]</w:t>
      </w:r>
    </w:p>
    <w:p w14:paraId="23432077" w14:textId="77777777" w:rsidR="00064675" w:rsidRDefault="00000000">
      <w:pPr>
        <w:jc w:val="center"/>
      </w:pPr>
      <w:r>
        <w:rPr>
          <w:b/>
        </w:rPr>
        <w:t xml:space="preserve">[Author 1 </w:t>
      </w:r>
      <w:proofErr w:type="gramStart"/>
      <w:r>
        <w:rPr>
          <w:b/>
        </w:rPr>
        <w:t>Name]¹</w:t>
      </w:r>
      <w:proofErr w:type="gramEnd"/>
      <w:r>
        <w:rPr>
          <w:b/>
        </w:rPr>
        <w:t xml:space="preserve">, [Author 2 </w:t>
      </w:r>
      <w:proofErr w:type="gramStart"/>
      <w:r>
        <w:rPr>
          <w:b/>
        </w:rPr>
        <w:t>Name]²</w:t>
      </w:r>
      <w:proofErr w:type="gramEnd"/>
      <w:r>
        <w:rPr>
          <w:b/>
        </w:rPr>
        <w:t xml:space="preserve">, [Author 3 </w:t>
      </w:r>
      <w:proofErr w:type="gramStart"/>
      <w:r>
        <w:rPr>
          <w:b/>
        </w:rPr>
        <w:t>Name]³</w:t>
      </w:r>
      <w:proofErr w:type="gramEnd"/>
    </w:p>
    <w:p w14:paraId="61412D93" w14:textId="77777777" w:rsidR="00064675" w:rsidRDefault="00000000">
      <w:pPr>
        <w:jc w:val="center"/>
      </w:pPr>
      <w:r>
        <w:rPr>
          <w:i/>
        </w:rPr>
        <w:t>¹Department, Institution, City, Country</w:t>
      </w:r>
      <w:r>
        <w:rPr>
          <w:i/>
        </w:rPr>
        <w:br/>
        <w:t>²Department, Institution, City, Country</w:t>
      </w:r>
      <w:r>
        <w:rPr>
          <w:i/>
        </w:rPr>
        <w:br/>
        <w:t>Corresponding author: e-mail / ORCID</w:t>
      </w:r>
    </w:p>
    <w:p w14:paraId="1C7E5106" w14:textId="77777777" w:rsidR="00064675" w:rsidRDefault="00064675"/>
    <w:p w14:paraId="7E9E0F71" w14:textId="77777777" w:rsidR="00A8321C" w:rsidRPr="00A8321C" w:rsidRDefault="00A8321C" w:rsidP="00A8321C">
      <w:pPr>
        <w:pStyle w:val="Heading1"/>
        <w:rPr>
          <w:sz w:val="28"/>
          <w:szCs w:val="22"/>
        </w:rPr>
      </w:pPr>
      <w:r w:rsidRPr="00A8321C">
        <w:rPr>
          <w:sz w:val="28"/>
          <w:szCs w:val="22"/>
        </w:rPr>
        <w:t>Abstract</w:t>
      </w:r>
    </w:p>
    <w:p w14:paraId="10C353B8" w14:textId="77777777" w:rsidR="00A8321C" w:rsidRDefault="00A8321C" w:rsidP="00A8321C">
      <w:r>
        <w:t>[150–250 words. Summarize the purpose, scope/method, major points or findings, and conclusion of the chapter.]</w:t>
      </w:r>
    </w:p>
    <w:p w14:paraId="306F8273" w14:textId="77777777" w:rsidR="00A8321C" w:rsidRDefault="00A8321C" w:rsidP="00A8321C">
      <w:r>
        <w:rPr>
          <w:b/>
        </w:rPr>
        <w:t xml:space="preserve">Keywords: </w:t>
      </w:r>
      <w:r>
        <w:t>[Keyword 1]; [Keyword 2]; [Keyword 3]; [Keyword 4]; [Keyword 5]</w:t>
      </w:r>
    </w:p>
    <w:p w14:paraId="40EC4FFE" w14:textId="77777777" w:rsidR="00A8321C" w:rsidRPr="00A8321C" w:rsidRDefault="00A8321C" w:rsidP="00A8321C">
      <w:pPr>
        <w:pStyle w:val="Heading1"/>
        <w:rPr>
          <w:sz w:val="28"/>
          <w:szCs w:val="22"/>
        </w:rPr>
      </w:pPr>
      <w:r w:rsidRPr="00A8321C">
        <w:rPr>
          <w:sz w:val="28"/>
          <w:szCs w:val="22"/>
        </w:rPr>
        <w:t>1 Introduction</w:t>
      </w:r>
    </w:p>
    <w:p w14:paraId="44C5916C" w14:textId="77777777" w:rsidR="00A8321C" w:rsidRDefault="00A8321C" w:rsidP="00A8321C">
      <w:r>
        <w:t>[Introduce the background, problem/context, rationale, objectives, and organization of the chapter.]</w:t>
      </w:r>
    </w:p>
    <w:p w14:paraId="6A68C761" w14:textId="77777777" w:rsidR="00A8321C" w:rsidRPr="00A8321C" w:rsidRDefault="00A8321C" w:rsidP="00A8321C">
      <w:pPr>
        <w:pStyle w:val="Heading1"/>
        <w:rPr>
          <w:sz w:val="28"/>
          <w:szCs w:val="22"/>
        </w:rPr>
      </w:pPr>
      <w:r w:rsidRPr="00A8321C">
        <w:rPr>
          <w:sz w:val="28"/>
          <w:szCs w:val="22"/>
        </w:rPr>
        <w:t>2 Main Section</w:t>
      </w:r>
    </w:p>
    <w:p w14:paraId="50B5CAB3" w14:textId="77777777" w:rsidR="00A8321C" w:rsidRDefault="00A8321C" w:rsidP="00A8321C">
      <w:r>
        <w:t>[Develop the principal concepts, literature, theory, methodology, analysis, or subject-specific discussion.]</w:t>
      </w:r>
    </w:p>
    <w:p w14:paraId="692E1588" w14:textId="77777777" w:rsidR="00A8321C" w:rsidRPr="00A8321C" w:rsidRDefault="00A8321C" w:rsidP="00A8321C">
      <w:pPr>
        <w:pStyle w:val="Heading2"/>
        <w:rPr>
          <w:sz w:val="24"/>
          <w:szCs w:val="24"/>
        </w:rPr>
      </w:pPr>
      <w:r w:rsidRPr="00A8321C">
        <w:rPr>
          <w:sz w:val="24"/>
          <w:szCs w:val="24"/>
        </w:rPr>
        <w:t>2.1 Subsection</w:t>
      </w:r>
    </w:p>
    <w:p w14:paraId="27FD00D0" w14:textId="77777777" w:rsidR="00A8321C" w:rsidRDefault="00A8321C" w:rsidP="00A8321C">
      <w:r>
        <w:t>[Use subsections as required. Maintain a logical hierarchy and avoid excessive levels of headings.]</w:t>
      </w:r>
    </w:p>
    <w:p w14:paraId="3014EF73" w14:textId="77777777" w:rsidR="00A8321C" w:rsidRDefault="00A8321C" w:rsidP="00A8321C">
      <w:pPr>
        <w:pStyle w:val="CaptionText"/>
        <w:jc w:val="center"/>
      </w:pPr>
      <w:r>
        <w:t>Table X.X. Descriptive table caption (Times New Roman, 9 pt)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688"/>
        <w:gridCol w:w="2688"/>
        <w:gridCol w:w="2688"/>
      </w:tblGrid>
      <w:tr w:rsidR="00A8321C" w14:paraId="48F3A9BF" w14:textId="77777777" w:rsidTr="00282504">
        <w:trPr>
          <w:jc w:val="center"/>
        </w:trPr>
        <w:tc>
          <w:tcPr>
            <w:tcW w:w="2688" w:type="dxa"/>
            <w:shd w:val="clear" w:color="auto" w:fill="17365D"/>
          </w:tcPr>
          <w:p w14:paraId="2E32D7FC" w14:textId="77777777" w:rsidR="00A8321C" w:rsidRDefault="00A8321C" w:rsidP="00282504">
            <w:r>
              <w:rPr>
                <w:b/>
                <w:color w:val="FFFFFF"/>
                <w:sz w:val="20"/>
              </w:rPr>
              <w:t>Parameter</w:t>
            </w:r>
          </w:p>
        </w:tc>
        <w:tc>
          <w:tcPr>
            <w:tcW w:w="2688" w:type="dxa"/>
            <w:shd w:val="clear" w:color="auto" w:fill="17365D"/>
          </w:tcPr>
          <w:p w14:paraId="6F94A3C7" w14:textId="77777777" w:rsidR="00A8321C" w:rsidRDefault="00A8321C" w:rsidP="00282504">
            <w:r>
              <w:rPr>
                <w:b/>
                <w:color w:val="FFFFFF"/>
                <w:sz w:val="20"/>
              </w:rPr>
              <w:t>Description</w:t>
            </w:r>
          </w:p>
        </w:tc>
        <w:tc>
          <w:tcPr>
            <w:tcW w:w="2688" w:type="dxa"/>
            <w:shd w:val="clear" w:color="auto" w:fill="17365D"/>
          </w:tcPr>
          <w:p w14:paraId="345C0334" w14:textId="77777777" w:rsidR="00A8321C" w:rsidRDefault="00A8321C" w:rsidP="00282504">
            <w:r>
              <w:rPr>
                <w:b/>
                <w:color w:val="FFFFFF"/>
                <w:sz w:val="20"/>
              </w:rPr>
              <w:t>Value / Observation</w:t>
            </w:r>
          </w:p>
        </w:tc>
      </w:tr>
      <w:tr w:rsidR="00A8321C" w14:paraId="65EEE6CE" w14:textId="77777777" w:rsidTr="00282504">
        <w:trPr>
          <w:jc w:val="center"/>
        </w:trPr>
        <w:tc>
          <w:tcPr>
            <w:tcW w:w="2688" w:type="dxa"/>
          </w:tcPr>
          <w:p w14:paraId="46C3E5A5" w14:textId="77777777" w:rsidR="00A8321C" w:rsidRDefault="00A8321C" w:rsidP="00282504">
            <w:r>
              <w:rPr>
                <w:sz w:val="20"/>
              </w:rPr>
              <w:t>[Item 1]</w:t>
            </w:r>
          </w:p>
        </w:tc>
        <w:tc>
          <w:tcPr>
            <w:tcW w:w="2688" w:type="dxa"/>
          </w:tcPr>
          <w:p w14:paraId="644DBBF0" w14:textId="77777777" w:rsidR="00A8321C" w:rsidRDefault="00A8321C" w:rsidP="00282504">
            <w:r>
              <w:rPr>
                <w:sz w:val="20"/>
              </w:rPr>
              <w:t>[Description]</w:t>
            </w:r>
          </w:p>
        </w:tc>
        <w:tc>
          <w:tcPr>
            <w:tcW w:w="2688" w:type="dxa"/>
          </w:tcPr>
          <w:p w14:paraId="152FCD97" w14:textId="77777777" w:rsidR="00A8321C" w:rsidRDefault="00A8321C" w:rsidP="00282504">
            <w:r>
              <w:rPr>
                <w:sz w:val="20"/>
              </w:rPr>
              <w:t>[Value]</w:t>
            </w:r>
          </w:p>
        </w:tc>
      </w:tr>
      <w:tr w:rsidR="00A8321C" w14:paraId="07A52D8E" w14:textId="77777777" w:rsidTr="00282504">
        <w:trPr>
          <w:jc w:val="center"/>
        </w:trPr>
        <w:tc>
          <w:tcPr>
            <w:tcW w:w="2688" w:type="dxa"/>
          </w:tcPr>
          <w:p w14:paraId="19195B95" w14:textId="77777777" w:rsidR="00A8321C" w:rsidRDefault="00A8321C" w:rsidP="00282504">
            <w:r>
              <w:rPr>
                <w:sz w:val="20"/>
              </w:rPr>
              <w:t>[Item 2]</w:t>
            </w:r>
          </w:p>
        </w:tc>
        <w:tc>
          <w:tcPr>
            <w:tcW w:w="2688" w:type="dxa"/>
          </w:tcPr>
          <w:p w14:paraId="7CDB286F" w14:textId="77777777" w:rsidR="00A8321C" w:rsidRDefault="00A8321C" w:rsidP="00282504">
            <w:r>
              <w:rPr>
                <w:sz w:val="20"/>
              </w:rPr>
              <w:t>[Description]</w:t>
            </w:r>
          </w:p>
        </w:tc>
        <w:tc>
          <w:tcPr>
            <w:tcW w:w="2688" w:type="dxa"/>
          </w:tcPr>
          <w:p w14:paraId="7EAB2B33" w14:textId="77777777" w:rsidR="00A8321C" w:rsidRDefault="00A8321C" w:rsidP="00282504">
            <w:r>
              <w:rPr>
                <w:sz w:val="20"/>
              </w:rPr>
              <w:t>[Value]</w:t>
            </w:r>
          </w:p>
        </w:tc>
      </w:tr>
      <w:tr w:rsidR="00A8321C" w14:paraId="12B42259" w14:textId="77777777" w:rsidTr="00282504">
        <w:trPr>
          <w:jc w:val="center"/>
        </w:trPr>
        <w:tc>
          <w:tcPr>
            <w:tcW w:w="2688" w:type="dxa"/>
          </w:tcPr>
          <w:p w14:paraId="66D154F5" w14:textId="77777777" w:rsidR="00A8321C" w:rsidRDefault="00A8321C" w:rsidP="00282504">
            <w:r>
              <w:rPr>
                <w:sz w:val="20"/>
              </w:rPr>
              <w:t>[Item 3]</w:t>
            </w:r>
          </w:p>
        </w:tc>
        <w:tc>
          <w:tcPr>
            <w:tcW w:w="2688" w:type="dxa"/>
          </w:tcPr>
          <w:p w14:paraId="07B539F0" w14:textId="77777777" w:rsidR="00A8321C" w:rsidRDefault="00A8321C" w:rsidP="00282504">
            <w:r>
              <w:rPr>
                <w:sz w:val="20"/>
              </w:rPr>
              <w:t>[Description]</w:t>
            </w:r>
          </w:p>
        </w:tc>
        <w:tc>
          <w:tcPr>
            <w:tcW w:w="2688" w:type="dxa"/>
          </w:tcPr>
          <w:p w14:paraId="4E7C5420" w14:textId="77777777" w:rsidR="00A8321C" w:rsidRDefault="00A8321C" w:rsidP="00282504">
            <w:r>
              <w:rPr>
                <w:sz w:val="20"/>
              </w:rPr>
              <w:t>[Value]</w:t>
            </w:r>
          </w:p>
        </w:tc>
      </w:tr>
    </w:tbl>
    <w:p w14:paraId="23967831" w14:textId="77777777" w:rsidR="00A8321C" w:rsidRDefault="00A8321C" w:rsidP="00A8321C"/>
    <w:p w14:paraId="5E8DAAB1" w14:textId="77777777" w:rsidR="00A8321C" w:rsidRDefault="00A8321C" w:rsidP="00A8321C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8064"/>
      </w:tblGrid>
      <w:tr w:rsidR="00A8321C" w14:paraId="7EC91DCB" w14:textId="77777777" w:rsidTr="00282504">
        <w:trPr>
          <w:jc w:val="center"/>
        </w:trPr>
        <w:tc>
          <w:tcPr>
            <w:tcW w:w="8064" w:type="dxa"/>
            <w:shd w:val="clear" w:color="auto" w:fill="F2F2F2"/>
            <w:vAlign w:val="center"/>
          </w:tcPr>
          <w:p w14:paraId="7BDA3FA9" w14:textId="77777777" w:rsidR="00A8321C" w:rsidRDefault="00A8321C" w:rsidP="00282504">
            <w:pPr>
              <w:jc w:val="center"/>
            </w:pPr>
            <w:r>
              <w:rPr>
                <w:b/>
                <w:color w:val="666666"/>
                <w:sz w:val="20"/>
              </w:rPr>
              <w:lastRenderedPageBreak/>
              <w:br/>
              <w:t>INSERT FIGURE / GRAPH / PHOTOGRAPH HERE</w:t>
            </w:r>
            <w:r>
              <w:rPr>
                <w:b/>
                <w:color w:val="666666"/>
                <w:sz w:val="20"/>
              </w:rPr>
              <w:br/>
              <w:t>Minimum resolution: 300 DPI</w:t>
            </w:r>
            <w:r>
              <w:rPr>
                <w:b/>
                <w:color w:val="666666"/>
                <w:sz w:val="20"/>
              </w:rPr>
              <w:br/>
            </w:r>
          </w:p>
        </w:tc>
      </w:tr>
    </w:tbl>
    <w:p w14:paraId="0488E811" w14:textId="77777777" w:rsidR="00A8321C" w:rsidRDefault="00A8321C" w:rsidP="00A8321C">
      <w:pPr>
        <w:pStyle w:val="CaptionText"/>
        <w:jc w:val="center"/>
      </w:pPr>
      <w:r>
        <w:t>Figure X.X. Figure caption (Times New Roman, 9 pt)</w:t>
      </w:r>
    </w:p>
    <w:p w14:paraId="133B7645" w14:textId="77777777" w:rsidR="00A8321C" w:rsidRPr="00A8321C" w:rsidRDefault="00A8321C" w:rsidP="00A8321C">
      <w:pPr>
        <w:pStyle w:val="Heading1"/>
        <w:rPr>
          <w:sz w:val="28"/>
          <w:szCs w:val="22"/>
        </w:rPr>
      </w:pPr>
      <w:r w:rsidRPr="00A8321C">
        <w:rPr>
          <w:sz w:val="28"/>
          <w:szCs w:val="22"/>
        </w:rPr>
        <w:t>3 Discussion / Application / Analysis</w:t>
      </w:r>
    </w:p>
    <w:p w14:paraId="6B350157" w14:textId="77777777" w:rsidR="00A8321C" w:rsidRDefault="00A8321C" w:rsidP="00A8321C">
      <w:r>
        <w:t>[Interpret the concepts, evidence, case study, findings, or practical implications as appropriate for the discipline.]</w:t>
      </w:r>
    </w:p>
    <w:p w14:paraId="6B81635C" w14:textId="77777777" w:rsidR="00A8321C" w:rsidRPr="00A8321C" w:rsidRDefault="00A8321C" w:rsidP="00A8321C">
      <w:pPr>
        <w:pStyle w:val="Heading1"/>
        <w:rPr>
          <w:sz w:val="28"/>
          <w:szCs w:val="22"/>
        </w:rPr>
      </w:pPr>
      <w:r w:rsidRPr="00A8321C">
        <w:rPr>
          <w:sz w:val="28"/>
          <w:szCs w:val="22"/>
        </w:rPr>
        <w:t>4 Conclusion</w:t>
      </w:r>
    </w:p>
    <w:p w14:paraId="5DCDAAE5" w14:textId="77777777" w:rsidR="00A8321C" w:rsidRDefault="00A8321C" w:rsidP="00A8321C">
      <w:r>
        <w:t>[Summarize the key contribution of the chapter, implications, limitations where relevant, and future directions.]</w:t>
      </w:r>
    </w:p>
    <w:p w14:paraId="3621F161" w14:textId="77777777" w:rsidR="00A8321C" w:rsidRPr="00A8321C" w:rsidRDefault="00A8321C" w:rsidP="00A8321C">
      <w:pPr>
        <w:pStyle w:val="Heading2"/>
        <w:rPr>
          <w:sz w:val="24"/>
          <w:szCs w:val="24"/>
        </w:rPr>
      </w:pPr>
      <w:r w:rsidRPr="00A8321C">
        <w:rPr>
          <w:sz w:val="24"/>
          <w:szCs w:val="24"/>
        </w:rPr>
        <w:t>Acknowledgement / Funding</w:t>
      </w:r>
    </w:p>
    <w:p w14:paraId="4F35D614" w14:textId="77777777" w:rsidR="00A8321C" w:rsidRDefault="00A8321C" w:rsidP="00A8321C">
      <w:r>
        <w:t>[Optional. Delete if not applicable.]</w:t>
      </w:r>
    </w:p>
    <w:p w14:paraId="5F628DD0" w14:textId="77777777" w:rsidR="00A8321C" w:rsidRPr="00A8321C" w:rsidRDefault="00A8321C" w:rsidP="00A8321C">
      <w:pPr>
        <w:pStyle w:val="Heading2"/>
        <w:rPr>
          <w:sz w:val="24"/>
          <w:szCs w:val="24"/>
        </w:rPr>
      </w:pPr>
      <w:r w:rsidRPr="00A8321C">
        <w:rPr>
          <w:sz w:val="24"/>
          <w:szCs w:val="24"/>
        </w:rPr>
        <w:t>Conflict of Interest</w:t>
      </w:r>
    </w:p>
    <w:p w14:paraId="62E74884" w14:textId="77777777" w:rsidR="00A8321C" w:rsidRDefault="00A8321C" w:rsidP="00A8321C">
      <w:r>
        <w:t>The author(s) declare [no conflict of interest / specify relevant conflict].</w:t>
      </w:r>
    </w:p>
    <w:p w14:paraId="5DD5D5A1" w14:textId="77777777" w:rsidR="00A8321C" w:rsidRPr="00A8321C" w:rsidRDefault="00A8321C" w:rsidP="00A8321C">
      <w:pPr>
        <w:pStyle w:val="Heading1"/>
        <w:rPr>
          <w:sz w:val="28"/>
          <w:szCs w:val="22"/>
        </w:rPr>
      </w:pPr>
      <w:r w:rsidRPr="00A8321C">
        <w:rPr>
          <w:sz w:val="28"/>
          <w:szCs w:val="22"/>
        </w:rPr>
        <w:t>References</w:t>
      </w:r>
    </w:p>
    <w:p w14:paraId="6F716DFB" w14:textId="77777777" w:rsidR="00A8321C" w:rsidRDefault="00A8321C" w:rsidP="00A8321C">
      <w:r>
        <w:t>[Use the reference style prescribed by the editors. Ensure every in-text citation appears in the reference list and vice versa.]</w:t>
      </w:r>
    </w:p>
    <w:p w14:paraId="6D9536FC" w14:textId="77777777" w:rsidR="00A8321C" w:rsidRDefault="00A8321C" w:rsidP="00A8321C">
      <w:r>
        <w:t>1. [Sample reference]</w:t>
      </w:r>
      <w:r>
        <w:br/>
        <w:t>2. [Sample reference]</w:t>
      </w:r>
      <w:r>
        <w:br/>
        <w:t>3. [Sample reference]</w:t>
      </w:r>
    </w:p>
    <w:p w14:paraId="106B44AE" w14:textId="77777777" w:rsidR="00A8321C" w:rsidRDefault="00A8321C" w:rsidP="00A8321C"/>
    <w:p w14:paraId="333DC960" w14:textId="77777777" w:rsidR="00232C66" w:rsidRDefault="00A8321C" w:rsidP="00232C66">
      <w:pPr>
        <w:spacing w:after="0"/>
        <w:rPr>
          <w:rFonts w:cs="Times New Roman"/>
          <w:color w:val="00B050"/>
          <w:sz w:val="20"/>
          <w:szCs w:val="20"/>
        </w:rPr>
      </w:pPr>
      <w:r>
        <w:rPr>
          <w:b/>
          <w:color w:val="008C95"/>
        </w:rPr>
        <w:br w:type="column"/>
      </w:r>
      <w:r w:rsidR="00232C66" w:rsidRPr="00DD72BE">
        <w:rPr>
          <w:rFonts w:cs="Times New Roman"/>
          <w:color w:val="00B050"/>
          <w:sz w:val="20"/>
          <w:szCs w:val="20"/>
        </w:rPr>
        <w:lastRenderedPageBreak/>
        <w:t xml:space="preserve">Notation Trendplus Publishing </w:t>
      </w:r>
    </w:p>
    <w:p w14:paraId="08BA9FA6" w14:textId="64634802" w:rsidR="00064675" w:rsidRDefault="00232C66" w:rsidP="00232C66">
      <w:hyperlink r:id="rId29" w:history="1">
        <w:r w:rsidRPr="002550C0">
          <w:rPr>
            <w:rStyle w:val="Hyperlink"/>
            <w:rFonts w:cs="Times New Roman"/>
            <w:sz w:val="18"/>
            <w:szCs w:val="18"/>
          </w:rPr>
          <w:t>https://doi.org/</w:t>
        </w:r>
      </w:hyperlink>
    </w:p>
    <w:p w14:paraId="7A8B4CE3" w14:textId="36B2643F" w:rsidR="00064675" w:rsidRPr="00C75A3D" w:rsidRDefault="00C75A3D">
      <w:pPr>
        <w:jc w:val="center"/>
        <w:rPr>
          <w:sz w:val="32"/>
          <w:szCs w:val="32"/>
        </w:rPr>
      </w:pPr>
      <w:r w:rsidRPr="00E57D7C">
        <w:rPr>
          <w:noProof/>
        </w:rPr>
        <w:drawing>
          <wp:anchor distT="0" distB="0" distL="114300" distR="114300" simplePos="0" relativeHeight="251683840" behindDoc="0" locked="1" layoutInCell="1" allowOverlap="1" wp14:anchorId="74BC9522" wp14:editId="5CF2E7A0">
            <wp:simplePos x="0" y="0"/>
            <wp:positionH relativeFrom="margin">
              <wp:posOffset>3796030</wp:posOffset>
            </wp:positionH>
            <wp:positionV relativeFrom="margin">
              <wp:posOffset>-114300</wp:posOffset>
            </wp:positionV>
            <wp:extent cx="1322705" cy="511810"/>
            <wp:effectExtent l="0" t="0" r="0" b="2540"/>
            <wp:wrapNone/>
            <wp:docPr id="1692185615" name="Picture 16921856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0580540" name="Picture 1500580540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2705" cy="511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0000" w:rsidRPr="00C75A3D">
        <w:rPr>
          <w:b/>
          <w:color w:val="008C95"/>
          <w:sz w:val="32"/>
          <w:szCs w:val="32"/>
        </w:rPr>
        <w:t>CHAPTER 12</w:t>
      </w:r>
    </w:p>
    <w:p w14:paraId="4D119966" w14:textId="77777777" w:rsidR="00064675" w:rsidRPr="00C75A3D" w:rsidRDefault="00000000">
      <w:pPr>
        <w:jc w:val="center"/>
        <w:rPr>
          <w:sz w:val="32"/>
          <w:szCs w:val="32"/>
        </w:rPr>
      </w:pPr>
      <w:r w:rsidRPr="00C75A3D">
        <w:rPr>
          <w:b/>
          <w:color w:val="17365D"/>
          <w:sz w:val="32"/>
          <w:szCs w:val="32"/>
        </w:rPr>
        <w:t>[TITLE OF CHAPTER 12]</w:t>
      </w:r>
    </w:p>
    <w:p w14:paraId="3736BE7D" w14:textId="77777777" w:rsidR="00064675" w:rsidRDefault="00000000">
      <w:pPr>
        <w:jc w:val="center"/>
      </w:pPr>
      <w:r>
        <w:rPr>
          <w:b/>
        </w:rPr>
        <w:t xml:space="preserve">[Author 1 </w:t>
      </w:r>
      <w:proofErr w:type="gramStart"/>
      <w:r>
        <w:rPr>
          <w:b/>
        </w:rPr>
        <w:t>Name]¹</w:t>
      </w:r>
      <w:proofErr w:type="gramEnd"/>
      <w:r>
        <w:rPr>
          <w:b/>
        </w:rPr>
        <w:t xml:space="preserve">, [Author 2 </w:t>
      </w:r>
      <w:proofErr w:type="gramStart"/>
      <w:r>
        <w:rPr>
          <w:b/>
        </w:rPr>
        <w:t>Name]²</w:t>
      </w:r>
      <w:proofErr w:type="gramEnd"/>
      <w:r>
        <w:rPr>
          <w:b/>
        </w:rPr>
        <w:t xml:space="preserve">, [Author 3 </w:t>
      </w:r>
      <w:proofErr w:type="gramStart"/>
      <w:r>
        <w:rPr>
          <w:b/>
        </w:rPr>
        <w:t>Name]³</w:t>
      </w:r>
      <w:proofErr w:type="gramEnd"/>
    </w:p>
    <w:p w14:paraId="4A36927B" w14:textId="77777777" w:rsidR="00064675" w:rsidRDefault="00000000">
      <w:pPr>
        <w:jc w:val="center"/>
      </w:pPr>
      <w:r>
        <w:rPr>
          <w:i/>
        </w:rPr>
        <w:t>¹Department, Institution, City, Country</w:t>
      </w:r>
      <w:r>
        <w:rPr>
          <w:i/>
        </w:rPr>
        <w:br/>
        <w:t>²Department, Institution, City, Country</w:t>
      </w:r>
      <w:r>
        <w:rPr>
          <w:i/>
        </w:rPr>
        <w:br/>
        <w:t>Corresponding author: e-mail / ORCID</w:t>
      </w:r>
    </w:p>
    <w:p w14:paraId="2A9E670E" w14:textId="77777777" w:rsidR="00064675" w:rsidRDefault="00064675"/>
    <w:p w14:paraId="451C7056" w14:textId="77777777" w:rsidR="00A8321C" w:rsidRPr="00A8321C" w:rsidRDefault="00A8321C" w:rsidP="00A8321C">
      <w:pPr>
        <w:pStyle w:val="Heading1"/>
        <w:rPr>
          <w:sz w:val="28"/>
          <w:szCs w:val="22"/>
        </w:rPr>
      </w:pPr>
      <w:r w:rsidRPr="00A8321C">
        <w:rPr>
          <w:sz w:val="28"/>
          <w:szCs w:val="22"/>
        </w:rPr>
        <w:t>Abstract</w:t>
      </w:r>
    </w:p>
    <w:p w14:paraId="6F0E6570" w14:textId="77777777" w:rsidR="00A8321C" w:rsidRDefault="00A8321C" w:rsidP="00A8321C">
      <w:r>
        <w:t>[150–250 words. Summarize the purpose, scope/method, major points or findings, and conclusion of the chapter.]</w:t>
      </w:r>
    </w:p>
    <w:p w14:paraId="16565D7F" w14:textId="77777777" w:rsidR="00A8321C" w:rsidRDefault="00A8321C" w:rsidP="00A8321C">
      <w:r>
        <w:rPr>
          <w:b/>
        </w:rPr>
        <w:t xml:space="preserve">Keywords: </w:t>
      </w:r>
      <w:r>
        <w:t>[Keyword 1]; [Keyword 2]; [Keyword 3]; [Keyword 4]; [Keyword 5]</w:t>
      </w:r>
    </w:p>
    <w:p w14:paraId="0A4D8285" w14:textId="77777777" w:rsidR="00A8321C" w:rsidRPr="00A8321C" w:rsidRDefault="00A8321C" w:rsidP="00A8321C">
      <w:pPr>
        <w:pStyle w:val="Heading1"/>
        <w:rPr>
          <w:sz w:val="28"/>
          <w:szCs w:val="22"/>
        </w:rPr>
      </w:pPr>
      <w:r w:rsidRPr="00A8321C">
        <w:rPr>
          <w:sz w:val="28"/>
          <w:szCs w:val="22"/>
        </w:rPr>
        <w:t>1 Introduction</w:t>
      </w:r>
    </w:p>
    <w:p w14:paraId="5A94D054" w14:textId="77777777" w:rsidR="00A8321C" w:rsidRDefault="00A8321C" w:rsidP="00A8321C">
      <w:r>
        <w:t>[Introduce the background, problem/context, rationale, objectives, and organization of the chapter.]</w:t>
      </w:r>
    </w:p>
    <w:p w14:paraId="1A090035" w14:textId="77777777" w:rsidR="00A8321C" w:rsidRPr="00A8321C" w:rsidRDefault="00A8321C" w:rsidP="00A8321C">
      <w:pPr>
        <w:pStyle w:val="Heading1"/>
        <w:rPr>
          <w:sz w:val="28"/>
          <w:szCs w:val="22"/>
        </w:rPr>
      </w:pPr>
      <w:r w:rsidRPr="00A8321C">
        <w:rPr>
          <w:sz w:val="28"/>
          <w:szCs w:val="22"/>
        </w:rPr>
        <w:t>2 Main Section</w:t>
      </w:r>
    </w:p>
    <w:p w14:paraId="6659B4FD" w14:textId="77777777" w:rsidR="00A8321C" w:rsidRDefault="00A8321C" w:rsidP="00A8321C">
      <w:r>
        <w:t>[Develop the principal concepts, literature, theory, methodology, analysis, or subject-specific discussion.]</w:t>
      </w:r>
    </w:p>
    <w:p w14:paraId="1A812F8B" w14:textId="77777777" w:rsidR="00A8321C" w:rsidRPr="00A8321C" w:rsidRDefault="00A8321C" w:rsidP="00A8321C">
      <w:pPr>
        <w:pStyle w:val="Heading2"/>
        <w:rPr>
          <w:sz w:val="24"/>
          <w:szCs w:val="24"/>
        </w:rPr>
      </w:pPr>
      <w:r w:rsidRPr="00A8321C">
        <w:rPr>
          <w:sz w:val="24"/>
          <w:szCs w:val="24"/>
        </w:rPr>
        <w:t>2.1 Subsection</w:t>
      </w:r>
    </w:p>
    <w:p w14:paraId="6909B4F8" w14:textId="77777777" w:rsidR="00A8321C" w:rsidRDefault="00A8321C" w:rsidP="00A8321C">
      <w:r>
        <w:t>[Use subsections as required. Maintain a logical hierarchy and avoid excessive levels of headings.]</w:t>
      </w:r>
    </w:p>
    <w:p w14:paraId="34708741" w14:textId="77777777" w:rsidR="00A8321C" w:rsidRDefault="00A8321C" w:rsidP="00A8321C">
      <w:pPr>
        <w:pStyle w:val="CaptionText"/>
        <w:jc w:val="center"/>
      </w:pPr>
      <w:r>
        <w:t>Table X.X. Descriptive table caption (Times New Roman, 9 pt)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688"/>
        <w:gridCol w:w="2688"/>
        <w:gridCol w:w="2688"/>
      </w:tblGrid>
      <w:tr w:rsidR="00A8321C" w14:paraId="59E9FA0F" w14:textId="77777777" w:rsidTr="00282504">
        <w:trPr>
          <w:jc w:val="center"/>
        </w:trPr>
        <w:tc>
          <w:tcPr>
            <w:tcW w:w="2688" w:type="dxa"/>
            <w:shd w:val="clear" w:color="auto" w:fill="17365D"/>
          </w:tcPr>
          <w:p w14:paraId="5C019770" w14:textId="77777777" w:rsidR="00A8321C" w:rsidRDefault="00A8321C" w:rsidP="00282504">
            <w:r>
              <w:rPr>
                <w:b/>
                <w:color w:val="FFFFFF"/>
                <w:sz w:val="20"/>
              </w:rPr>
              <w:t>Parameter</w:t>
            </w:r>
          </w:p>
        </w:tc>
        <w:tc>
          <w:tcPr>
            <w:tcW w:w="2688" w:type="dxa"/>
            <w:shd w:val="clear" w:color="auto" w:fill="17365D"/>
          </w:tcPr>
          <w:p w14:paraId="441B80D3" w14:textId="77777777" w:rsidR="00A8321C" w:rsidRDefault="00A8321C" w:rsidP="00282504">
            <w:r>
              <w:rPr>
                <w:b/>
                <w:color w:val="FFFFFF"/>
                <w:sz w:val="20"/>
              </w:rPr>
              <w:t>Description</w:t>
            </w:r>
          </w:p>
        </w:tc>
        <w:tc>
          <w:tcPr>
            <w:tcW w:w="2688" w:type="dxa"/>
            <w:shd w:val="clear" w:color="auto" w:fill="17365D"/>
          </w:tcPr>
          <w:p w14:paraId="6E29F006" w14:textId="77777777" w:rsidR="00A8321C" w:rsidRDefault="00A8321C" w:rsidP="00282504">
            <w:r>
              <w:rPr>
                <w:b/>
                <w:color w:val="FFFFFF"/>
                <w:sz w:val="20"/>
              </w:rPr>
              <w:t>Value / Observation</w:t>
            </w:r>
          </w:p>
        </w:tc>
      </w:tr>
      <w:tr w:rsidR="00A8321C" w14:paraId="1E805FCF" w14:textId="77777777" w:rsidTr="00282504">
        <w:trPr>
          <w:jc w:val="center"/>
        </w:trPr>
        <w:tc>
          <w:tcPr>
            <w:tcW w:w="2688" w:type="dxa"/>
          </w:tcPr>
          <w:p w14:paraId="002AF03D" w14:textId="77777777" w:rsidR="00A8321C" w:rsidRDefault="00A8321C" w:rsidP="00282504">
            <w:r>
              <w:rPr>
                <w:sz w:val="20"/>
              </w:rPr>
              <w:t>[Item 1]</w:t>
            </w:r>
          </w:p>
        </w:tc>
        <w:tc>
          <w:tcPr>
            <w:tcW w:w="2688" w:type="dxa"/>
          </w:tcPr>
          <w:p w14:paraId="0A4EFF06" w14:textId="77777777" w:rsidR="00A8321C" w:rsidRDefault="00A8321C" w:rsidP="00282504">
            <w:r>
              <w:rPr>
                <w:sz w:val="20"/>
              </w:rPr>
              <w:t>[Description]</w:t>
            </w:r>
          </w:p>
        </w:tc>
        <w:tc>
          <w:tcPr>
            <w:tcW w:w="2688" w:type="dxa"/>
          </w:tcPr>
          <w:p w14:paraId="139A38C3" w14:textId="77777777" w:rsidR="00A8321C" w:rsidRDefault="00A8321C" w:rsidP="00282504">
            <w:r>
              <w:rPr>
                <w:sz w:val="20"/>
              </w:rPr>
              <w:t>[Value]</w:t>
            </w:r>
          </w:p>
        </w:tc>
      </w:tr>
      <w:tr w:rsidR="00A8321C" w14:paraId="5D544B49" w14:textId="77777777" w:rsidTr="00282504">
        <w:trPr>
          <w:jc w:val="center"/>
        </w:trPr>
        <w:tc>
          <w:tcPr>
            <w:tcW w:w="2688" w:type="dxa"/>
          </w:tcPr>
          <w:p w14:paraId="3DE83DA9" w14:textId="77777777" w:rsidR="00A8321C" w:rsidRDefault="00A8321C" w:rsidP="00282504">
            <w:r>
              <w:rPr>
                <w:sz w:val="20"/>
              </w:rPr>
              <w:t>[Item 2]</w:t>
            </w:r>
          </w:p>
        </w:tc>
        <w:tc>
          <w:tcPr>
            <w:tcW w:w="2688" w:type="dxa"/>
          </w:tcPr>
          <w:p w14:paraId="11925A18" w14:textId="77777777" w:rsidR="00A8321C" w:rsidRDefault="00A8321C" w:rsidP="00282504">
            <w:r>
              <w:rPr>
                <w:sz w:val="20"/>
              </w:rPr>
              <w:t>[Description]</w:t>
            </w:r>
          </w:p>
        </w:tc>
        <w:tc>
          <w:tcPr>
            <w:tcW w:w="2688" w:type="dxa"/>
          </w:tcPr>
          <w:p w14:paraId="369716D9" w14:textId="77777777" w:rsidR="00A8321C" w:rsidRDefault="00A8321C" w:rsidP="00282504">
            <w:r>
              <w:rPr>
                <w:sz w:val="20"/>
              </w:rPr>
              <w:t>[Value]</w:t>
            </w:r>
          </w:p>
        </w:tc>
      </w:tr>
      <w:tr w:rsidR="00A8321C" w14:paraId="4D39FD83" w14:textId="77777777" w:rsidTr="00282504">
        <w:trPr>
          <w:jc w:val="center"/>
        </w:trPr>
        <w:tc>
          <w:tcPr>
            <w:tcW w:w="2688" w:type="dxa"/>
          </w:tcPr>
          <w:p w14:paraId="05D9222A" w14:textId="77777777" w:rsidR="00A8321C" w:rsidRDefault="00A8321C" w:rsidP="00282504">
            <w:r>
              <w:rPr>
                <w:sz w:val="20"/>
              </w:rPr>
              <w:t>[Item 3]</w:t>
            </w:r>
          </w:p>
        </w:tc>
        <w:tc>
          <w:tcPr>
            <w:tcW w:w="2688" w:type="dxa"/>
          </w:tcPr>
          <w:p w14:paraId="76005549" w14:textId="77777777" w:rsidR="00A8321C" w:rsidRDefault="00A8321C" w:rsidP="00282504">
            <w:r>
              <w:rPr>
                <w:sz w:val="20"/>
              </w:rPr>
              <w:t>[Description]</w:t>
            </w:r>
          </w:p>
        </w:tc>
        <w:tc>
          <w:tcPr>
            <w:tcW w:w="2688" w:type="dxa"/>
          </w:tcPr>
          <w:p w14:paraId="05D4BBEC" w14:textId="77777777" w:rsidR="00A8321C" w:rsidRDefault="00A8321C" w:rsidP="00282504">
            <w:r>
              <w:rPr>
                <w:sz w:val="20"/>
              </w:rPr>
              <w:t>[Value]</w:t>
            </w:r>
          </w:p>
        </w:tc>
      </w:tr>
    </w:tbl>
    <w:p w14:paraId="44BF6DF2" w14:textId="77777777" w:rsidR="00A8321C" w:rsidRDefault="00A8321C" w:rsidP="00A8321C"/>
    <w:p w14:paraId="7EE9B134" w14:textId="77777777" w:rsidR="00A8321C" w:rsidRDefault="00A8321C" w:rsidP="00A8321C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8064"/>
      </w:tblGrid>
      <w:tr w:rsidR="00A8321C" w14:paraId="45E5EB80" w14:textId="77777777" w:rsidTr="00282504">
        <w:trPr>
          <w:jc w:val="center"/>
        </w:trPr>
        <w:tc>
          <w:tcPr>
            <w:tcW w:w="8064" w:type="dxa"/>
            <w:shd w:val="clear" w:color="auto" w:fill="F2F2F2"/>
            <w:vAlign w:val="center"/>
          </w:tcPr>
          <w:p w14:paraId="6640255A" w14:textId="77777777" w:rsidR="00A8321C" w:rsidRDefault="00A8321C" w:rsidP="00282504">
            <w:pPr>
              <w:jc w:val="center"/>
            </w:pPr>
            <w:r>
              <w:rPr>
                <w:b/>
                <w:color w:val="666666"/>
                <w:sz w:val="20"/>
              </w:rPr>
              <w:lastRenderedPageBreak/>
              <w:br/>
              <w:t>INSERT FIGURE / GRAPH / PHOTOGRAPH HERE</w:t>
            </w:r>
            <w:r>
              <w:rPr>
                <w:b/>
                <w:color w:val="666666"/>
                <w:sz w:val="20"/>
              </w:rPr>
              <w:br/>
              <w:t>Minimum resolution: 300 DPI</w:t>
            </w:r>
            <w:r>
              <w:rPr>
                <w:b/>
                <w:color w:val="666666"/>
                <w:sz w:val="20"/>
              </w:rPr>
              <w:br/>
            </w:r>
          </w:p>
        </w:tc>
      </w:tr>
    </w:tbl>
    <w:p w14:paraId="2088665E" w14:textId="77777777" w:rsidR="00A8321C" w:rsidRDefault="00A8321C" w:rsidP="00A8321C">
      <w:pPr>
        <w:pStyle w:val="CaptionText"/>
        <w:jc w:val="center"/>
      </w:pPr>
      <w:r>
        <w:t>Figure X.X. Figure caption (Times New Roman, 9 pt)</w:t>
      </w:r>
    </w:p>
    <w:p w14:paraId="2BCBE7F6" w14:textId="77777777" w:rsidR="00A8321C" w:rsidRPr="00A8321C" w:rsidRDefault="00A8321C" w:rsidP="00A8321C">
      <w:pPr>
        <w:pStyle w:val="Heading1"/>
        <w:rPr>
          <w:sz w:val="28"/>
          <w:szCs w:val="22"/>
        </w:rPr>
      </w:pPr>
      <w:r w:rsidRPr="00A8321C">
        <w:rPr>
          <w:sz w:val="28"/>
          <w:szCs w:val="22"/>
        </w:rPr>
        <w:t>3 Discussion / Application / Analysis</w:t>
      </w:r>
    </w:p>
    <w:p w14:paraId="488E8A9B" w14:textId="77777777" w:rsidR="00A8321C" w:rsidRDefault="00A8321C" w:rsidP="00A8321C">
      <w:r>
        <w:t>[Interpret the concepts, evidence, case study, findings, or practical implications as appropriate for the discipline.]</w:t>
      </w:r>
    </w:p>
    <w:p w14:paraId="1F6825AA" w14:textId="77777777" w:rsidR="00A8321C" w:rsidRPr="00A8321C" w:rsidRDefault="00A8321C" w:rsidP="00A8321C">
      <w:pPr>
        <w:pStyle w:val="Heading1"/>
        <w:rPr>
          <w:sz w:val="28"/>
          <w:szCs w:val="22"/>
        </w:rPr>
      </w:pPr>
      <w:r w:rsidRPr="00A8321C">
        <w:rPr>
          <w:sz w:val="28"/>
          <w:szCs w:val="22"/>
        </w:rPr>
        <w:t>4 Conclusion</w:t>
      </w:r>
    </w:p>
    <w:p w14:paraId="7979BDED" w14:textId="77777777" w:rsidR="00A8321C" w:rsidRDefault="00A8321C" w:rsidP="00A8321C">
      <w:r>
        <w:t>[Summarize the key contribution of the chapter, implications, limitations where relevant, and future directions.]</w:t>
      </w:r>
    </w:p>
    <w:p w14:paraId="4E781EC3" w14:textId="77777777" w:rsidR="00A8321C" w:rsidRPr="00A8321C" w:rsidRDefault="00A8321C" w:rsidP="00A8321C">
      <w:pPr>
        <w:pStyle w:val="Heading2"/>
        <w:rPr>
          <w:sz w:val="24"/>
          <w:szCs w:val="24"/>
        </w:rPr>
      </w:pPr>
      <w:r w:rsidRPr="00A8321C">
        <w:rPr>
          <w:sz w:val="24"/>
          <w:szCs w:val="24"/>
        </w:rPr>
        <w:t>Acknowledgement / Funding</w:t>
      </w:r>
    </w:p>
    <w:p w14:paraId="71410DCE" w14:textId="77777777" w:rsidR="00A8321C" w:rsidRDefault="00A8321C" w:rsidP="00A8321C">
      <w:r>
        <w:t>[Optional. Delete if not applicable.]</w:t>
      </w:r>
    </w:p>
    <w:p w14:paraId="67BB9869" w14:textId="77777777" w:rsidR="00A8321C" w:rsidRPr="00A8321C" w:rsidRDefault="00A8321C" w:rsidP="00A8321C">
      <w:pPr>
        <w:pStyle w:val="Heading2"/>
        <w:rPr>
          <w:sz w:val="24"/>
          <w:szCs w:val="24"/>
        </w:rPr>
      </w:pPr>
      <w:r w:rsidRPr="00A8321C">
        <w:rPr>
          <w:sz w:val="24"/>
          <w:szCs w:val="24"/>
        </w:rPr>
        <w:t>Conflict of Interest</w:t>
      </w:r>
    </w:p>
    <w:p w14:paraId="22D2E8A9" w14:textId="77777777" w:rsidR="00A8321C" w:rsidRDefault="00A8321C" w:rsidP="00A8321C">
      <w:r>
        <w:t>The author(s) declare [no conflict of interest / specify relevant conflict].</w:t>
      </w:r>
    </w:p>
    <w:p w14:paraId="1034602F" w14:textId="77777777" w:rsidR="00A8321C" w:rsidRPr="00A8321C" w:rsidRDefault="00A8321C" w:rsidP="00A8321C">
      <w:pPr>
        <w:pStyle w:val="Heading1"/>
        <w:rPr>
          <w:sz w:val="28"/>
          <w:szCs w:val="22"/>
        </w:rPr>
      </w:pPr>
      <w:r w:rsidRPr="00A8321C">
        <w:rPr>
          <w:sz w:val="28"/>
          <w:szCs w:val="22"/>
        </w:rPr>
        <w:t>References</w:t>
      </w:r>
    </w:p>
    <w:p w14:paraId="445A94CF" w14:textId="77777777" w:rsidR="00A8321C" w:rsidRDefault="00A8321C" w:rsidP="00A8321C">
      <w:r>
        <w:t>[Use the reference style prescribed by the editors. Ensure every in-text citation appears in the reference list and vice versa.]</w:t>
      </w:r>
    </w:p>
    <w:p w14:paraId="620BA9B5" w14:textId="77777777" w:rsidR="00A8321C" w:rsidRDefault="00A8321C" w:rsidP="00A8321C">
      <w:r>
        <w:t>1. [Sample reference]</w:t>
      </w:r>
      <w:r>
        <w:br/>
        <w:t>2. [Sample reference]</w:t>
      </w:r>
      <w:r>
        <w:br/>
        <w:t>3. [Sample reference]</w:t>
      </w:r>
    </w:p>
    <w:p w14:paraId="747A5CCB" w14:textId="77777777" w:rsidR="00A8321C" w:rsidRDefault="00A8321C" w:rsidP="00A8321C"/>
    <w:p w14:paraId="4FCE504A" w14:textId="77777777" w:rsidR="00232C66" w:rsidRDefault="00A8321C" w:rsidP="00232C66">
      <w:pPr>
        <w:spacing w:after="0"/>
        <w:rPr>
          <w:rFonts w:cs="Times New Roman"/>
          <w:color w:val="00B050"/>
          <w:sz w:val="20"/>
          <w:szCs w:val="20"/>
        </w:rPr>
      </w:pPr>
      <w:r>
        <w:rPr>
          <w:b/>
          <w:color w:val="008C95"/>
        </w:rPr>
        <w:br w:type="column"/>
      </w:r>
      <w:r w:rsidR="00232C66" w:rsidRPr="00DD72BE">
        <w:rPr>
          <w:rFonts w:cs="Times New Roman"/>
          <w:color w:val="00B050"/>
          <w:sz w:val="20"/>
          <w:szCs w:val="20"/>
        </w:rPr>
        <w:lastRenderedPageBreak/>
        <w:t xml:space="preserve">Notation Trendplus Publishing </w:t>
      </w:r>
    </w:p>
    <w:p w14:paraId="7F251815" w14:textId="38EAFF60" w:rsidR="00064675" w:rsidRDefault="00232C66" w:rsidP="00232C66">
      <w:hyperlink r:id="rId30" w:history="1">
        <w:r w:rsidRPr="002550C0">
          <w:rPr>
            <w:rStyle w:val="Hyperlink"/>
            <w:rFonts w:cs="Times New Roman"/>
            <w:sz w:val="18"/>
            <w:szCs w:val="18"/>
          </w:rPr>
          <w:t>https://doi.org/</w:t>
        </w:r>
      </w:hyperlink>
      <w:r w:rsidR="00C75A3D" w:rsidRPr="00E57D7C">
        <w:rPr>
          <w:noProof/>
        </w:rPr>
        <w:drawing>
          <wp:anchor distT="0" distB="0" distL="114300" distR="114300" simplePos="0" relativeHeight="251656704" behindDoc="0" locked="1" layoutInCell="1" allowOverlap="1" wp14:anchorId="1B2BED1B" wp14:editId="36048C6A">
            <wp:simplePos x="0" y="0"/>
            <wp:positionH relativeFrom="margin">
              <wp:posOffset>3796030</wp:posOffset>
            </wp:positionH>
            <wp:positionV relativeFrom="margin">
              <wp:posOffset>-173990</wp:posOffset>
            </wp:positionV>
            <wp:extent cx="1322705" cy="511810"/>
            <wp:effectExtent l="0" t="0" r="0" b="2540"/>
            <wp:wrapNone/>
            <wp:docPr id="300798367" name="Picture 3007983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0580540" name="Picture 1500580540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2705" cy="511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19DDFB" w14:textId="77777777" w:rsidR="00064675" w:rsidRPr="00C75A3D" w:rsidRDefault="00000000">
      <w:pPr>
        <w:jc w:val="center"/>
        <w:rPr>
          <w:sz w:val="32"/>
          <w:szCs w:val="32"/>
        </w:rPr>
      </w:pPr>
      <w:r w:rsidRPr="00C75A3D">
        <w:rPr>
          <w:b/>
          <w:color w:val="008C95"/>
          <w:sz w:val="32"/>
          <w:szCs w:val="32"/>
        </w:rPr>
        <w:t>CHAPTER 13</w:t>
      </w:r>
    </w:p>
    <w:p w14:paraId="7465C5DD" w14:textId="77777777" w:rsidR="00064675" w:rsidRPr="00C75A3D" w:rsidRDefault="00000000">
      <w:pPr>
        <w:jc w:val="center"/>
        <w:rPr>
          <w:sz w:val="32"/>
          <w:szCs w:val="32"/>
        </w:rPr>
      </w:pPr>
      <w:r w:rsidRPr="00C75A3D">
        <w:rPr>
          <w:b/>
          <w:color w:val="17365D"/>
          <w:sz w:val="32"/>
          <w:szCs w:val="32"/>
        </w:rPr>
        <w:t>[TITLE OF CHAPTER 13]</w:t>
      </w:r>
    </w:p>
    <w:p w14:paraId="7F64ADC3" w14:textId="77777777" w:rsidR="00064675" w:rsidRDefault="00000000">
      <w:pPr>
        <w:jc w:val="center"/>
      </w:pPr>
      <w:r>
        <w:rPr>
          <w:b/>
        </w:rPr>
        <w:t xml:space="preserve">[Author 1 </w:t>
      </w:r>
      <w:proofErr w:type="gramStart"/>
      <w:r>
        <w:rPr>
          <w:b/>
        </w:rPr>
        <w:t>Name]¹</w:t>
      </w:r>
      <w:proofErr w:type="gramEnd"/>
      <w:r>
        <w:rPr>
          <w:b/>
        </w:rPr>
        <w:t xml:space="preserve">, [Author 2 </w:t>
      </w:r>
      <w:proofErr w:type="gramStart"/>
      <w:r>
        <w:rPr>
          <w:b/>
        </w:rPr>
        <w:t>Name]²</w:t>
      </w:r>
      <w:proofErr w:type="gramEnd"/>
      <w:r>
        <w:rPr>
          <w:b/>
        </w:rPr>
        <w:t xml:space="preserve">, [Author 3 </w:t>
      </w:r>
      <w:proofErr w:type="gramStart"/>
      <w:r>
        <w:rPr>
          <w:b/>
        </w:rPr>
        <w:t>Name]³</w:t>
      </w:r>
      <w:proofErr w:type="gramEnd"/>
    </w:p>
    <w:p w14:paraId="546B030E" w14:textId="77777777" w:rsidR="00064675" w:rsidRDefault="00000000">
      <w:pPr>
        <w:jc w:val="center"/>
      </w:pPr>
      <w:r>
        <w:rPr>
          <w:i/>
        </w:rPr>
        <w:t>¹Department, Institution, City, Country</w:t>
      </w:r>
      <w:r>
        <w:rPr>
          <w:i/>
        </w:rPr>
        <w:br/>
        <w:t>²Department, Institution, City, Country</w:t>
      </w:r>
      <w:r>
        <w:rPr>
          <w:i/>
        </w:rPr>
        <w:br/>
        <w:t>Corresponding author: e-mail / ORCID</w:t>
      </w:r>
    </w:p>
    <w:p w14:paraId="28611B9C" w14:textId="77777777" w:rsidR="00064675" w:rsidRDefault="00064675"/>
    <w:p w14:paraId="03626194" w14:textId="77777777" w:rsidR="00A8321C" w:rsidRPr="00A8321C" w:rsidRDefault="00A8321C" w:rsidP="00A8321C">
      <w:pPr>
        <w:pStyle w:val="Heading1"/>
        <w:rPr>
          <w:sz w:val="28"/>
          <w:szCs w:val="22"/>
        </w:rPr>
      </w:pPr>
      <w:r w:rsidRPr="00A8321C">
        <w:rPr>
          <w:sz w:val="28"/>
          <w:szCs w:val="22"/>
        </w:rPr>
        <w:t>Abstract</w:t>
      </w:r>
    </w:p>
    <w:p w14:paraId="70461E77" w14:textId="77777777" w:rsidR="00A8321C" w:rsidRDefault="00A8321C" w:rsidP="00A8321C">
      <w:r>
        <w:t>[150–250 words. Summarize the purpose, scope/method, major points or findings, and conclusion of the chapter.]</w:t>
      </w:r>
    </w:p>
    <w:p w14:paraId="4D0BA1CF" w14:textId="77777777" w:rsidR="00A8321C" w:rsidRDefault="00A8321C" w:rsidP="00A8321C">
      <w:r>
        <w:rPr>
          <w:b/>
        </w:rPr>
        <w:t xml:space="preserve">Keywords: </w:t>
      </w:r>
      <w:r>
        <w:t>[Keyword 1]; [Keyword 2]; [Keyword 3]; [Keyword 4]; [Keyword 5]</w:t>
      </w:r>
    </w:p>
    <w:p w14:paraId="524B4F4D" w14:textId="1CF8FA3E" w:rsidR="00A8321C" w:rsidRPr="00A8321C" w:rsidRDefault="00A8321C" w:rsidP="00A8321C">
      <w:pPr>
        <w:pStyle w:val="Heading1"/>
        <w:rPr>
          <w:sz w:val="28"/>
          <w:szCs w:val="22"/>
        </w:rPr>
      </w:pPr>
      <w:r w:rsidRPr="00A8321C">
        <w:rPr>
          <w:sz w:val="28"/>
          <w:szCs w:val="22"/>
        </w:rPr>
        <w:t>1 Introduction</w:t>
      </w:r>
    </w:p>
    <w:p w14:paraId="2E2E134B" w14:textId="77777777" w:rsidR="00A8321C" w:rsidRDefault="00A8321C" w:rsidP="00A8321C">
      <w:r>
        <w:t>[Introduce the background, problem/context, rationale, objectives, and organization of the chapter.]</w:t>
      </w:r>
    </w:p>
    <w:p w14:paraId="38A6E150" w14:textId="16A4EA14" w:rsidR="00A8321C" w:rsidRPr="00A8321C" w:rsidRDefault="00A8321C" w:rsidP="00A8321C">
      <w:pPr>
        <w:pStyle w:val="Heading1"/>
        <w:rPr>
          <w:sz w:val="28"/>
          <w:szCs w:val="22"/>
        </w:rPr>
      </w:pPr>
      <w:r w:rsidRPr="00A8321C">
        <w:rPr>
          <w:sz w:val="28"/>
          <w:szCs w:val="22"/>
        </w:rPr>
        <w:t>2 Main Section</w:t>
      </w:r>
    </w:p>
    <w:p w14:paraId="751E9552" w14:textId="77777777" w:rsidR="00A8321C" w:rsidRDefault="00A8321C" w:rsidP="00A8321C">
      <w:r>
        <w:t>[Develop the principal concepts, literature, theory, methodology, analysis, or subject-specific discussion.]</w:t>
      </w:r>
    </w:p>
    <w:p w14:paraId="31537422" w14:textId="4FB4C02B" w:rsidR="00A8321C" w:rsidRPr="00A8321C" w:rsidRDefault="00A8321C" w:rsidP="00A8321C">
      <w:pPr>
        <w:pStyle w:val="Heading2"/>
        <w:rPr>
          <w:sz w:val="24"/>
          <w:szCs w:val="24"/>
        </w:rPr>
      </w:pPr>
      <w:r w:rsidRPr="00A8321C">
        <w:rPr>
          <w:sz w:val="24"/>
          <w:szCs w:val="24"/>
        </w:rPr>
        <w:t>2.1 Subsection</w:t>
      </w:r>
    </w:p>
    <w:p w14:paraId="699B143E" w14:textId="77777777" w:rsidR="00A8321C" w:rsidRDefault="00A8321C" w:rsidP="00A8321C">
      <w:r>
        <w:t>[Use subsections as required. Maintain a logical hierarchy and avoid excessive levels of headings.]</w:t>
      </w:r>
    </w:p>
    <w:p w14:paraId="7D646AD5" w14:textId="77777777" w:rsidR="00A8321C" w:rsidRDefault="00A8321C" w:rsidP="00A8321C">
      <w:pPr>
        <w:pStyle w:val="CaptionText"/>
        <w:jc w:val="center"/>
      </w:pPr>
      <w:r>
        <w:t>Table X.X. Descriptive table caption (Times New Roman, 9 pt)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688"/>
        <w:gridCol w:w="2688"/>
        <w:gridCol w:w="2688"/>
      </w:tblGrid>
      <w:tr w:rsidR="00A8321C" w14:paraId="206D1AB2" w14:textId="77777777" w:rsidTr="00282504">
        <w:trPr>
          <w:jc w:val="center"/>
        </w:trPr>
        <w:tc>
          <w:tcPr>
            <w:tcW w:w="2688" w:type="dxa"/>
            <w:shd w:val="clear" w:color="auto" w:fill="17365D"/>
          </w:tcPr>
          <w:p w14:paraId="10636531" w14:textId="77777777" w:rsidR="00A8321C" w:rsidRDefault="00A8321C" w:rsidP="00282504">
            <w:r>
              <w:rPr>
                <w:b/>
                <w:color w:val="FFFFFF"/>
                <w:sz w:val="20"/>
              </w:rPr>
              <w:t>Parameter</w:t>
            </w:r>
          </w:p>
        </w:tc>
        <w:tc>
          <w:tcPr>
            <w:tcW w:w="2688" w:type="dxa"/>
            <w:shd w:val="clear" w:color="auto" w:fill="17365D"/>
          </w:tcPr>
          <w:p w14:paraId="502DCD5C" w14:textId="77777777" w:rsidR="00A8321C" w:rsidRDefault="00A8321C" w:rsidP="00282504">
            <w:r>
              <w:rPr>
                <w:b/>
                <w:color w:val="FFFFFF"/>
                <w:sz w:val="20"/>
              </w:rPr>
              <w:t>Description</w:t>
            </w:r>
          </w:p>
        </w:tc>
        <w:tc>
          <w:tcPr>
            <w:tcW w:w="2688" w:type="dxa"/>
            <w:shd w:val="clear" w:color="auto" w:fill="17365D"/>
          </w:tcPr>
          <w:p w14:paraId="082C23FB" w14:textId="77777777" w:rsidR="00A8321C" w:rsidRDefault="00A8321C" w:rsidP="00282504">
            <w:r>
              <w:rPr>
                <w:b/>
                <w:color w:val="FFFFFF"/>
                <w:sz w:val="20"/>
              </w:rPr>
              <w:t>Value / Observation</w:t>
            </w:r>
          </w:p>
        </w:tc>
      </w:tr>
      <w:tr w:rsidR="00A8321C" w14:paraId="2CA23E66" w14:textId="77777777" w:rsidTr="00282504">
        <w:trPr>
          <w:jc w:val="center"/>
        </w:trPr>
        <w:tc>
          <w:tcPr>
            <w:tcW w:w="2688" w:type="dxa"/>
          </w:tcPr>
          <w:p w14:paraId="14A5CF38" w14:textId="77777777" w:rsidR="00A8321C" w:rsidRDefault="00A8321C" w:rsidP="00282504">
            <w:r>
              <w:rPr>
                <w:sz w:val="20"/>
              </w:rPr>
              <w:t>[Item 1]</w:t>
            </w:r>
          </w:p>
        </w:tc>
        <w:tc>
          <w:tcPr>
            <w:tcW w:w="2688" w:type="dxa"/>
          </w:tcPr>
          <w:p w14:paraId="380B65CB" w14:textId="77777777" w:rsidR="00A8321C" w:rsidRDefault="00A8321C" w:rsidP="00282504">
            <w:r>
              <w:rPr>
                <w:sz w:val="20"/>
              </w:rPr>
              <w:t>[Description]</w:t>
            </w:r>
          </w:p>
        </w:tc>
        <w:tc>
          <w:tcPr>
            <w:tcW w:w="2688" w:type="dxa"/>
          </w:tcPr>
          <w:p w14:paraId="284CFD68" w14:textId="77777777" w:rsidR="00A8321C" w:rsidRDefault="00A8321C" w:rsidP="00282504">
            <w:r>
              <w:rPr>
                <w:sz w:val="20"/>
              </w:rPr>
              <w:t>[Value]</w:t>
            </w:r>
          </w:p>
        </w:tc>
      </w:tr>
      <w:tr w:rsidR="00A8321C" w14:paraId="1E002E5C" w14:textId="77777777" w:rsidTr="00282504">
        <w:trPr>
          <w:jc w:val="center"/>
        </w:trPr>
        <w:tc>
          <w:tcPr>
            <w:tcW w:w="2688" w:type="dxa"/>
          </w:tcPr>
          <w:p w14:paraId="67408AB2" w14:textId="77777777" w:rsidR="00A8321C" w:rsidRDefault="00A8321C" w:rsidP="00282504">
            <w:r>
              <w:rPr>
                <w:sz w:val="20"/>
              </w:rPr>
              <w:t>[Item 2]</w:t>
            </w:r>
          </w:p>
        </w:tc>
        <w:tc>
          <w:tcPr>
            <w:tcW w:w="2688" w:type="dxa"/>
          </w:tcPr>
          <w:p w14:paraId="3215BEFC" w14:textId="77777777" w:rsidR="00A8321C" w:rsidRDefault="00A8321C" w:rsidP="00282504">
            <w:r>
              <w:rPr>
                <w:sz w:val="20"/>
              </w:rPr>
              <w:t>[Description]</w:t>
            </w:r>
          </w:p>
        </w:tc>
        <w:tc>
          <w:tcPr>
            <w:tcW w:w="2688" w:type="dxa"/>
          </w:tcPr>
          <w:p w14:paraId="074C87BE" w14:textId="77777777" w:rsidR="00A8321C" w:rsidRDefault="00A8321C" w:rsidP="00282504">
            <w:r>
              <w:rPr>
                <w:sz w:val="20"/>
              </w:rPr>
              <w:t>[Value]</w:t>
            </w:r>
          </w:p>
        </w:tc>
      </w:tr>
      <w:tr w:rsidR="00A8321C" w14:paraId="3C2F7B2E" w14:textId="77777777" w:rsidTr="00282504">
        <w:trPr>
          <w:jc w:val="center"/>
        </w:trPr>
        <w:tc>
          <w:tcPr>
            <w:tcW w:w="2688" w:type="dxa"/>
          </w:tcPr>
          <w:p w14:paraId="07FF4AF4" w14:textId="77777777" w:rsidR="00A8321C" w:rsidRDefault="00A8321C" w:rsidP="00282504">
            <w:r>
              <w:rPr>
                <w:sz w:val="20"/>
              </w:rPr>
              <w:t>[Item 3]</w:t>
            </w:r>
          </w:p>
        </w:tc>
        <w:tc>
          <w:tcPr>
            <w:tcW w:w="2688" w:type="dxa"/>
          </w:tcPr>
          <w:p w14:paraId="67EB29B6" w14:textId="77777777" w:rsidR="00A8321C" w:rsidRDefault="00A8321C" w:rsidP="00282504">
            <w:r>
              <w:rPr>
                <w:sz w:val="20"/>
              </w:rPr>
              <w:t>[Description]</w:t>
            </w:r>
          </w:p>
        </w:tc>
        <w:tc>
          <w:tcPr>
            <w:tcW w:w="2688" w:type="dxa"/>
          </w:tcPr>
          <w:p w14:paraId="43AC185D" w14:textId="77777777" w:rsidR="00A8321C" w:rsidRDefault="00A8321C" w:rsidP="00282504">
            <w:r>
              <w:rPr>
                <w:sz w:val="20"/>
              </w:rPr>
              <w:t>[Value]</w:t>
            </w:r>
          </w:p>
        </w:tc>
      </w:tr>
    </w:tbl>
    <w:p w14:paraId="049573EC" w14:textId="77777777" w:rsidR="00A8321C" w:rsidRDefault="00A8321C" w:rsidP="00A8321C"/>
    <w:p w14:paraId="748CE0E6" w14:textId="77777777" w:rsidR="00A8321C" w:rsidRDefault="00A8321C" w:rsidP="00A8321C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8064"/>
      </w:tblGrid>
      <w:tr w:rsidR="00A8321C" w14:paraId="2A3C28BE" w14:textId="77777777" w:rsidTr="00282504">
        <w:trPr>
          <w:jc w:val="center"/>
        </w:trPr>
        <w:tc>
          <w:tcPr>
            <w:tcW w:w="8064" w:type="dxa"/>
            <w:shd w:val="clear" w:color="auto" w:fill="F2F2F2"/>
            <w:vAlign w:val="center"/>
          </w:tcPr>
          <w:p w14:paraId="5B9CD249" w14:textId="77777777" w:rsidR="00A8321C" w:rsidRDefault="00A8321C" w:rsidP="00282504">
            <w:pPr>
              <w:jc w:val="center"/>
            </w:pPr>
            <w:r>
              <w:rPr>
                <w:b/>
                <w:color w:val="666666"/>
                <w:sz w:val="20"/>
              </w:rPr>
              <w:lastRenderedPageBreak/>
              <w:br/>
              <w:t>INSERT FIGURE / GRAPH / PHOTOGRAPH HERE</w:t>
            </w:r>
            <w:r>
              <w:rPr>
                <w:b/>
                <w:color w:val="666666"/>
                <w:sz w:val="20"/>
              </w:rPr>
              <w:br/>
              <w:t>Minimum resolution: 300 DPI</w:t>
            </w:r>
            <w:r>
              <w:rPr>
                <w:b/>
                <w:color w:val="666666"/>
                <w:sz w:val="20"/>
              </w:rPr>
              <w:br/>
            </w:r>
          </w:p>
        </w:tc>
      </w:tr>
    </w:tbl>
    <w:p w14:paraId="60F3BBEA" w14:textId="77777777" w:rsidR="00A8321C" w:rsidRDefault="00A8321C" w:rsidP="00A8321C">
      <w:pPr>
        <w:pStyle w:val="CaptionText"/>
        <w:jc w:val="center"/>
      </w:pPr>
      <w:r>
        <w:t>Figure X.X. Figure caption (Times New Roman, 9 pt)</w:t>
      </w:r>
    </w:p>
    <w:p w14:paraId="017CF75F" w14:textId="643D0AF9" w:rsidR="00A8321C" w:rsidRPr="00A8321C" w:rsidRDefault="00A8321C" w:rsidP="00A8321C">
      <w:pPr>
        <w:pStyle w:val="Heading1"/>
        <w:rPr>
          <w:sz w:val="28"/>
          <w:szCs w:val="22"/>
        </w:rPr>
      </w:pPr>
      <w:r w:rsidRPr="00A8321C">
        <w:rPr>
          <w:sz w:val="28"/>
          <w:szCs w:val="22"/>
        </w:rPr>
        <w:t>3 Discussion / Application / Analysis</w:t>
      </w:r>
    </w:p>
    <w:p w14:paraId="322AB88D" w14:textId="77777777" w:rsidR="00A8321C" w:rsidRDefault="00A8321C" w:rsidP="00A8321C">
      <w:r>
        <w:t>[Interpret the concepts, evidence, case study, findings, or practical implications as appropriate for the discipline.]</w:t>
      </w:r>
    </w:p>
    <w:p w14:paraId="2BF6C62D" w14:textId="14DAD06C" w:rsidR="00A8321C" w:rsidRPr="00A8321C" w:rsidRDefault="00A8321C" w:rsidP="00A8321C">
      <w:pPr>
        <w:pStyle w:val="Heading1"/>
        <w:rPr>
          <w:sz w:val="28"/>
          <w:szCs w:val="22"/>
        </w:rPr>
      </w:pPr>
      <w:r w:rsidRPr="00A8321C">
        <w:rPr>
          <w:sz w:val="28"/>
          <w:szCs w:val="22"/>
        </w:rPr>
        <w:t>4 Conclusion</w:t>
      </w:r>
    </w:p>
    <w:p w14:paraId="351D803B" w14:textId="77777777" w:rsidR="00A8321C" w:rsidRDefault="00A8321C" w:rsidP="00A8321C">
      <w:r>
        <w:t>[Summarize the key contribution of the chapter, implications, limitations where relevant, and future directions.]</w:t>
      </w:r>
    </w:p>
    <w:p w14:paraId="47CD2B64" w14:textId="77777777" w:rsidR="00A8321C" w:rsidRPr="00A8321C" w:rsidRDefault="00A8321C" w:rsidP="00A8321C">
      <w:pPr>
        <w:pStyle w:val="Heading2"/>
        <w:rPr>
          <w:sz w:val="24"/>
          <w:szCs w:val="24"/>
        </w:rPr>
      </w:pPr>
      <w:r w:rsidRPr="00A8321C">
        <w:rPr>
          <w:sz w:val="24"/>
          <w:szCs w:val="24"/>
        </w:rPr>
        <w:t>Acknowledgement / Funding</w:t>
      </w:r>
    </w:p>
    <w:p w14:paraId="25067641" w14:textId="77777777" w:rsidR="00A8321C" w:rsidRDefault="00A8321C" w:rsidP="00A8321C">
      <w:r>
        <w:t>[Optional. Delete if not applicable.]</w:t>
      </w:r>
    </w:p>
    <w:p w14:paraId="03F37262" w14:textId="77777777" w:rsidR="00A8321C" w:rsidRPr="00A8321C" w:rsidRDefault="00A8321C" w:rsidP="00A8321C">
      <w:pPr>
        <w:pStyle w:val="Heading2"/>
        <w:rPr>
          <w:sz w:val="24"/>
          <w:szCs w:val="24"/>
        </w:rPr>
      </w:pPr>
      <w:r w:rsidRPr="00A8321C">
        <w:rPr>
          <w:sz w:val="24"/>
          <w:szCs w:val="24"/>
        </w:rPr>
        <w:t>Conflict of Interest</w:t>
      </w:r>
    </w:p>
    <w:p w14:paraId="2D77DA1E" w14:textId="77777777" w:rsidR="00A8321C" w:rsidRDefault="00A8321C" w:rsidP="00A8321C">
      <w:r>
        <w:t>The author(s) declare [no conflict of interest / specify relevant conflict].</w:t>
      </w:r>
    </w:p>
    <w:p w14:paraId="69F7736F" w14:textId="77777777" w:rsidR="00A8321C" w:rsidRPr="00A8321C" w:rsidRDefault="00A8321C" w:rsidP="00A8321C">
      <w:pPr>
        <w:pStyle w:val="Heading1"/>
        <w:rPr>
          <w:sz w:val="28"/>
          <w:szCs w:val="22"/>
        </w:rPr>
      </w:pPr>
      <w:r w:rsidRPr="00A8321C">
        <w:rPr>
          <w:sz w:val="28"/>
          <w:szCs w:val="22"/>
        </w:rPr>
        <w:t>References</w:t>
      </w:r>
    </w:p>
    <w:p w14:paraId="55144E8D" w14:textId="77777777" w:rsidR="00A8321C" w:rsidRDefault="00A8321C" w:rsidP="00A8321C">
      <w:r>
        <w:t>[Use the reference style prescribed by the editors. Ensure every in-text citation appears in the reference list and vice versa.]</w:t>
      </w:r>
    </w:p>
    <w:p w14:paraId="07166047" w14:textId="77777777" w:rsidR="00A8321C" w:rsidRDefault="00A8321C" w:rsidP="00A8321C">
      <w:r>
        <w:t>1. [Sample reference]</w:t>
      </w:r>
      <w:r>
        <w:br/>
        <w:t>2. [Sample reference]</w:t>
      </w:r>
      <w:r>
        <w:br/>
        <w:t>3. [Sample reference]</w:t>
      </w:r>
    </w:p>
    <w:p w14:paraId="6121C56B" w14:textId="529D9B79" w:rsidR="00064675" w:rsidRDefault="00064675"/>
    <w:p w14:paraId="6752BDE7" w14:textId="77777777" w:rsidR="00C75A3D" w:rsidRDefault="00A8321C">
      <w:pPr>
        <w:jc w:val="center"/>
        <w:rPr>
          <w:b/>
          <w:color w:val="008C95"/>
        </w:rPr>
      </w:pPr>
      <w:r>
        <w:rPr>
          <w:b/>
          <w:color w:val="008C95"/>
        </w:rPr>
        <w:br w:type="column"/>
      </w:r>
    </w:p>
    <w:p w14:paraId="2A53CD35" w14:textId="77777777" w:rsidR="00232C66" w:rsidRDefault="00232C66" w:rsidP="00232C66">
      <w:pPr>
        <w:spacing w:after="0"/>
        <w:rPr>
          <w:rFonts w:cs="Times New Roman"/>
          <w:color w:val="00B050"/>
          <w:sz w:val="20"/>
          <w:szCs w:val="20"/>
        </w:rPr>
      </w:pPr>
      <w:r w:rsidRPr="00DD72BE">
        <w:rPr>
          <w:rFonts w:cs="Times New Roman"/>
          <w:color w:val="00B050"/>
          <w:sz w:val="20"/>
          <w:szCs w:val="20"/>
        </w:rPr>
        <w:t xml:space="preserve">Notation Trendplus Publishing </w:t>
      </w:r>
    </w:p>
    <w:p w14:paraId="4271630B" w14:textId="6BF44118" w:rsidR="00C75A3D" w:rsidRDefault="00232C66" w:rsidP="00232C66">
      <w:pPr>
        <w:rPr>
          <w:b/>
          <w:color w:val="008C95"/>
        </w:rPr>
      </w:pPr>
      <w:hyperlink r:id="rId31" w:history="1">
        <w:r w:rsidRPr="002550C0">
          <w:rPr>
            <w:rStyle w:val="Hyperlink"/>
            <w:rFonts w:cs="Times New Roman"/>
            <w:sz w:val="18"/>
            <w:szCs w:val="18"/>
          </w:rPr>
          <w:t>https://doi.org/</w:t>
        </w:r>
      </w:hyperlink>
    </w:p>
    <w:p w14:paraId="679F96B3" w14:textId="6C4C33F0" w:rsidR="00064675" w:rsidRPr="00C75A3D" w:rsidRDefault="00000000">
      <w:pPr>
        <w:jc w:val="center"/>
        <w:rPr>
          <w:sz w:val="32"/>
          <w:szCs w:val="32"/>
        </w:rPr>
      </w:pPr>
      <w:r w:rsidRPr="00C75A3D">
        <w:rPr>
          <w:b/>
          <w:color w:val="008C95"/>
          <w:sz w:val="32"/>
          <w:szCs w:val="32"/>
        </w:rPr>
        <w:t>CHAPTER 14</w:t>
      </w:r>
    </w:p>
    <w:p w14:paraId="70654264" w14:textId="7F9EC3D3" w:rsidR="00064675" w:rsidRPr="00C75A3D" w:rsidRDefault="00C75A3D">
      <w:pPr>
        <w:jc w:val="center"/>
        <w:rPr>
          <w:sz w:val="32"/>
          <w:szCs w:val="32"/>
        </w:rPr>
      </w:pPr>
      <w:r w:rsidRPr="00E57D7C">
        <w:rPr>
          <w:noProof/>
        </w:rPr>
        <w:drawing>
          <wp:anchor distT="0" distB="0" distL="114300" distR="114300" simplePos="0" relativeHeight="251687936" behindDoc="0" locked="1" layoutInCell="1" allowOverlap="1" wp14:anchorId="6E3004BB" wp14:editId="017EA403">
            <wp:simplePos x="0" y="0"/>
            <wp:positionH relativeFrom="margin">
              <wp:posOffset>3796030</wp:posOffset>
            </wp:positionH>
            <wp:positionV relativeFrom="margin">
              <wp:posOffset>-1270</wp:posOffset>
            </wp:positionV>
            <wp:extent cx="1322705" cy="511810"/>
            <wp:effectExtent l="0" t="0" r="0" b="2540"/>
            <wp:wrapNone/>
            <wp:docPr id="513957508" name="Picture 5139575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0580540" name="Picture 1500580540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2705" cy="511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75A3D">
        <w:rPr>
          <w:b/>
          <w:color w:val="17365D"/>
          <w:sz w:val="32"/>
          <w:szCs w:val="32"/>
        </w:rPr>
        <w:t xml:space="preserve"> </w:t>
      </w:r>
      <w:r w:rsidR="00000000" w:rsidRPr="00C75A3D">
        <w:rPr>
          <w:b/>
          <w:color w:val="17365D"/>
          <w:sz w:val="32"/>
          <w:szCs w:val="32"/>
        </w:rPr>
        <w:t>[TITLE OF CHAPTER 14]</w:t>
      </w:r>
    </w:p>
    <w:p w14:paraId="77B0EFB5" w14:textId="77777777" w:rsidR="00064675" w:rsidRDefault="00000000">
      <w:pPr>
        <w:jc w:val="center"/>
      </w:pPr>
      <w:r>
        <w:rPr>
          <w:b/>
        </w:rPr>
        <w:t xml:space="preserve">[Author 1 </w:t>
      </w:r>
      <w:proofErr w:type="gramStart"/>
      <w:r>
        <w:rPr>
          <w:b/>
        </w:rPr>
        <w:t>Name]¹</w:t>
      </w:r>
      <w:proofErr w:type="gramEnd"/>
      <w:r>
        <w:rPr>
          <w:b/>
        </w:rPr>
        <w:t xml:space="preserve">, [Author 2 </w:t>
      </w:r>
      <w:proofErr w:type="gramStart"/>
      <w:r>
        <w:rPr>
          <w:b/>
        </w:rPr>
        <w:t>Name]²</w:t>
      </w:r>
      <w:proofErr w:type="gramEnd"/>
      <w:r>
        <w:rPr>
          <w:b/>
        </w:rPr>
        <w:t xml:space="preserve">, [Author 3 </w:t>
      </w:r>
      <w:proofErr w:type="gramStart"/>
      <w:r>
        <w:rPr>
          <w:b/>
        </w:rPr>
        <w:t>Name]³</w:t>
      </w:r>
      <w:proofErr w:type="gramEnd"/>
    </w:p>
    <w:p w14:paraId="59E8FCD8" w14:textId="77777777" w:rsidR="00064675" w:rsidRDefault="00000000">
      <w:pPr>
        <w:jc w:val="center"/>
      </w:pPr>
      <w:r>
        <w:rPr>
          <w:i/>
        </w:rPr>
        <w:t>¹Department, Institution, City, Country</w:t>
      </w:r>
      <w:r>
        <w:rPr>
          <w:i/>
        </w:rPr>
        <w:br/>
        <w:t>²Department, Institution, City, Country</w:t>
      </w:r>
      <w:r>
        <w:rPr>
          <w:i/>
        </w:rPr>
        <w:br/>
        <w:t>Corresponding author: e-mail / ORCID</w:t>
      </w:r>
    </w:p>
    <w:p w14:paraId="5A38E1AE" w14:textId="77777777" w:rsidR="00064675" w:rsidRDefault="00064675"/>
    <w:p w14:paraId="5336A9AD" w14:textId="14722391" w:rsidR="00064675" w:rsidRDefault="00064675">
      <w:pPr>
        <w:jc w:val="center"/>
      </w:pPr>
    </w:p>
    <w:p w14:paraId="4EC3BC62" w14:textId="77777777" w:rsidR="00A8321C" w:rsidRPr="00A8321C" w:rsidRDefault="00A8321C" w:rsidP="00A8321C">
      <w:pPr>
        <w:pStyle w:val="Heading1"/>
        <w:rPr>
          <w:sz w:val="28"/>
          <w:szCs w:val="22"/>
        </w:rPr>
      </w:pPr>
      <w:r w:rsidRPr="00A8321C">
        <w:rPr>
          <w:sz w:val="28"/>
          <w:szCs w:val="22"/>
        </w:rPr>
        <w:t>Abstract</w:t>
      </w:r>
    </w:p>
    <w:p w14:paraId="461ED285" w14:textId="77777777" w:rsidR="00A8321C" w:rsidRDefault="00A8321C" w:rsidP="00A8321C">
      <w:r>
        <w:t>[150–250 words. Summarize the purpose, scope/method, major points or findings, and conclusion of the chapter.]</w:t>
      </w:r>
    </w:p>
    <w:p w14:paraId="277F06C5" w14:textId="77777777" w:rsidR="00A8321C" w:rsidRDefault="00A8321C" w:rsidP="00A8321C">
      <w:r>
        <w:rPr>
          <w:b/>
        </w:rPr>
        <w:t xml:space="preserve">Keywords: </w:t>
      </w:r>
      <w:r>
        <w:t>[Keyword 1]; [Keyword 2]; [Keyword 3]; [Keyword 4]; [Keyword 5]</w:t>
      </w:r>
    </w:p>
    <w:p w14:paraId="4F336DDC" w14:textId="2BABC6B6" w:rsidR="00A8321C" w:rsidRPr="00A8321C" w:rsidRDefault="00A8321C" w:rsidP="00A8321C">
      <w:pPr>
        <w:pStyle w:val="Heading1"/>
        <w:rPr>
          <w:sz w:val="28"/>
          <w:szCs w:val="22"/>
        </w:rPr>
      </w:pPr>
      <w:r w:rsidRPr="00A8321C">
        <w:rPr>
          <w:sz w:val="28"/>
          <w:szCs w:val="22"/>
        </w:rPr>
        <w:t>1 Introduction</w:t>
      </w:r>
    </w:p>
    <w:p w14:paraId="030A76E7" w14:textId="77777777" w:rsidR="00A8321C" w:rsidRDefault="00A8321C" w:rsidP="00A8321C">
      <w:r>
        <w:t>[Introduce the background, problem/context, rationale, objectives, and organization of the chapter.]</w:t>
      </w:r>
    </w:p>
    <w:p w14:paraId="43803790" w14:textId="5F91A9D1" w:rsidR="00A8321C" w:rsidRPr="00A8321C" w:rsidRDefault="00A8321C" w:rsidP="00A8321C">
      <w:pPr>
        <w:pStyle w:val="Heading1"/>
        <w:rPr>
          <w:sz w:val="28"/>
          <w:szCs w:val="22"/>
        </w:rPr>
      </w:pPr>
      <w:r w:rsidRPr="00A8321C">
        <w:rPr>
          <w:sz w:val="28"/>
          <w:szCs w:val="22"/>
        </w:rPr>
        <w:t>2 Main Section</w:t>
      </w:r>
    </w:p>
    <w:p w14:paraId="28E05945" w14:textId="77777777" w:rsidR="00A8321C" w:rsidRDefault="00A8321C" w:rsidP="00A8321C">
      <w:r>
        <w:t>[Develop the principal concepts, literature, theory, methodology, analysis, or subject-specific discussion.]</w:t>
      </w:r>
    </w:p>
    <w:p w14:paraId="41CD8143" w14:textId="3164C82B" w:rsidR="00A8321C" w:rsidRPr="00A8321C" w:rsidRDefault="00A8321C" w:rsidP="00A8321C">
      <w:pPr>
        <w:pStyle w:val="Heading2"/>
        <w:rPr>
          <w:sz w:val="24"/>
          <w:szCs w:val="24"/>
        </w:rPr>
      </w:pPr>
      <w:r w:rsidRPr="00A8321C">
        <w:rPr>
          <w:sz w:val="24"/>
          <w:szCs w:val="24"/>
        </w:rPr>
        <w:t>2.1 Subsection</w:t>
      </w:r>
    </w:p>
    <w:p w14:paraId="03E4AEFA" w14:textId="77777777" w:rsidR="00A8321C" w:rsidRDefault="00A8321C" w:rsidP="00A8321C">
      <w:r>
        <w:t>[Use subsections as required. Maintain a logical hierarchy and avoid excessive levels of headings.]</w:t>
      </w:r>
    </w:p>
    <w:p w14:paraId="771952CE" w14:textId="77777777" w:rsidR="00A8321C" w:rsidRDefault="00A8321C" w:rsidP="00A8321C">
      <w:pPr>
        <w:pStyle w:val="CaptionText"/>
        <w:jc w:val="center"/>
      </w:pPr>
      <w:r>
        <w:t>Table X.X. Descriptive table caption (Times New Roman, 9 pt)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688"/>
        <w:gridCol w:w="2688"/>
        <w:gridCol w:w="2688"/>
      </w:tblGrid>
      <w:tr w:rsidR="00A8321C" w14:paraId="14BFE61C" w14:textId="77777777" w:rsidTr="00282504">
        <w:trPr>
          <w:jc w:val="center"/>
        </w:trPr>
        <w:tc>
          <w:tcPr>
            <w:tcW w:w="2688" w:type="dxa"/>
            <w:shd w:val="clear" w:color="auto" w:fill="17365D"/>
          </w:tcPr>
          <w:p w14:paraId="218AAC90" w14:textId="77777777" w:rsidR="00A8321C" w:rsidRDefault="00A8321C" w:rsidP="00282504">
            <w:r>
              <w:rPr>
                <w:b/>
                <w:color w:val="FFFFFF"/>
                <w:sz w:val="20"/>
              </w:rPr>
              <w:t>Parameter</w:t>
            </w:r>
          </w:p>
        </w:tc>
        <w:tc>
          <w:tcPr>
            <w:tcW w:w="2688" w:type="dxa"/>
            <w:shd w:val="clear" w:color="auto" w:fill="17365D"/>
          </w:tcPr>
          <w:p w14:paraId="600AD060" w14:textId="77777777" w:rsidR="00A8321C" w:rsidRDefault="00A8321C" w:rsidP="00282504">
            <w:r>
              <w:rPr>
                <w:b/>
                <w:color w:val="FFFFFF"/>
                <w:sz w:val="20"/>
              </w:rPr>
              <w:t>Description</w:t>
            </w:r>
          </w:p>
        </w:tc>
        <w:tc>
          <w:tcPr>
            <w:tcW w:w="2688" w:type="dxa"/>
            <w:shd w:val="clear" w:color="auto" w:fill="17365D"/>
          </w:tcPr>
          <w:p w14:paraId="19E8D855" w14:textId="77777777" w:rsidR="00A8321C" w:rsidRDefault="00A8321C" w:rsidP="00282504">
            <w:r>
              <w:rPr>
                <w:b/>
                <w:color w:val="FFFFFF"/>
                <w:sz w:val="20"/>
              </w:rPr>
              <w:t>Value / Observation</w:t>
            </w:r>
          </w:p>
        </w:tc>
      </w:tr>
      <w:tr w:rsidR="00A8321C" w14:paraId="418460EC" w14:textId="77777777" w:rsidTr="00282504">
        <w:trPr>
          <w:jc w:val="center"/>
        </w:trPr>
        <w:tc>
          <w:tcPr>
            <w:tcW w:w="2688" w:type="dxa"/>
          </w:tcPr>
          <w:p w14:paraId="20EB809D" w14:textId="77777777" w:rsidR="00A8321C" w:rsidRDefault="00A8321C" w:rsidP="00282504">
            <w:r>
              <w:rPr>
                <w:sz w:val="20"/>
              </w:rPr>
              <w:t>[Item 1]</w:t>
            </w:r>
          </w:p>
        </w:tc>
        <w:tc>
          <w:tcPr>
            <w:tcW w:w="2688" w:type="dxa"/>
          </w:tcPr>
          <w:p w14:paraId="05B1C29B" w14:textId="77777777" w:rsidR="00A8321C" w:rsidRDefault="00A8321C" w:rsidP="00282504">
            <w:r>
              <w:rPr>
                <w:sz w:val="20"/>
              </w:rPr>
              <w:t>[Description]</w:t>
            </w:r>
          </w:p>
        </w:tc>
        <w:tc>
          <w:tcPr>
            <w:tcW w:w="2688" w:type="dxa"/>
          </w:tcPr>
          <w:p w14:paraId="0F83774C" w14:textId="77777777" w:rsidR="00A8321C" w:rsidRDefault="00A8321C" w:rsidP="00282504">
            <w:r>
              <w:rPr>
                <w:sz w:val="20"/>
              </w:rPr>
              <w:t>[Value]</w:t>
            </w:r>
          </w:p>
        </w:tc>
      </w:tr>
      <w:tr w:rsidR="00A8321C" w14:paraId="5888BFDE" w14:textId="77777777" w:rsidTr="00282504">
        <w:trPr>
          <w:jc w:val="center"/>
        </w:trPr>
        <w:tc>
          <w:tcPr>
            <w:tcW w:w="2688" w:type="dxa"/>
          </w:tcPr>
          <w:p w14:paraId="0E870E10" w14:textId="77777777" w:rsidR="00A8321C" w:rsidRDefault="00A8321C" w:rsidP="00282504">
            <w:r>
              <w:rPr>
                <w:sz w:val="20"/>
              </w:rPr>
              <w:t>[Item 2]</w:t>
            </w:r>
          </w:p>
        </w:tc>
        <w:tc>
          <w:tcPr>
            <w:tcW w:w="2688" w:type="dxa"/>
          </w:tcPr>
          <w:p w14:paraId="6E33247F" w14:textId="77777777" w:rsidR="00A8321C" w:rsidRDefault="00A8321C" w:rsidP="00282504">
            <w:r>
              <w:rPr>
                <w:sz w:val="20"/>
              </w:rPr>
              <w:t>[Description]</w:t>
            </w:r>
          </w:p>
        </w:tc>
        <w:tc>
          <w:tcPr>
            <w:tcW w:w="2688" w:type="dxa"/>
          </w:tcPr>
          <w:p w14:paraId="3B0C0E2E" w14:textId="77777777" w:rsidR="00A8321C" w:rsidRDefault="00A8321C" w:rsidP="00282504">
            <w:r>
              <w:rPr>
                <w:sz w:val="20"/>
              </w:rPr>
              <w:t>[Value]</w:t>
            </w:r>
          </w:p>
        </w:tc>
      </w:tr>
      <w:tr w:rsidR="00A8321C" w14:paraId="60465EF7" w14:textId="77777777" w:rsidTr="00282504">
        <w:trPr>
          <w:jc w:val="center"/>
        </w:trPr>
        <w:tc>
          <w:tcPr>
            <w:tcW w:w="2688" w:type="dxa"/>
          </w:tcPr>
          <w:p w14:paraId="11359A97" w14:textId="77777777" w:rsidR="00A8321C" w:rsidRDefault="00A8321C" w:rsidP="00282504">
            <w:r>
              <w:rPr>
                <w:sz w:val="20"/>
              </w:rPr>
              <w:t>[Item 3]</w:t>
            </w:r>
          </w:p>
        </w:tc>
        <w:tc>
          <w:tcPr>
            <w:tcW w:w="2688" w:type="dxa"/>
          </w:tcPr>
          <w:p w14:paraId="50785EC2" w14:textId="77777777" w:rsidR="00A8321C" w:rsidRDefault="00A8321C" w:rsidP="00282504">
            <w:r>
              <w:rPr>
                <w:sz w:val="20"/>
              </w:rPr>
              <w:t>[Description]</w:t>
            </w:r>
          </w:p>
        </w:tc>
        <w:tc>
          <w:tcPr>
            <w:tcW w:w="2688" w:type="dxa"/>
          </w:tcPr>
          <w:p w14:paraId="34D81264" w14:textId="77777777" w:rsidR="00A8321C" w:rsidRDefault="00A8321C" w:rsidP="00282504">
            <w:r>
              <w:rPr>
                <w:sz w:val="20"/>
              </w:rPr>
              <w:t>[Value]</w:t>
            </w:r>
          </w:p>
        </w:tc>
      </w:tr>
    </w:tbl>
    <w:p w14:paraId="06B6255E" w14:textId="77777777" w:rsidR="00A8321C" w:rsidRDefault="00A8321C" w:rsidP="00A8321C"/>
    <w:p w14:paraId="14C42F63" w14:textId="77777777" w:rsidR="00A8321C" w:rsidRDefault="00A8321C" w:rsidP="00A8321C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8064"/>
      </w:tblGrid>
      <w:tr w:rsidR="00A8321C" w14:paraId="434CA8E6" w14:textId="77777777" w:rsidTr="00282504">
        <w:trPr>
          <w:jc w:val="center"/>
        </w:trPr>
        <w:tc>
          <w:tcPr>
            <w:tcW w:w="8064" w:type="dxa"/>
            <w:shd w:val="clear" w:color="auto" w:fill="F2F2F2"/>
            <w:vAlign w:val="center"/>
          </w:tcPr>
          <w:p w14:paraId="455AB132" w14:textId="77777777" w:rsidR="00A8321C" w:rsidRDefault="00A8321C" w:rsidP="00282504">
            <w:pPr>
              <w:jc w:val="center"/>
            </w:pPr>
            <w:r>
              <w:rPr>
                <w:b/>
                <w:color w:val="666666"/>
                <w:sz w:val="20"/>
              </w:rPr>
              <w:br/>
              <w:t>INSERT FIGURE / GRAPH / PHOTOGRAPH HERE</w:t>
            </w:r>
            <w:r>
              <w:rPr>
                <w:b/>
                <w:color w:val="666666"/>
                <w:sz w:val="20"/>
              </w:rPr>
              <w:br/>
              <w:t>Minimum resolution: 300 DPI</w:t>
            </w:r>
            <w:r>
              <w:rPr>
                <w:b/>
                <w:color w:val="666666"/>
                <w:sz w:val="20"/>
              </w:rPr>
              <w:br/>
            </w:r>
          </w:p>
        </w:tc>
      </w:tr>
    </w:tbl>
    <w:p w14:paraId="6EF8624F" w14:textId="77777777" w:rsidR="00A8321C" w:rsidRDefault="00A8321C" w:rsidP="00A8321C">
      <w:pPr>
        <w:pStyle w:val="CaptionText"/>
        <w:jc w:val="center"/>
      </w:pPr>
      <w:r>
        <w:t>Figure X.X. Figure caption (Times New Roman, 9 pt)</w:t>
      </w:r>
    </w:p>
    <w:p w14:paraId="49E059F9" w14:textId="5F6EE09D" w:rsidR="00A8321C" w:rsidRPr="00A8321C" w:rsidRDefault="00A8321C" w:rsidP="00A8321C">
      <w:pPr>
        <w:pStyle w:val="Heading1"/>
        <w:rPr>
          <w:sz w:val="28"/>
          <w:szCs w:val="22"/>
        </w:rPr>
      </w:pPr>
      <w:r w:rsidRPr="00A8321C">
        <w:rPr>
          <w:sz w:val="28"/>
          <w:szCs w:val="22"/>
        </w:rPr>
        <w:t>3 Discussion / Application / Analysis</w:t>
      </w:r>
    </w:p>
    <w:p w14:paraId="3EE8873D" w14:textId="77777777" w:rsidR="00A8321C" w:rsidRDefault="00A8321C" w:rsidP="00A8321C">
      <w:r>
        <w:t>[Interpret the concepts, evidence, case study, findings, or practical implications as appropriate for the discipline.]</w:t>
      </w:r>
    </w:p>
    <w:p w14:paraId="79990A92" w14:textId="0C458FC9" w:rsidR="00A8321C" w:rsidRPr="00A8321C" w:rsidRDefault="00A8321C" w:rsidP="00A8321C">
      <w:pPr>
        <w:pStyle w:val="Heading1"/>
        <w:rPr>
          <w:sz w:val="28"/>
          <w:szCs w:val="22"/>
        </w:rPr>
      </w:pPr>
      <w:r w:rsidRPr="00A8321C">
        <w:rPr>
          <w:sz w:val="28"/>
          <w:szCs w:val="22"/>
        </w:rPr>
        <w:t>4 Conclusion</w:t>
      </w:r>
    </w:p>
    <w:p w14:paraId="7F3773F4" w14:textId="77777777" w:rsidR="00A8321C" w:rsidRDefault="00A8321C" w:rsidP="00A8321C">
      <w:r>
        <w:t>[Summarize the key contribution of the chapter, implications, limitations where relevant, and future directions.]</w:t>
      </w:r>
    </w:p>
    <w:p w14:paraId="0D684DA8" w14:textId="77777777" w:rsidR="00A8321C" w:rsidRPr="00A8321C" w:rsidRDefault="00A8321C" w:rsidP="00A8321C">
      <w:pPr>
        <w:pStyle w:val="Heading2"/>
        <w:rPr>
          <w:sz w:val="24"/>
          <w:szCs w:val="24"/>
        </w:rPr>
      </w:pPr>
      <w:r w:rsidRPr="00A8321C">
        <w:rPr>
          <w:sz w:val="24"/>
          <w:szCs w:val="24"/>
        </w:rPr>
        <w:t>Acknowledgement / Funding</w:t>
      </w:r>
    </w:p>
    <w:p w14:paraId="7577DCCD" w14:textId="77777777" w:rsidR="00A8321C" w:rsidRDefault="00A8321C" w:rsidP="00A8321C">
      <w:r>
        <w:t>[Optional. Delete if not applicable.]</w:t>
      </w:r>
    </w:p>
    <w:p w14:paraId="125E9C36" w14:textId="77777777" w:rsidR="00A8321C" w:rsidRPr="00A8321C" w:rsidRDefault="00A8321C" w:rsidP="00A8321C">
      <w:pPr>
        <w:pStyle w:val="Heading2"/>
        <w:rPr>
          <w:sz w:val="24"/>
          <w:szCs w:val="24"/>
        </w:rPr>
      </w:pPr>
      <w:r w:rsidRPr="00A8321C">
        <w:rPr>
          <w:sz w:val="24"/>
          <w:szCs w:val="24"/>
        </w:rPr>
        <w:t>Conflict of Interest</w:t>
      </w:r>
    </w:p>
    <w:p w14:paraId="529B8148" w14:textId="77777777" w:rsidR="00A8321C" w:rsidRDefault="00A8321C" w:rsidP="00A8321C">
      <w:r>
        <w:t>The author(s) declare [no conflict of interest / specify relevant conflict].</w:t>
      </w:r>
    </w:p>
    <w:p w14:paraId="32BB93CE" w14:textId="77777777" w:rsidR="00A8321C" w:rsidRPr="00A8321C" w:rsidRDefault="00A8321C" w:rsidP="00A8321C">
      <w:pPr>
        <w:pStyle w:val="Heading1"/>
        <w:rPr>
          <w:sz w:val="28"/>
          <w:szCs w:val="22"/>
        </w:rPr>
      </w:pPr>
      <w:r w:rsidRPr="00A8321C">
        <w:rPr>
          <w:sz w:val="28"/>
          <w:szCs w:val="22"/>
        </w:rPr>
        <w:t>References</w:t>
      </w:r>
    </w:p>
    <w:p w14:paraId="612207D9" w14:textId="77777777" w:rsidR="00A8321C" w:rsidRDefault="00A8321C" w:rsidP="00A8321C">
      <w:r>
        <w:t>[Use the reference style prescribed by the editors. Ensure every in-text citation appears in the reference list and vice versa.]</w:t>
      </w:r>
    </w:p>
    <w:p w14:paraId="7193EAA4" w14:textId="77777777" w:rsidR="00A8321C" w:rsidRDefault="00A8321C" w:rsidP="00A8321C">
      <w:r>
        <w:t>1. [Sample reference]</w:t>
      </w:r>
      <w:r>
        <w:br/>
        <w:t>2. [Sample reference]</w:t>
      </w:r>
      <w:r>
        <w:br/>
        <w:t>3. [Sample reference]</w:t>
      </w:r>
    </w:p>
    <w:p w14:paraId="4CB3F35B" w14:textId="77777777" w:rsidR="00064675" w:rsidRDefault="00000000">
      <w:r>
        <w:br w:type="page"/>
      </w:r>
    </w:p>
    <w:p w14:paraId="2C90BB77" w14:textId="77777777" w:rsidR="00232C66" w:rsidRDefault="00232C66" w:rsidP="00232C66">
      <w:pPr>
        <w:spacing w:after="0"/>
        <w:rPr>
          <w:rFonts w:cs="Times New Roman"/>
          <w:color w:val="00B050"/>
          <w:sz w:val="20"/>
          <w:szCs w:val="20"/>
        </w:rPr>
      </w:pPr>
      <w:r w:rsidRPr="00DD72BE">
        <w:rPr>
          <w:rFonts w:cs="Times New Roman"/>
          <w:color w:val="00B050"/>
          <w:sz w:val="20"/>
          <w:szCs w:val="20"/>
        </w:rPr>
        <w:lastRenderedPageBreak/>
        <w:t xml:space="preserve">Notation Trendplus Publishing </w:t>
      </w:r>
    </w:p>
    <w:p w14:paraId="030687B4" w14:textId="47748B1D" w:rsidR="00232C66" w:rsidRDefault="00232C66" w:rsidP="00232C66">
      <w:pPr>
        <w:rPr>
          <w:b/>
          <w:color w:val="008C95"/>
          <w:sz w:val="32"/>
          <w:szCs w:val="32"/>
        </w:rPr>
      </w:pPr>
      <w:hyperlink r:id="rId32" w:history="1">
        <w:r w:rsidRPr="002550C0">
          <w:rPr>
            <w:rStyle w:val="Hyperlink"/>
            <w:rFonts w:cs="Times New Roman"/>
            <w:sz w:val="18"/>
            <w:szCs w:val="18"/>
          </w:rPr>
          <w:t>https://doi.org/</w:t>
        </w:r>
      </w:hyperlink>
    </w:p>
    <w:p w14:paraId="2E8BCD44" w14:textId="79CB303D" w:rsidR="00064675" w:rsidRPr="00A8321C" w:rsidRDefault="00000000">
      <w:pPr>
        <w:jc w:val="center"/>
        <w:rPr>
          <w:sz w:val="32"/>
          <w:szCs w:val="32"/>
        </w:rPr>
      </w:pPr>
      <w:r w:rsidRPr="00A8321C">
        <w:rPr>
          <w:b/>
          <w:color w:val="008C95"/>
          <w:sz w:val="32"/>
          <w:szCs w:val="32"/>
        </w:rPr>
        <w:t>CHAPTER 15</w:t>
      </w:r>
      <w:r w:rsidR="00C75A3D" w:rsidRPr="00E57D7C">
        <w:rPr>
          <w:noProof/>
        </w:rPr>
        <w:drawing>
          <wp:anchor distT="0" distB="0" distL="114300" distR="114300" simplePos="0" relativeHeight="251689984" behindDoc="0" locked="1" layoutInCell="1" allowOverlap="1" wp14:anchorId="517D630A" wp14:editId="7DF28D9E">
            <wp:simplePos x="0" y="0"/>
            <wp:positionH relativeFrom="margin">
              <wp:posOffset>4010660</wp:posOffset>
            </wp:positionH>
            <wp:positionV relativeFrom="margin">
              <wp:posOffset>-194945</wp:posOffset>
            </wp:positionV>
            <wp:extent cx="1322705" cy="511810"/>
            <wp:effectExtent l="0" t="0" r="0" b="2540"/>
            <wp:wrapNone/>
            <wp:docPr id="723354933" name="Picture 7233549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0580540" name="Picture 1500580540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2705" cy="511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4E7010" w14:textId="77777777" w:rsidR="00064675" w:rsidRPr="00A8321C" w:rsidRDefault="00000000">
      <w:pPr>
        <w:jc w:val="center"/>
        <w:rPr>
          <w:sz w:val="32"/>
          <w:szCs w:val="32"/>
        </w:rPr>
      </w:pPr>
      <w:r w:rsidRPr="00A8321C">
        <w:rPr>
          <w:b/>
          <w:color w:val="17365D"/>
          <w:sz w:val="32"/>
          <w:szCs w:val="32"/>
        </w:rPr>
        <w:t>[TITLE OF CHAPTER 15]</w:t>
      </w:r>
    </w:p>
    <w:p w14:paraId="102DDECC" w14:textId="77777777" w:rsidR="00064675" w:rsidRDefault="00000000">
      <w:pPr>
        <w:jc w:val="center"/>
      </w:pPr>
      <w:r>
        <w:rPr>
          <w:b/>
        </w:rPr>
        <w:t xml:space="preserve">[Author 1 </w:t>
      </w:r>
      <w:proofErr w:type="gramStart"/>
      <w:r>
        <w:rPr>
          <w:b/>
        </w:rPr>
        <w:t>Name]¹</w:t>
      </w:r>
      <w:proofErr w:type="gramEnd"/>
      <w:r>
        <w:rPr>
          <w:b/>
        </w:rPr>
        <w:t xml:space="preserve">, [Author 2 </w:t>
      </w:r>
      <w:proofErr w:type="gramStart"/>
      <w:r>
        <w:rPr>
          <w:b/>
        </w:rPr>
        <w:t>Name]²</w:t>
      </w:r>
      <w:proofErr w:type="gramEnd"/>
      <w:r>
        <w:rPr>
          <w:b/>
        </w:rPr>
        <w:t xml:space="preserve">, [Author 3 </w:t>
      </w:r>
      <w:proofErr w:type="gramStart"/>
      <w:r>
        <w:rPr>
          <w:b/>
        </w:rPr>
        <w:t>Name]³</w:t>
      </w:r>
      <w:proofErr w:type="gramEnd"/>
    </w:p>
    <w:p w14:paraId="4AC8E870" w14:textId="77777777" w:rsidR="00064675" w:rsidRDefault="00000000">
      <w:pPr>
        <w:jc w:val="center"/>
      </w:pPr>
      <w:r>
        <w:rPr>
          <w:i/>
        </w:rPr>
        <w:t>¹Department, Institution, City, Country</w:t>
      </w:r>
      <w:r>
        <w:rPr>
          <w:i/>
        </w:rPr>
        <w:br/>
        <w:t>²Department, Institution, City, Country</w:t>
      </w:r>
      <w:r>
        <w:rPr>
          <w:i/>
        </w:rPr>
        <w:br/>
        <w:t>Corresponding author: e-mail / ORCID</w:t>
      </w:r>
    </w:p>
    <w:p w14:paraId="1889F099" w14:textId="77777777" w:rsidR="00064675" w:rsidRDefault="00064675"/>
    <w:p w14:paraId="6E43DD03" w14:textId="77777777" w:rsidR="00064675" w:rsidRPr="00A8321C" w:rsidRDefault="00000000">
      <w:pPr>
        <w:pStyle w:val="Heading1"/>
        <w:rPr>
          <w:sz w:val="28"/>
          <w:szCs w:val="22"/>
        </w:rPr>
      </w:pPr>
      <w:r w:rsidRPr="00A8321C">
        <w:rPr>
          <w:sz w:val="28"/>
          <w:szCs w:val="22"/>
        </w:rPr>
        <w:t>Abstract</w:t>
      </w:r>
    </w:p>
    <w:p w14:paraId="3C82A8D0" w14:textId="77777777" w:rsidR="00064675" w:rsidRDefault="00000000">
      <w:r>
        <w:t>[150–250 words. Summarize the purpose, scope/method, major points or findings, and conclusion of the chapter.]</w:t>
      </w:r>
    </w:p>
    <w:p w14:paraId="7B92FC9D" w14:textId="77777777" w:rsidR="00064675" w:rsidRDefault="00000000">
      <w:r>
        <w:rPr>
          <w:b/>
        </w:rPr>
        <w:t xml:space="preserve">Keywords: </w:t>
      </w:r>
      <w:r>
        <w:t>[Keyword 1]; [Keyword 2]; [Keyword 3]; [Keyword 4]; [Keyword 5]</w:t>
      </w:r>
    </w:p>
    <w:p w14:paraId="50F2170F" w14:textId="5D09C1EF" w:rsidR="00064675" w:rsidRPr="00A8321C" w:rsidRDefault="00000000">
      <w:pPr>
        <w:pStyle w:val="Heading1"/>
        <w:rPr>
          <w:sz w:val="28"/>
          <w:szCs w:val="22"/>
        </w:rPr>
      </w:pPr>
      <w:r w:rsidRPr="00A8321C">
        <w:rPr>
          <w:sz w:val="28"/>
          <w:szCs w:val="22"/>
        </w:rPr>
        <w:t>1 Introduction</w:t>
      </w:r>
    </w:p>
    <w:p w14:paraId="726B7662" w14:textId="77777777" w:rsidR="00064675" w:rsidRDefault="00000000">
      <w:r>
        <w:t>[Introduce the background, problem/context, rationale, objectives, and organization of the chapter.]</w:t>
      </w:r>
    </w:p>
    <w:p w14:paraId="1FA988F0" w14:textId="44F1EF49" w:rsidR="00064675" w:rsidRPr="00A8321C" w:rsidRDefault="00000000">
      <w:pPr>
        <w:pStyle w:val="Heading1"/>
        <w:rPr>
          <w:sz w:val="28"/>
          <w:szCs w:val="22"/>
        </w:rPr>
      </w:pPr>
      <w:r w:rsidRPr="00A8321C">
        <w:rPr>
          <w:sz w:val="28"/>
          <w:szCs w:val="22"/>
        </w:rPr>
        <w:t>2 Main Section</w:t>
      </w:r>
    </w:p>
    <w:p w14:paraId="45F71210" w14:textId="77777777" w:rsidR="00064675" w:rsidRDefault="00000000">
      <w:r>
        <w:t>[Develop the principal concepts, literature, theory, methodology, analysis, or subject-specific discussion.]</w:t>
      </w:r>
    </w:p>
    <w:p w14:paraId="327CD677" w14:textId="382AA5D1" w:rsidR="00064675" w:rsidRPr="00A8321C" w:rsidRDefault="00000000">
      <w:pPr>
        <w:pStyle w:val="Heading2"/>
        <w:rPr>
          <w:sz w:val="24"/>
          <w:szCs w:val="24"/>
        </w:rPr>
      </w:pPr>
      <w:r w:rsidRPr="00A8321C">
        <w:rPr>
          <w:sz w:val="24"/>
          <w:szCs w:val="24"/>
        </w:rPr>
        <w:t>2.1 Subsection</w:t>
      </w:r>
    </w:p>
    <w:p w14:paraId="7A3C6739" w14:textId="77777777" w:rsidR="00064675" w:rsidRDefault="00000000">
      <w:r>
        <w:t>[Use subsections as required. Maintain a logical hierarchy and avoid excessive levels of headings.]</w:t>
      </w:r>
    </w:p>
    <w:p w14:paraId="7A50E74C" w14:textId="77777777" w:rsidR="00064675" w:rsidRDefault="00000000" w:rsidP="00A8321C">
      <w:pPr>
        <w:pStyle w:val="CaptionText"/>
        <w:jc w:val="center"/>
      </w:pPr>
      <w:r>
        <w:t>Table X.X. Descriptive table caption (Times New Roman, 9 pt)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688"/>
        <w:gridCol w:w="2688"/>
        <w:gridCol w:w="2688"/>
      </w:tblGrid>
      <w:tr w:rsidR="00064675" w14:paraId="7AC02DDB" w14:textId="77777777">
        <w:trPr>
          <w:jc w:val="center"/>
        </w:trPr>
        <w:tc>
          <w:tcPr>
            <w:tcW w:w="2688" w:type="dxa"/>
            <w:shd w:val="clear" w:color="auto" w:fill="17365D"/>
          </w:tcPr>
          <w:p w14:paraId="0CC6368A" w14:textId="77777777" w:rsidR="00064675" w:rsidRDefault="00000000">
            <w:r>
              <w:rPr>
                <w:b/>
                <w:color w:val="FFFFFF"/>
                <w:sz w:val="20"/>
              </w:rPr>
              <w:t>Parameter</w:t>
            </w:r>
          </w:p>
        </w:tc>
        <w:tc>
          <w:tcPr>
            <w:tcW w:w="2688" w:type="dxa"/>
            <w:shd w:val="clear" w:color="auto" w:fill="17365D"/>
          </w:tcPr>
          <w:p w14:paraId="2B26FD36" w14:textId="77777777" w:rsidR="00064675" w:rsidRDefault="00000000">
            <w:r>
              <w:rPr>
                <w:b/>
                <w:color w:val="FFFFFF"/>
                <w:sz w:val="20"/>
              </w:rPr>
              <w:t>Description</w:t>
            </w:r>
          </w:p>
        </w:tc>
        <w:tc>
          <w:tcPr>
            <w:tcW w:w="2688" w:type="dxa"/>
            <w:shd w:val="clear" w:color="auto" w:fill="17365D"/>
          </w:tcPr>
          <w:p w14:paraId="11CCD97C" w14:textId="77777777" w:rsidR="00064675" w:rsidRDefault="00000000">
            <w:r>
              <w:rPr>
                <w:b/>
                <w:color w:val="FFFFFF"/>
                <w:sz w:val="20"/>
              </w:rPr>
              <w:t>Value / Observation</w:t>
            </w:r>
          </w:p>
        </w:tc>
      </w:tr>
      <w:tr w:rsidR="00064675" w14:paraId="4BC4B989" w14:textId="77777777">
        <w:trPr>
          <w:jc w:val="center"/>
        </w:trPr>
        <w:tc>
          <w:tcPr>
            <w:tcW w:w="2688" w:type="dxa"/>
          </w:tcPr>
          <w:p w14:paraId="39AC1329" w14:textId="77777777" w:rsidR="00064675" w:rsidRDefault="00000000">
            <w:r>
              <w:rPr>
                <w:sz w:val="20"/>
              </w:rPr>
              <w:t>[Item 1]</w:t>
            </w:r>
          </w:p>
        </w:tc>
        <w:tc>
          <w:tcPr>
            <w:tcW w:w="2688" w:type="dxa"/>
          </w:tcPr>
          <w:p w14:paraId="1967D541" w14:textId="77777777" w:rsidR="00064675" w:rsidRDefault="00000000">
            <w:r>
              <w:rPr>
                <w:sz w:val="20"/>
              </w:rPr>
              <w:t>[Description]</w:t>
            </w:r>
          </w:p>
        </w:tc>
        <w:tc>
          <w:tcPr>
            <w:tcW w:w="2688" w:type="dxa"/>
          </w:tcPr>
          <w:p w14:paraId="3F6CCB6C" w14:textId="77777777" w:rsidR="00064675" w:rsidRDefault="00000000">
            <w:r>
              <w:rPr>
                <w:sz w:val="20"/>
              </w:rPr>
              <w:t>[Value]</w:t>
            </w:r>
          </w:p>
        </w:tc>
      </w:tr>
      <w:tr w:rsidR="00064675" w14:paraId="7678159F" w14:textId="77777777">
        <w:trPr>
          <w:jc w:val="center"/>
        </w:trPr>
        <w:tc>
          <w:tcPr>
            <w:tcW w:w="2688" w:type="dxa"/>
          </w:tcPr>
          <w:p w14:paraId="550EABAA" w14:textId="77777777" w:rsidR="00064675" w:rsidRDefault="00000000">
            <w:r>
              <w:rPr>
                <w:sz w:val="20"/>
              </w:rPr>
              <w:t>[Item 2]</w:t>
            </w:r>
          </w:p>
        </w:tc>
        <w:tc>
          <w:tcPr>
            <w:tcW w:w="2688" w:type="dxa"/>
          </w:tcPr>
          <w:p w14:paraId="2EDC6C01" w14:textId="77777777" w:rsidR="00064675" w:rsidRDefault="00000000">
            <w:r>
              <w:rPr>
                <w:sz w:val="20"/>
              </w:rPr>
              <w:t>[Description]</w:t>
            </w:r>
          </w:p>
        </w:tc>
        <w:tc>
          <w:tcPr>
            <w:tcW w:w="2688" w:type="dxa"/>
          </w:tcPr>
          <w:p w14:paraId="592834A2" w14:textId="77777777" w:rsidR="00064675" w:rsidRDefault="00000000">
            <w:r>
              <w:rPr>
                <w:sz w:val="20"/>
              </w:rPr>
              <w:t>[Value]</w:t>
            </w:r>
          </w:p>
        </w:tc>
      </w:tr>
      <w:tr w:rsidR="00064675" w14:paraId="02D45B78" w14:textId="77777777">
        <w:trPr>
          <w:jc w:val="center"/>
        </w:trPr>
        <w:tc>
          <w:tcPr>
            <w:tcW w:w="2688" w:type="dxa"/>
          </w:tcPr>
          <w:p w14:paraId="77E26EBE" w14:textId="77777777" w:rsidR="00064675" w:rsidRDefault="00000000">
            <w:r>
              <w:rPr>
                <w:sz w:val="20"/>
              </w:rPr>
              <w:t>[Item 3]</w:t>
            </w:r>
          </w:p>
        </w:tc>
        <w:tc>
          <w:tcPr>
            <w:tcW w:w="2688" w:type="dxa"/>
          </w:tcPr>
          <w:p w14:paraId="44BF6423" w14:textId="77777777" w:rsidR="00064675" w:rsidRDefault="00000000">
            <w:r>
              <w:rPr>
                <w:sz w:val="20"/>
              </w:rPr>
              <w:t>[Description]</w:t>
            </w:r>
          </w:p>
        </w:tc>
        <w:tc>
          <w:tcPr>
            <w:tcW w:w="2688" w:type="dxa"/>
          </w:tcPr>
          <w:p w14:paraId="7D7168F4" w14:textId="77777777" w:rsidR="00064675" w:rsidRDefault="00000000">
            <w:r>
              <w:rPr>
                <w:sz w:val="20"/>
              </w:rPr>
              <w:t>[Value]</w:t>
            </w:r>
          </w:p>
        </w:tc>
      </w:tr>
    </w:tbl>
    <w:p w14:paraId="27C5C3C4" w14:textId="77777777" w:rsidR="00064675" w:rsidRDefault="00064675"/>
    <w:p w14:paraId="70347D00" w14:textId="77777777" w:rsidR="00A8321C" w:rsidRDefault="00A8321C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8064"/>
      </w:tblGrid>
      <w:tr w:rsidR="00064675" w14:paraId="73BF99B2" w14:textId="77777777">
        <w:trPr>
          <w:jc w:val="center"/>
        </w:trPr>
        <w:tc>
          <w:tcPr>
            <w:tcW w:w="8064" w:type="dxa"/>
            <w:shd w:val="clear" w:color="auto" w:fill="F2F2F2"/>
            <w:vAlign w:val="center"/>
          </w:tcPr>
          <w:p w14:paraId="68F40062" w14:textId="77777777" w:rsidR="00064675" w:rsidRDefault="00000000">
            <w:pPr>
              <w:jc w:val="center"/>
            </w:pPr>
            <w:r>
              <w:rPr>
                <w:b/>
                <w:color w:val="666666"/>
                <w:sz w:val="20"/>
              </w:rPr>
              <w:lastRenderedPageBreak/>
              <w:br/>
              <w:t>INSERT FIGURE / GRAPH / PHOTOGRAPH HERE</w:t>
            </w:r>
            <w:r>
              <w:rPr>
                <w:b/>
                <w:color w:val="666666"/>
                <w:sz w:val="20"/>
              </w:rPr>
              <w:br/>
              <w:t>Minimum resolution: 300 DPI</w:t>
            </w:r>
            <w:r>
              <w:rPr>
                <w:b/>
                <w:color w:val="666666"/>
                <w:sz w:val="20"/>
              </w:rPr>
              <w:br/>
            </w:r>
          </w:p>
        </w:tc>
      </w:tr>
    </w:tbl>
    <w:p w14:paraId="187849A9" w14:textId="77777777" w:rsidR="00064675" w:rsidRDefault="00000000">
      <w:pPr>
        <w:pStyle w:val="CaptionText"/>
        <w:jc w:val="center"/>
      </w:pPr>
      <w:r>
        <w:t>Figure X.X. Figure caption (Times New Roman, 9 pt)</w:t>
      </w:r>
    </w:p>
    <w:p w14:paraId="59AEA5F2" w14:textId="77F3A6A5" w:rsidR="00064675" w:rsidRPr="00A8321C" w:rsidRDefault="00000000">
      <w:pPr>
        <w:pStyle w:val="Heading1"/>
        <w:rPr>
          <w:sz w:val="28"/>
          <w:szCs w:val="22"/>
        </w:rPr>
      </w:pPr>
      <w:r w:rsidRPr="00A8321C">
        <w:rPr>
          <w:sz w:val="28"/>
          <w:szCs w:val="22"/>
        </w:rPr>
        <w:t>3 Discussion / Application / Analysis</w:t>
      </w:r>
    </w:p>
    <w:p w14:paraId="1C210EAE" w14:textId="77777777" w:rsidR="00064675" w:rsidRDefault="00000000">
      <w:r>
        <w:t>[Interpret the concepts, evidence, case study, findings, or practical implications as appropriate for the discipline.]</w:t>
      </w:r>
    </w:p>
    <w:p w14:paraId="3B3CF3EA" w14:textId="21767844" w:rsidR="00064675" w:rsidRPr="00A8321C" w:rsidRDefault="00000000">
      <w:pPr>
        <w:pStyle w:val="Heading1"/>
        <w:rPr>
          <w:sz w:val="28"/>
          <w:szCs w:val="22"/>
        </w:rPr>
      </w:pPr>
      <w:r w:rsidRPr="00A8321C">
        <w:rPr>
          <w:sz w:val="28"/>
          <w:szCs w:val="22"/>
        </w:rPr>
        <w:t>4 Conclusion</w:t>
      </w:r>
    </w:p>
    <w:p w14:paraId="2C663585" w14:textId="77777777" w:rsidR="00064675" w:rsidRDefault="00000000">
      <w:r>
        <w:t>[Summarize the key contribution of the chapter, implications, limitations where relevant, and future directions.]</w:t>
      </w:r>
    </w:p>
    <w:p w14:paraId="681FFD2A" w14:textId="77777777" w:rsidR="00064675" w:rsidRPr="00A8321C" w:rsidRDefault="00000000">
      <w:pPr>
        <w:pStyle w:val="Heading2"/>
        <w:rPr>
          <w:sz w:val="24"/>
          <w:szCs w:val="24"/>
        </w:rPr>
      </w:pPr>
      <w:r w:rsidRPr="00A8321C">
        <w:rPr>
          <w:sz w:val="24"/>
          <w:szCs w:val="24"/>
        </w:rPr>
        <w:t>Acknowledgement / Funding</w:t>
      </w:r>
    </w:p>
    <w:p w14:paraId="2E4029E6" w14:textId="77777777" w:rsidR="00064675" w:rsidRDefault="00000000">
      <w:r>
        <w:t>[Optional. Delete if not applicable.]</w:t>
      </w:r>
    </w:p>
    <w:p w14:paraId="6E9416C5" w14:textId="77777777" w:rsidR="00064675" w:rsidRPr="00A8321C" w:rsidRDefault="00000000">
      <w:pPr>
        <w:pStyle w:val="Heading2"/>
        <w:rPr>
          <w:sz w:val="24"/>
          <w:szCs w:val="24"/>
        </w:rPr>
      </w:pPr>
      <w:r w:rsidRPr="00A8321C">
        <w:rPr>
          <w:sz w:val="24"/>
          <w:szCs w:val="24"/>
        </w:rPr>
        <w:t>Conflict of Interest</w:t>
      </w:r>
    </w:p>
    <w:p w14:paraId="423A88F0" w14:textId="77777777" w:rsidR="00064675" w:rsidRDefault="00000000">
      <w:r>
        <w:t>The author(s) declare [no conflict of interest / specify relevant conflict].</w:t>
      </w:r>
    </w:p>
    <w:p w14:paraId="5AA44550" w14:textId="77777777" w:rsidR="00064675" w:rsidRPr="00A8321C" w:rsidRDefault="00000000">
      <w:pPr>
        <w:pStyle w:val="Heading1"/>
        <w:rPr>
          <w:sz w:val="28"/>
          <w:szCs w:val="22"/>
        </w:rPr>
      </w:pPr>
      <w:r w:rsidRPr="00A8321C">
        <w:rPr>
          <w:sz w:val="28"/>
          <w:szCs w:val="22"/>
        </w:rPr>
        <w:t>References</w:t>
      </w:r>
    </w:p>
    <w:p w14:paraId="6B03FE01" w14:textId="77777777" w:rsidR="00064675" w:rsidRDefault="00000000">
      <w:r>
        <w:t>[Use the reference style prescribed by the editors. Ensure every in-text citation appears in the reference list and vice versa.]</w:t>
      </w:r>
    </w:p>
    <w:p w14:paraId="13345471" w14:textId="77777777" w:rsidR="00064675" w:rsidRDefault="00000000">
      <w:r>
        <w:t>1. [Sample reference]</w:t>
      </w:r>
      <w:r>
        <w:br/>
        <w:t>2. [Sample reference]</w:t>
      </w:r>
      <w:r>
        <w:br/>
        <w:t>3. [Sample reference]</w:t>
      </w:r>
    </w:p>
    <w:p w14:paraId="59983210" w14:textId="77777777" w:rsidR="00064675" w:rsidRDefault="00000000">
      <w:r>
        <w:br w:type="page"/>
      </w:r>
    </w:p>
    <w:p w14:paraId="3EC586CD" w14:textId="77777777" w:rsidR="00064675" w:rsidRDefault="00000000">
      <w:pPr>
        <w:pStyle w:val="Title"/>
      </w:pPr>
      <w:r>
        <w:lastRenderedPageBreak/>
        <w:t>Editorial Checklist</w:t>
      </w:r>
    </w:p>
    <w:p w14:paraId="3AD12B08" w14:textId="77777777" w:rsidR="00064675" w:rsidRDefault="00000000">
      <w:pPr>
        <w:pStyle w:val="ListBullet"/>
      </w:pPr>
      <w:r>
        <w:t>All chapter titles and author names match the Table of Contents.</w:t>
      </w:r>
    </w:p>
    <w:p w14:paraId="056CB377" w14:textId="77777777" w:rsidR="00064675" w:rsidRDefault="00000000">
      <w:pPr>
        <w:pStyle w:val="ListBullet"/>
      </w:pPr>
      <w:r>
        <w:t>Affiliations and corresponding-author information are complete.</w:t>
      </w:r>
    </w:p>
    <w:p w14:paraId="362DA2BD" w14:textId="77777777" w:rsidR="00064675" w:rsidRDefault="00000000">
      <w:pPr>
        <w:pStyle w:val="ListBullet"/>
      </w:pPr>
      <w:r>
        <w:t>Body text is Times New Roman 11 pt.</w:t>
      </w:r>
    </w:p>
    <w:p w14:paraId="0FC90395" w14:textId="77777777" w:rsidR="00064675" w:rsidRDefault="00000000">
      <w:pPr>
        <w:pStyle w:val="ListBullet"/>
      </w:pPr>
      <w:r>
        <w:t>Table content is Times New Roman 10 pt.</w:t>
      </w:r>
    </w:p>
    <w:p w14:paraId="2D9B1338" w14:textId="77777777" w:rsidR="00064675" w:rsidRDefault="00000000">
      <w:pPr>
        <w:pStyle w:val="ListBullet"/>
      </w:pPr>
      <w:r>
        <w:t>Table and figure captions are Times New Roman 9 pt.</w:t>
      </w:r>
    </w:p>
    <w:p w14:paraId="313D05A4" w14:textId="77777777" w:rsidR="00064675" w:rsidRDefault="00000000">
      <w:pPr>
        <w:pStyle w:val="ListBullet"/>
      </w:pPr>
      <w:r>
        <w:t>All images/figures meet the minimum 300 DPI requirement.</w:t>
      </w:r>
    </w:p>
    <w:p w14:paraId="0D0E2432" w14:textId="77777777" w:rsidR="00064675" w:rsidRDefault="00000000">
      <w:pPr>
        <w:pStyle w:val="ListBullet"/>
      </w:pPr>
      <w:r>
        <w:t>Tables and figures are numbered consistently chapter-wise.</w:t>
      </w:r>
    </w:p>
    <w:p w14:paraId="728F4DCE" w14:textId="77777777" w:rsidR="00064675" w:rsidRDefault="00000000">
      <w:pPr>
        <w:pStyle w:val="ListBullet"/>
      </w:pPr>
      <w:r>
        <w:t>Citation and reference style is uniform across all chapters.</w:t>
      </w:r>
    </w:p>
    <w:p w14:paraId="7EA8C826" w14:textId="77777777" w:rsidR="00064675" w:rsidRDefault="00000000">
      <w:pPr>
        <w:pStyle w:val="ListBullet"/>
      </w:pPr>
      <w:r>
        <w:t>Copyright permissions have been obtained where necessary.</w:t>
      </w:r>
    </w:p>
    <w:p w14:paraId="2C1364CC" w14:textId="77777777" w:rsidR="00064675" w:rsidRDefault="00000000">
      <w:pPr>
        <w:pStyle w:val="ListBullet"/>
      </w:pPr>
      <w:r>
        <w:t>Spelling, grammar, pagination, headings, and cross-references have been checked.</w:t>
      </w:r>
    </w:p>
    <w:p w14:paraId="7F0EBDD9" w14:textId="77777777" w:rsidR="00064675" w:rsidRDefault="00000000">
      <w:pPr>
        <w:pStyle w:val="ListBullet"/>
      </w:pPr>
      <w:r>
        <w:t>ISBN/DOI/publisher details are verified before final publication.</w:t>
      </w:r>
    </w:p>
    <w:p w14:paraId="73962291" w14:textId="77777777" w:rsidR="00064675" w:rsidRDefault="00000000">
      <w:r>
        <w:br w:type="page"/>
      </w:r>
    </w:p>
    <w:p w14:paraId="61B914E0" w14:textId="77777777" w:rsidR="00064675" w:rsidRDefault="00000000">
      <w:pPr>
        <w:pStyle w:val="Title"/>
      </w:pPr>
      <w:r>
        <w:lastRenderedPageBreak/>
        <w:t>Index / Subject Index</w:t>
      </w:r>
    </w:p>
    <w:p w14:paraId="1462CD7D" w14:textId="77777777" w:rsidR="00064675" w:rsidRDefault="00000000">
      <w:r>
        <w:t>[Prepare after final pagination if the edited volume requires an index.]</w:t>
      </w:r>
    </w:p>
    <w:sectPr w:rsidR="00064675" w:rsidSect="00034616">
      <w:headerReference w:type="default" r:id="rId33"/>
      <w:footerReference w:type="default" r:id="rId34"/>
      <w:pgSz w:w="10080" w:h="14400"/>
      <w:pgMar w:top="1008" w:right="936" w:bottom="1008" w:left="108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5626A5" w14:textId="77777777" w:rsidR="00D369B1" w:rsidRDefault="00D369B1">
      <w:pPr>
        <w:spacing w:after="0" w:line="240" w:lineRule="auto"/>
      </w:pPr>
      <w:r>
        <w:separator/>
      </w:r>
    </w:p>
  </w:endnote>
  <w:endnote w:type="continuationSeparator" w:id="0">
    <w:p w14:paraId="396AD5E0" w14:textId="77777777" w:rsidR="00D369B1" w:rsidRDefault="00D369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9F0B8" w14:textId="683A5822" w:rsidR="00064675" w:rsidRDefault="00000000">
    <w:pPr>
      <w:pStyle w:val="Footer"/>
      <w:jc w:val="center"/>
    </w:pPr>
    <w:r>
      <w:rPr>
        <w:sz w:val="18"/>
      </w:rPr>
      <w:fldChar w:fldCharType="begin"/>
    </w:r>
    <w:r>
      <w:rPr>
        <w:sz w:val="18"/>
      </w:rPr>
      <w:instrText xml:space="preserve"> PAGE </w:instrText>
    </w:r>
    <w:r w:rsidR="00A8321C">
      <w:rPr>
        <w:sz w:val="18"/>
      </w:rPr>
      <w:fldChar w:fldCharType="separate"/>
    </w:r>
    <w:r w:rsidR="00A8321C">
      <w:rPr>
        <w:noProof/>
        <w:sz w:val="18"/>
      </w:rPr>
      <w:t>1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F73FC8" w14:textId="77777777" w:rsidR="00D369B1" w:rsidRDefault="00D369B1">
      <w:pPr>
        <w:spacing w:after="0" w:line="240" w:lineRule="auto"/>
      </w:pPr>
      <w:r>
        <w:separator/>
      </w:r>
    </w:p>
  </w:footnote>
  <w:footnote w:type="continuationSeparator" w:id="0">
    <w:p w14:paraId="72AD9F22" w14:textId="77777777" w:rsidR="00D369B1" w:rsidRDefault="00D369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CB6E44" w14:textId="18B1D0EC" w:rsidR="00064675" w:rsidRPr="00C75A3D" w:rsidRDefault="00064675" w:rsidP="00C75A3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5005136">
    <w:abstractNumId w:val="8"/>
  </w:num>
  <w:num w:numId="2" w16cid:durableId="738409538">
    <w:abstractNumId w:val="6"/>
  </w:num>
  <w:num w:numId="3" w16cid:durableId="1856654055">
    <w:abstractNumId w:val="5"/>
  </w:num>
  <w:num w:numId="4" w16cid:durableId="1436554600">
    <w:abstractNumId w:val="4"/>
  </w:num>
  <w:num w:numId="5" w16cid:durableId="233971014">
    <w:abstractNumId w:val="7"/>
  </w:num>
  <w:num w:numId="6" w16cid:durableId="2019115509">
    <w:abstractNumId w:val="3"/>
  </w:num>
  <w:num w:numId="7" w16cid:durableId="1188788552">
    <w:abstractNumId w:val="2"/>
  </w:num>
  <w:num w:numId="8" w16cid:durableId="1156141785">
    <w:abstractNumId w:val="1"/>
  </w:num>
  <w:num w:numId="9" w16cid:durableId="2273461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64675"/>
    <w:rsid w:val="0015074B"/>
    <w:rsid w:val="002221F2"/>
    <w:rsid w:val="00232C66"/>
    <w:rsid w:val="0029639D"/>
    <w:rsid w:val="00326F90"/>
    <w:rsid w:val="00442891"/>
    <w:rsid w:val="00A8321C"/>
    <w:rsid w:val="00AA1D8D"/>
    <w:rsid w:val="00B47730"/>
    <w:rsid w:val="00C75A3D"/>
    <w:rsid w:val="00CB0664"/>
    <w:rsid w:val="00D369B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62FE21C"/>
  <w14:defaultImageDpi w14:val="300"/>
  <w15:docId w15:val="{45276DE7-7466-4CE1-BFF9-4645A22DB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20"/>
    </w:pPr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17365D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08C95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17365D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7365D"/>
      <w:spacing w:val="5"/>
      <w:kern w:val="28"/>
      <w:sz w:val="5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aptionText">
    <w:name w:val="Caption Text"/>
    <w:rPr>
      <w:rFonts w:ascii="Times New Roman" w:hAnsi="Times New Roman"/>
      <w:sz w:val="18"/>
    </w:rPr>
  </w:style>
  <w:style w:type="character" w:styleId="Hyperlink">
    <w:name w:val="Hyperlink"/>
    <w:basedOn w:val="DefaultParagraphFont"/>
    <w:uiPriority w:val="99"/>
    <w:unhideWhenUsed/>
    <w:rsid w:val="00C75A3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75A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orcid.org/0000-0" TargetMode="External"/><Relationship Id="rId18" Type="http://schemas.openxmlformats.org/officeDocument/2006/relationships/hyperlink" Target="https://doi.org/" TargetMode="External"/><Relationship Id="rId26" Type="http://schemas.openxmlformats.org/officeDocument/2006/relationships/hyperlink" Target="https://doi.org/" TargetMode="External"/><Relationship Id="rId3" Type="http://schemas.openxmlformats.org/officeDocument/2006/relationships/styles" Target="styles.xml"/><Relationship Id="rId21" Type="http://schemas.openxmlformats.org/officeDocument/2006/relationships/hyperlink" Target="https://doi.org/" TargetMode="External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orcid.org/0000-0012-1352-4372" TargetMode="External"/><Relationship Id="rId17" Type="http://schemas.openxmlformats.org/officeDocument/2006/relationships/hyperlink" Target="https://doi.org/" TargetMode="External"/><Relationship Id="rId25" Type="http://schemas.openxmlformats.org/officeDocument/2006/relationships/hyperlink" Target="https://doi.org/" TargetMode="External"/><Relationship Id="rId33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1.png"/><Relationship Id="rId20" Type="http://schemas.openxmlformats.org/officeDocument/2006/relationships/hyperlink" Target="https://doi.org/" TargetMode="External"/><Relationship Id="rId29" Type="http://schemas.openxmlformats.org/officeDocument/2006/relationships/hyperlink" Target="https://doi.org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orcid.org/0000-0302-1351-237" TargetMode="External"/><Relationship Id="rId24" Type="http://schemas.openxmlformats.org/officeDocument/2006/relationships/hyperlink" Target="https://doi.org/" TargetMode="External"/><Relationship Id="rId32" Type="http://schemas.openxmlformats.org/officeDocument/2006/relationships/hyperlink" Target="https://doi.org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oi.org/" TargetMode="External"/><Relationship Id="rId23" Type="http://schemas.openxmlformats.org/officeDocument/2006/relationships/hyperlink" Target="https://doi.org/" TargetMode="External"/><Relationship Id="rId28" Type="http://schemas.openxmlformats.org/officeDocument/2006/relationships/hyperlink" Target="https://doi.org/" TargetMode="External"/><Relationship Id="rId36" Type="http://schemas.openxmlformats.org/officeDocument/2006/relationships/theme" Target="theme/theme1.xml"/><Relationship Id="rId10" Type="http://schemas.openxmlformats.org/officeDocument/2006/relationships/hyperlink" Target="mailto:xyz@gmail.com" TargetMode="External"/><Relationship Id="rId19" Type="http://schemas.openxmlformats.org/officeDocument/2006/relationships/hyperlink" Target="https://doi.org/" TargetMode="External"/><Relationship Id="rId31" Type="http://schemas.openxmlformats.org/officeDocument/2006/relationships/hyperlink" Target="https://doi.org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qrs@gmail.com" TargetMode="External"/><Relationship Id="rId14" Type="http://schemas.openxmlformats.org/officeDocument/2006/relationships/hyperlink" Target="https://doi.org/" TargetMode="External"/><Relationship Id="rId22" Type="http://schemas.openxmlformats.org/officeDocument/2006/relationships/hyperlink" Target="https://doi.org/" TargetMode="External"/><Relationship Id="rId27" Type="http://schemas.openxmlformats.org/officeDocument/2006/relationships/hyperlink" Target="https://doi.org/" TargetMode="External"/><Relationship Id="rId30" Type="http://schemas.openxmlformats.org/officeDocument/2006/relationships/hyperlink" Target="https://doi.org/" TargetMode="External"/><Relationship Id="rId35" Type="http://schemas.openxmlformats.org/officeDocument/2006/relationships/fontTable" Target="fontTable.xml"/><Relationship Id="rId8" Type="http://schemas.openxmlformats.org/officeDocument/2006/relationships/hyperlink" Target="mailto:abc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41</Pages>
  <Words>4943</Words>
  <Characters>28179</Characters>
  <Application>Microsoft Office Word</Application>
  <DocSecurity>0</DocSecurity>
  <Lines>234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Notation TrendPlus Edited Book Template – Chapter DOI &amp; Page Numbers</vt:lpstr>
    </vt:vector>
  </TitlesOfParts>
  <Manager/>
  <Company/>
  <LinksUpToDate>false</LinksUpToDate>
  <CharactersWithSpaces>33056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Notation TrendPlus Edited Book Template – Chapter DOI &amp; Page Numbers</dc:title>
  <dc:subject/>
  <dc:creator>Notation TrendPlus Publishing Pvt. Ltd.</dc:creator>
  <cp:keywords/>
  <dc:description>generated by python-docx</dc:description>
  <cp:lastModifiedBy>Sunil sahu</cp:lastModifiedBy>
  <cp:revision>2</cp:revision>
  <dcterms:created xsi:type="dcterms:W3CDTF">2013-12-23T23:15:00Z</dcterms:created>
  <dcterms:modified xsi:type="dcterms:W3CDTF">2026-09-06T13:38:00Z</dcterms:modified>
  <cp:category/>
</cp:coreProperties>
</file>