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1E6B" w14:textId="77777777" w:rsidR="00EF446A" w:rsidRPr="00225EE2" w:rsidRDefault="00EF446A" w:rsidP="00EF446A">
      <w:pPr>
        <w:rPr>
          <w:rFonts w:cs="Times New Roman"/>
        </w:rPr>
      </w:pPr>
      <w:r w:rsidRPr="00225EE2">
        <w:rPr>
          <w:rFonts w:cs="Times New Roman"/>
        </w:rPr>
        <w:t>Title of the book:</w:t>
      </w:r>
      <w:r>
        <w:rPr>
          <w:rFonts w:cs="Times New Roman"/>
        </w:rPr>
        <w:t xml:space="preserve"> </w:t>
      </w:r>
      <w:r w:rsidRPr="00CD720F">
        <w:rPr>
          <w:rFonts w:cs="Times New Roman"/>
          <w:color w:val="FF0000"/>
        </w:rPr>
        <w:t>Artificial Intelligence</w:t>
      </w:r>
    </w:p>
    <w:p w14:paraId="7C579C0D" w14:textId="77777777" w:rsidR="00EF446A" w:rsidRPr="00225EE2" w:rsidRDefault="00EF446A" w:rsidP="00EF446A">
      <w:pPr>
        <w:rPr>
          <w:rFonts w:cs="Times New Roman"/>
        </w:rPr>
      </w:pPr>
      <w:r w:rsidRPr="00225EE2">
        <w:rPr>
          <w:rFonts w:cs="Times New Roman"/>
        </w:rPr>
        <w:br/>
      </w:r>
      <w:r w:rsidRPr="00225EE2">
        <w:rPr>
          <w:rFonts w:cs="Times New Roman"/>
        </w:rPr>
        <w:br/>
        <w:t xml:space="preserve">Type of book: </w:t>
      </w:r>
      <w:r w:rsidRPr="00CD720F">
        <w:rPr>
          <w:rFonts w:cs="Times New Roman"/>
          <w:color w:val="FF0000"/>
        </w:rPr>
        <w:t>Edited</w:t>
      </w:r>
      <w:r>
        <w:rPr>
          <w:rFonts w:cs="Times New Roman"/>
          <w:color w:val="FF0000"/>
        </w:rPr>
        <w:t>/Authored</w:t>
      </w:r>
    </w:p>
    <w:p w14:paraId="480A8CDE" w14:textId="77777777" w:rsidR="00EF446A" w:rsidRPr="00225EE2" w:rsidRDefault="00EF446A" w:rsidP="00EF446A">
      <w:pPr>
        <w:rPr>
          <w:rFonts w:cs="Times New Roman"/>
        </w:rPr>
      </w:pPr>
    </w:p>
    <w:p w14:paraId="57CAFB16" w14:textId="77777777" w:rsidR="00EF446A" w:rsidRDefault="00EF446A" w:rsidP="00EF446A">
      <w:pPr>
        <w:spacing w:line="360" w:lineRule="auto"/>
        <w:rPr>
          <w:rFonts w:cs="Times New Roman"/>
        </w:rPr>
      </w:pPr>
      <w:r>
        <w:rPr>
          <w:rFonts w:cs="Times New Roman"/>
        </w:rPr>
        <w:t xml:space="preserve">Editors/Authors: </w:t>
      </w:r>
      <w:r w:rsidRPr="00C5303F">
        <w:rPr>
          <w:rFonts w:cs="Times New Roman"/>
          <w:color w:val="FF0000"/>
        </w:rPr>
        <w:t>Editor Name</w:t>
      </w:r>
      <w:r>
        <w:rPr>
          <w:rFonts w:cs="Times New Roman"/>
          <w:color w:val="FF0000"/>
        </w:rPr>
        <w:t xml:space="preserve"> </w:t>
      </w:r>
      <w:r w:rsidRPr="00F0753F">
        <w:rPr>
          <w:rFonts w:cs="Times New Roman"/>
          <w:color w:val="FF0000"/>
          <w:vertAlign w:val="superscript"/>
        </w:rPr>
        <w:t>1</w:t>
      </w:r>
      <w:r>
        <w:rPr>
          <w:rFonts w:cs="Times New Roman"/>
          <w:color w:val="FF0000"/>
        </w:rPr>
        <w:t xml:space="preserve">, </w:t>
      </w:r>
      <w:r w:rsidRPr="00C5303F">
        <w:rPr>
          <w:rFonts w:cs="Times New Roman"/>
          <w:color w:val="FF0000"/>
        </w:rPr>
        <w:t>Editor Name</w:t>
      </w:r>
      <w:r>
        <w:rPr>
          <w:rFonts w:cs="Times New Roman"/>
          <w:color w:val="FF0000"/>
        </w:rPr>
        <w:t xml:space="preserve"> </w:t>
      </w:r>
      <w:r w:rsidRPr="00F0753F">
        <w:rPr>
          <w:rFonts w:cs="Times New Roman"/>
          <w:color w:val="FF0000"/>
          <w:vertAlign w:val="superscript"/>
        </w:rPr>
        <w:t>2</w:t>
      </w:r>
      <w:r>
        <w:rPr>
          <w:rFonts w:cs="Times New Roman"/>
          <w:color w:val="FF0000"/>
        </w:rPr>
        <w:t>,</w:t>
      </w:r>
      <w:r w:rsidRPr="00C5303F">
        <w:rPr>
          <w:rFonts w:cs="Times New Roman"/>
          <w:color w:val="FF0000"/>
        </w:rPr>
        <w:t xml:space="preserve"> Editor Name</w:t>
      </w:r>
      <w:r>
        <w:rPr>
          <w:rFonts w:cs="Times New Roman"/>
          <w:color w:val="FF0000"/>
        </w:rPr>
        <w:t xml:space="preserve"> </w:t>
      </w:r>
      <w:r w:rsidRPr="00F0753F">
        <w:rPr>
          <w:rFonts w:cs="Times New Roman"/>
          <w:color w:val="FF0000"/>
          <w:vertAlign w:val="superscript"/>
        </w:rPr>
        <w:t>3</w:t>
      </w:r>
    </w:p>
    <w:p w14:paraId="210F5E0D" w14:textId="77777777" w:rsidR="00EF446A" w:rsidRPr="0071402E" w:rsidRDefault="00EF446A" w:rsidP="00EF446A">
      <w:pPr>
        <w:spacing w:line="360" w:lineRule="auto"/>
        <w:rPr>
          <w:rFonts w:cs="Times New Roman"/>
        </w:rPr>
      </w:pPr>
      <w:r w:rsidRPr="00225EE2">
        <w:rPr>
          <w:rFonts w:cs="Times New Roman"/>
        </w:rPr>
        <w:br/>
      </w:r>
      <w:r w:rsidRPr="0071402E">
        <w:rPr>
          <w:rFonts w:cs="Times New Roman"/>
        </w:rPr>
        <w:t>Affiliations:</w:t>
      </w:r>
      <w:r>
        <w:rPr>
          <w:rFonts w:cs="Times New Roman"/>
        </w:rPr>
        <w:t xml:space="preserve"> </w:t>
      </w:r>
      <w:r w:rsidRPr="0071402E">
        <w:rPr>
          <w:rFonts w:cs="Times New Roman"/>
          <w:color w:val="FF0000"/>
        </w:rPr>
        <w:t>Affiliation</w:t>
      </w:r>
      <w:r>
        <w:rPr>
          <w:rFonts w:cs="Times New Roman"/>
          <w:color w:val="FF0000"/>
        </w:rPr>
        <w:t xml:space="preserve"> </w:t>
      </w:r>
      <w:r w:rsidRPr="00F0753F">
        <w:rPr>
          <w:rFonts w:cs="Times New Roman"/>
          <w:color w:val="FF0000"/>
          <w:vertAlign w:val="superscript"/>
        </w:rPr>
        <w:t>1</w:t>
      </w:r>
      <w:r w:rsidRPr="0071402E">
        <w:rPr>
          <w:rFonts w:cs="Times New Roman"/>
          <w:color w:val="FF0000"/>
        </w:rPr>
        <w:t>, Affiliation</w:t>
      </w:r>
      <w:r>
        <w:rPr>
          <w:rFonts w:cs="Times New Roman"/>
          <w:color w:val="FF0000"/>
        </w:rPr>
        <w:t xml:space="preserve"> </w:t>
      </w:r>
      <w:r w:rsidRPr="00F0753F">
        <w:rPr>
          <w:rFonts w:cs="Times New Roman"/>
          <w:color w:val="FF0000"/>
          <w:vertAlign w:val="superscript"/>
        </w:rPr>
        <w:t>2</w:t>
      </w:r>
      <w:r w:rsidRPr="0071402E">
        <w:rPr>
          <w:rFonts w:cs="Times New Roman"/>
          <w:color w:val="FF0000"/>
        </w:rPr>
        <w:t>, Affiliation</w:t>
      </w:r>
      <w:r>
        <w:rPr>
          <w:rFonts w:cs="Times New Roman"/>
          <w:color w:val="FF0000"/>
        </w:rPr>
        <w:t xml:space="preserve"> </w:t>
      </w:r>
      <w:r w:rsidRPr="00F0753F">
        <w:rPr>
          <w:rFonts w:cs="Times New Roman"/>
          <w:color w:val="FF0000"/>
          <w:vertAlign w:val="superscript"/>
        </w:rPr>
        <w:t>3</w:t>
      </w:r>
    </w:p>
    <w:p w14:paraId="6597D124" w14:textId="77777777" w:rsidR="00EF446A" w:rsidRDefault="00EF446A" w:rsidP="00EF446A">
      <w:pPr>
        <w:rPr>
          <w:rFonts w:cs="Times New Roman"/>
          <w:color w:val="FF0000"/>
          <w:sz w:val="18"/>
          <w:szCs w:val="18"/>
        </w:rPr>
      </w:pPr>
    </w:p>
    <w:p w14:paraId="0C3F49AB" w14:textId="77777777" w:rsidR="00EF446A" w:rsidRDefault="00EF446A" w:rsidP="00EF446A">
      <w:pPr>
        <w:rPr>
          <w:rFonts w:cs="Times New Roman"/>
        </w:rPr>
      </w:pPr>
    </w:p>
    <w:p w14:paraId="72F9D4B3" w14:textId="77777777" w:rsidR="00EF446A" w:rsidRPr="000E43CC" w:rsidRDefault="00EF446A" w:rsidP="00EF446A">
      <w:pPr>
        <w:rPr>
          <w:rFonts w:cs="Times New Roman"/>
        </w:rPr>
      </w:pPr>
      <w:r>
        <w:rPr>
          <w:rFonts w:cs="Times New Roman"/>
        </w:rPr>
        <w:t xml:space="preserve">All Editors </w:t>
      </w:r>
      <w:r w:rsidRPr="00430C55">
        <w:rPr>
          <w:rFonts w:cs="Times New Roman"/>
        </w:rPr>
        <w:t>Emai</w:t>
      </w:r>
      <w:r w:rsidRPr="000E43CC">
        <w:rPr>
          <w:rFonts w:cs="Times New Roman"/>
        </w:rPr>
        <w:t xml:space="preserve">l ID (Mandatory): </w:t>
      </w:r>
      <w:hyperlink r:id="rId8" w:history="1">
        <w:r w:rsidRPr="000E43CC">
          <w:rPr>
            <w:rStyle w:val="Hyperlink"/>
            <w:rFonts w:cs="Times New Roman"/>
          </w:rPr>
          <w:t>abc@gmail.com</w:t>
        </w:r>
      </w:hyperlink>
      <w:r w:rsidRPr="000E43CC">
        <w:rPr>
          <w:rFonts w:cs="Times New Roman"/>
        </w:rPr>
        <w:t xml:space="preserve"> </w:t>
      </w:r>
      <w:r w:rsidRPr="000E43CC">
        <w:rPr>
          <w:rFonts w:cs="Times New Roman"/>
          <w:vertAlign w:val="superscript"/>
        </w:rPr>
        <w:t>1</w:t>
      </w:r>
      <w:r w:rsidRPr="000E43CC">
        <w:rPr>
          <w:rFonts w:cs="Times New Roman"/>
        </w:rPr>
        <w:t xml:space="preserve">, </w:t>
      </w:r>
      <w:hyperlink r:id="rId9" w:history="1">
        <w:r w:rsidRPr="000E43CC">
          <w:rPr>
            <w:rStyle w:val="Hyperlink"/>
            <w:rFonts w:cs="Times New Roman"/>
          </w:rPr>
          <w:t>pqrs@gmail.com</w:t>
        </w:r>
      </w:hyperlink>
      <w:r w:rsidRPr="000E43CC">
        <w:rPr>
          <w:rFonts w:cs="Times New Roman"/>
        </w:rPr>
        <w:t xml:space="preserve"> </w:t>
      </w:r>
      <w:r w:rsidRPr="000E43CC">
        <w:rPr>
          <w:rFonts w:cs="Times New Roman"/>
          <w:vertAlign w:val="superscript"/>
        </w:rPr>
        <w:t>2</w:t>
      </w:r>
      <w:r w:rsidRPr="000E43CC">
        <w:rPr>
          <w:rFonts w:cs="Times New Roman"/>
        </w:rPr>
        <w:t xml:space="preserve">, </w:t>
      </w:r>
      <w:hyperlink r:id="rId10" w:history="1">
        <w:r w:rsidRPr="000E43CC">
          <w:rPr>
            <w:rStyle w:val="Hyperlink"/>
            <w:rFonts w:cs="Times New Roman"/>
          </w:rPr>
          <w:t>xyz@gmail.com</w:t>
        </w:r>
      </w:hyperlink>
      <w:r w:rsidRPr="000E43CC">
        <w:rPr>
          <w:rFonts w:cs="Times New Roman"/>
        </w:rPr>
        <w:t xml:space="preserve"> </w:t>
      </w:r>
      <w:r w:rsidRPr="000E43CC">
        <w:rPr>
          <w:rFonts w:cs="Times New Roman"/>
          <w:vertAlign w:val="superscript"/>
        </w:rPr>
        <w:t>3</w:t>
      </w:r>
      <w:r w:rsidRPr="000E43CC">
        <w:rPr>
          <w:rFonts w:cs="Times New Roman"/>
        </w:rPr>
        <w:t xml:space="preserve"> </w:t>
      </w:r>
    </w:p>
    <w:p w14:paraId="7561BDFA" w14:textId="77777777" w:rsidR="00EF446A" w:rsidRPr="000E43CC" w:rsidRDefault="00EF446A" w:rsidP="00EF446A">
      <w:pPr>
        <w:rPr>
          <w:rFonts w:cs="Times New Roman"/>
          <w:color w:val="FF0000"/>
          <w:sz w:val="18"/>
          <w:szCs w:val="18"/>
        </w:rPr>
      </w:pPr>
    </w:p>
    <w:p w14:paraId="41C20FD7" w14:textId="77777777" w:rsidR="00EF446A" w:rsidRPr="000E43CC" w:rsidRDefault="00EF446A" w:rsidP="00EF446A">
      <w:pPr>
        <w:rPr>
          <w:rFonts w:cs="Times New Roman"/>
          <w:color w:val="FF0000"/>
          <w:sz w:val="18"/>
          <w:szCs w:val="18"/>
        </w:rPr>
      </w:pPr>
    </w:p>
    <w:p w14:paraId="4CE673DC" w14:textId="77777777" w:rsidR="00EF446A" w:rsidRPr="000E43CC" w:rsidRDefault="00EF446A" w:rsidP="00EF446A">
      <w:pPr>
        <w:rPr>
          <w:rFonts w:cs="Times New Roman"/>
        </w:rPr>
      </w:pPr>
      <w:r w:rsidRPr="000E43CC">
        <w:rPr>
          <w:rFonts w:cs="Times New Roman"/>
        </w:rPr>
        <w:t xml:space="preserve">All Editors ORCID IDs (Mandatory): </w:t>
      </w:r>
      <w:hyperlink r:id="rId11" w:history="1">
        <w:r w:rsidRPr="000E43CC">
          <w:rPr>
            <w:rStyle w:val="Hyperlink"/>
            <w:rFonts w:cs="Times New Roman"/>
          </w:rPr>
          <w:t>https://orcid.org/0000-</w:t>
        </w:r>
      </w:hyperlink>
      <w:r w:rsidRPr="000E43CC">
        <w:rPr>
          <w:rFonts w:cs="Times New Roman"/>
        </w:rPr>
        <w:t xml:space="preserve"> </w:t>
      </w:r>
      <w:r w:rsidRPr="000E43CC">
        <w:rPr>
          <w:rFonts w:cs="Times New Roman"/>
          <w:vertAlign w:val="superscript"/>
        </w:rPr>
        <w:t>1</w:t>
      </w:r>
      <w:r w:rsidRPr="000E43CC">
        <w:rPr>
          <w:rFonts w:cs="Times New Roman"/>
        </w:rPr>
        <w:t xml:space="preserve">, </w:t>
      </w:r>
      <w:hyperlink r:id="rId12" w:history="1">
        <w:r w:rsidRPr="000E43CC">
          <w:rPr>
            <w:rStyle w:val="Hyperlink"/>
            <w:rFonts w:cs="Times New Roman"/>
          </w:rPr>
          <w:t>https://orcid.org/0000-0-</w:t>
        </w:r>
      </w:hyperlink>
      <w:r w:rsidRPr="000E43CC">
        <w:rPr>
          <w:rFonts w:cs="Times New Roman"/>
        </w:rPr>
        <w:t xml:space="preserve"> </w:t>
      </w:r>
      <w:r w:rsidRPr="000E43CC">
        <w:rPr>
          <w:rFonts w:cs="Times New Roman"/>
          <w:vertAlign w:val="superscript"/>
        </w:rPr>
        <w:t>2</w:t>
      </w:r>
      <w:r w:rsidRPr="000E43CC">
        <w:rPr>
          <w:rFonts w:cs="Times New Roman"/>
        </w:rPr>
        <w:t xml:space="preserve">, </w:t>
      </w:r>
      <w:hyperlink r:id="rId13" w:history="1">
        <w:r w:rsidRPr="000E43CC">
          <w:rPr>
            <w:rStyle w:val="Hyperlink"/>
            <w:rFonts w:cs="Times New Roman"/>
          </w:rPr>
          <w:t>https://orcid.org/0000-0</w:t>
        </w:r>
      </w:hyperlink>
      <w:r w:rsidRPr="000E43CC">
        <w:rPr>
          <w:rFonts w:cs="Times New Roman"/>
        </w:rPr>
        <w:t xml:space="preserve"> </w:t>
      </w:r>
      <w:r w:rsidRPr="000E43CC">
        <w:rPr>
          <w:rFonts w:cs="Times New Roman"/>
          <w:vertAlign w:val="superscript"/>
        </w:rPr>
        <w:t>3</w:t>
      </w:r>
      <w:r w:rsidRPr="000E43CC">
        <w:rPr>
          <w:rFonts w:cs="Times New Roman"/>
        </w:rPr>
        <w:t xml:space="preserve">  </w:t>
      </w:r>
    </w:p>
    <w:p w14:paraId="3FF7A713" w14:textId="77777777" w:rsidR="00EF446A" w:rsidRPr="00225EE2" w:rsidRDefault="00EF446A" w:rsidP="00EF446A">
      <w:pPr>
        <w:rPr>
          <w:rFonts w:cs="Times New Roman"/>
        </w:rPr>
      </w:pPr>
    </w:p>
    <w:p w14:paraId="1AD149D0" w14:textId="77777777" w:rsidR="00EF446A" w:rsidRPr="00225EE2" w:rsidRDefault="00EF446A" w:rsidP="00EF446A">
      <w:pPr>
        <w:rPr>
          <w:rFonts w:cs="Times New Roman"/>
        </w:rPr>
      </w:pPr>
    </w:p>
    <w:p w14:paraId="6A097618" w14:textId="77777777" w:rsidR="00EF446A" w:rsidRPr="00225EE2" w:rsidRDefault="00EF446A" w:rsidP="00EF446A">
      <w:pPr>
        <w:rPr>
          <w:rFonts w:cs="Times New Roman"/>
        </w:rPr>
      </w:pPr>
    </w:p>
    <w:p w14:paraId="08046624" w14:textId="77777777" w:rsidR="00EF446A" w:rsidRPr="000E43CC" w:rsidRDefault="00EF446A" w:rsidP="00EF446A">
      <w:pPr>
        <w:rPr>
          <w:rFonts w:cs="Times New Roman"/>
          <w:b/>
          <w:bCs/>
          <w:color w:val="EE0000"/>
        </w:rPr>
      </w:pPr>
      <w:r w:rsidRPr="000E43CC">
        <w:rPr>
          <w:rFonts w:cs="Times New Roman"/>
          <w:b/>
          <w:bCs/>
          <w:color w:val="EE0000"/>
        </w:rPr>
        <w:t>Kindly</w:t>
      </w:r>
      <w:r w:rsidRPr="000E43CC">
        <w:rPr>
          <w:rFonts w:cs="Times New Roman"/>
          <w:b/>
          <w:bCs/>
          <w:color w:val="EE0000"/>
          <w:sz w:val="36"/>
          <w:szCs w:val="36"/>
        </w:rPr>
        <w:t xml:space="preserve"> include</w:t>
      </w:r>
      <w:r w:rsidRPr="000E43CC">
        <w:rPr>
          <w:rFonts w:cs="Times New Roman"/>
          <w:b/>
          <w:bCs/>
          <w:color w:val="EE0000"/>
        </w:rPr>
        <w:t xml:space="preserve"> everything you would like to have in your book in this template. To ensure a smooth process and avoid any confusion, please make sure that</w:t>
      </w:r>
      <w:r w:rsidRPr="000E43CC">
        <w:rPr>
          <w:rFonts w:cs="Times New Roman"/>
          <w:b/>
          <w:bCs/>
          <w:color w:val="EE0000"/>
          <w:sz w:val="32"/>
          <w:szCs w:val="32"/>
        </w:rPr>
        <w:t xml:space="preserve"> </w:t>
      </w:r>
      <w:r w:rsidRPr="000E43CC">
        <w:rPr>
          <w:rFonts w:cs="Times New Roman"/>
          <w:b/>
          <w:bCs/>
          <w:color w:val="EE0000"/>
          <w:sz w:val="36"/>
          <w:szCs w:val="36"/>
        </w:rPr>
        <w:t>nothing is missed</w:t>
      </w:r>
      <w:r w:rsidRPr="000E43CC">
        <w:rPr>
          <w:rFonts w:cs="Times New Roman"/>
          <w:b/>
          <w:bCs/>
          <w:color w:val="EE0000"/>
          <w:sz w:val="24"/>
          <w:szCs w:val="24"/>
        </w:rPr>
        <w:t>.</w:t>
      </w:r>
    </w:p>
    <w:p w14:paraId="31847B3F" w14:textId="77777777" w:rsidR="0023472F" w:rsidRDefault="0023472F"/>
    <w:p w14:paraId="635F8609" w14:textId="77777777" w:rsidR="00EF446A" w:rsidRDefault="00EF446A"/>
    <w:p w14:paraId="1576CA45" w14:textId="77777777" w:rsidR="00EF446A" w:rsidRDefault="00EF446A"/>
    <w:p w14:paraId="2528B6B7" w14:textId="77777777" w:rsidR="00EF446A" w:rsidRDefault="00EF446A"/>
    <w:p w14:paraId="77D83671" w14:textId="77777777" w:rsidR="00EF446A" w:rsidRDefault="00EF446A"/>
    <w:p w14:paraId="67DA5653" w14:textId="77777777" w:rsidR="00EF446A" w:rsidRDefault="00EF446A"/>
    <w:p w14:paraId="4278F621" w14:textId="77777777" w:rsidR="0023472F" w:rsidRDefault="00000000">
      <w:pPr>
        <w:pStyle w:val="Title"/>
        <w:jc w:val="center"/>
      </w:pPr>
      <w:r>
        <w:rPr>
          <w:rFonts w:ascii="Times New Roman" w:hAnsi="Times New Roman"/>
        </w:rPr>
        <w:lastRenderedPageBreak/>
        <w:t>AUTHOR / EDITOR INSTRUCTIONS</w:t>
      </w:r>
    </w:p>
    <w:p w14:paraId="35872C73" w14:textId="77777777" w:rsidR="0023472F" w:rsidRDefault="0023472F"/>
    <w:p w14:paraId="1DC1172A" w14:textId="77777777" w:rsidR="0023472F" w:rsidRDefault="00000000">
      <w:pPr>
        <w:pStyle w:val="Subtitle"/>
        <w:jc w:val="center"/>
      </w:pPr>
      <w:r>
        <w:rPr>
          <w:rFonts w:ascii="Times New Roman" w:hAnsi="Times New Roman"/>
        </w:rPr>
        <w:t>Notation TrendPlus Publishing Pvt. Ltd.</w:t>
      </w:r>
    </w:p>
    <w:p w14:paraId="13A26281" w14:textId="77777777" w:rsidR="0023472F" w:rsidRDefault="0023472F"/>
    <w:p w14:paraId="57A9A3D6" w14:textId="77777777" w:rsidR="0023472F" w:rsidRDefault="00000000">
      <w:pPr>
        <w:pStyle w:val="Heading2"/>
      </w:pPr>
      <w:r>
        <w:rPr>
          <w:rFonts w:ascii="Times New Roman" w:hAnsi="Times New Roman"/>
        </w:rPr>
        <w:t>Book Size &amp; Page Setup</w:t>
      </w:r>
    </w:p>
    <w:p w14:paraId="21FF32B1" w14:textId="77777777" w:rsidR="0023472F" w:rsidRDefault="0023472F"/>
    <w:p w14:paraId="564883FF" w14:textId="77777777" w:rsidR="0023472F" w:rsidRDefault="00000000">
      <w:pPr>
        <w:jc w:val="both"/>
      </w:pPr>
      <w:r>
        <w:t>Final trim size: 7 × 10 inches (Envelope B5 publishing format). Authors should not change the page size, margins, header, footer, or section settings of this template.</w:t>
      </w:r>
    </w:p>
    <w:p w14:paraId="36FCA35B" w14:textId="77777777" w:rsidR="0023472F" w:rsidRDefault="0023472F"/>
    <w:p w14:paraId="1513AC1C" w14:textId="77777777" w:rsidR="0023472F" w:rsidRDefault="00000000">
      <w:pPr>
        <w:pStyle w:val="Heading2"/>
      </w:pPr>
      <w:r>
        <w:rPr>
          <w:rFonts w:ascii="Times New Roman" w:hAnsi="Times New Roman"/>
        </w:rPr>
        <w:t>Main Text</w:t>
      </w:r>
    </w:p>
    <w:p w14:paraId="2EBE5DAE" w14:textId="77777777" w:rsidR="0023472F" w:rsidRDefault="0023472F"/>
    <w:p w14:paraId="581C95D4" w14:textId="77777777" w:rsidR="0023472F" w:rsidRDefault="00000000">
      <w:pPr>
        <w:jc w:val="both"/>
      </w:pPr>
      <w:r>
        <w:t>Use Times New Roman, 11 pt for the complete body text. Keep text justified. Use consistent paragraph spacing and avoid manual spaces or repeated Enter keys for layout.</w:t>
      </w:r>
    </w:p>
    <w:p w14:paraId="5BACDA01" w14:textId="77777777" w:rsidR="0023472F" w:rsidRDefault="0023472F"/>
    <w:p w14:paraId="11343919" w14:textId="77777777" w:rsidR="0023472F" w:rsidRDefault="00000000">
      <w:pPr>
        <w:pStyle w:val="Heading2"/>
      </w:pPr>
      <w:r>
        <w:rPr>
          <w:rFonts w:ascii="Times New Roman" w:hAnsi="Times New Roman"/>
        </w:rPr>
        <w:t>Chapter Structure</w:t>
      </w:r>
    </w:p>
    <w:p w14:paraId="1B7F3AAB" w14:textId="77777777" w:rsidR="0023472F" w:rsidRDefault="0023472F"/>
    <w:p w14:paraId="7AFA69A4" w14:textId="77777777" w:rsidR="0023472F" w:rsidRDefault="00000000">
      <w:pPr>
        <w:jc w:val="both"/>
      </w:pPr>
      <w:r>
        <w:t>Each chapter should normally include: Chapter Title, Learning Objectives, Introduction, main sections and subsections, examples/applications, Chapter Summary, Review Questions/Exercises, and Further Reading/References. Delete sections that are not relevant to the subject.</w:t>
      </w:r>
    </w:p>
    <w:p w14:paraId="73B3A944" w14:textId="77777777" w:rsidR="0023472F" w:rsidRDefault="0023472F"/>
    <w:p w14:paraId="4E719D19" w14:textId="77777777" w:rsidR="0023472F" w:rsidRDefault="00000000">
      <w:pPr>
        <w:pStyle w:val="Heading2"/>
      </w:pPr>
      <w:r>
        <w:rPr>
          <w:rFonts w:ascii="Times New Roman" w:hAnsi="Times New Roman"/>
        </w:rPr>
        <w:t>Headings</w:t>
      </w:r>
    </w:p>
    <w:p w14:paraId="77A4AA9C" w14:textId="77777777" w:rsidR="0023472F" w:rsidRDefault="0023472F"/>
    <w:p w14:paraId="03321D69" w14:textId="77777777" w:rsidR="0023472F" w:rsidRDefault="00000000">
      <w:pPr>
        <w:jc w:val="both"/>
      </w:pPr>
      <w:r>
        <w:t>Use the predefined Heading 1, Heading 2, and Heading 3 styles. Do not manually create headings using only bold text. Keep chapter and section numbering consistent throughout the book.</w:t>
      </w:r>
    </w:p>
    <w:p w14:paraId="349EE6A3" w14:textId="77777777" w:rsidR="0023472F" w:rsidRDefault="0023472F"/>
    <w:p w14:paraId="4F02DC79" w14:textId="77777777" w:rsidR="0023472F" w:rsidRDefault="00000000">
      <w:pPr>
        <w:pStyle w:val="Heading2"/>
      </w:pPr>
      <w:r>
        <w:rPr>
          <w:rFonts w:ascii="Times New Roman" w:hAnsi="Times New Roman"/>
        </w:rPr>
        <w:lastRenderedPageBreak/>
        <w:t>Figures / Images</w:t>
      </w:r>
    </w:p>
    <w:p w14:paraId="3BD0F5F5" w14:textId="77777777" w:rsidR="0023472F" w:rsidRDefault="0023472F"/>
    <w:p w14:paraId="5A789656" w14:textId="77777777" w:rsidR="0023472F" w:rsidRDefault="00000000">
      <w:pPr>
        <w:jc w:val="both"/>
      </w:pPr>
      <w:r>
        <w:t>All photographs, graphs, diagrams, maps, and illustrations must be clear and suitable for professional printing. Minimum image resolution: 300 DPI. Prefer original PNG, TIFF, or high-quality JPEG files. Do not use blurred, stretched, pixelated, watermarked, or low-resolution internet images. Authors are responsible for obtaining permission for copyrighted material.</w:t>
      </w:r>
    </w:p>
    <w:p w14:paraId="5F2C5561" w14:textId="77777777" w:rsidR="0023472F" w:rsidRDefault="0023472F"/>
    <w:p w14:paraId="42D458E8" w14:textId="77777777" w:rsidR="0023472F" w:rsidRDefault="00000000">
      <w:pPr>
        <w:pStyle w:val="Heading2"/>
      </w:pPr>
      <w:r>
        <w:rPr>
          <w:rFonts w:ascii="Times New Roman" w:hAnsi="Times New Roman"/>
        </w:rPr>
        <w:t>Figure Captions</w:t>
      </w:r>
    </w:p>
    <w:p w14:paraId="6763A0FC" w14:textId="77777777" w:rsidR="0023472F" w:rsidRDefault="0023472F"/>
    <w:p w14:paraId="7423C22E" w14:textId="77777777" w:rsidR="0023472F" w:rsidRDefault="00000000">
      <w:pPr>
        <w:jc w:val="both"/>
      </w:pPr>
      <w:r>
        <w:t>Place each figure caption below the figure. Caption font: Times New Roman, 9 pt. Number figures chapter-wise where appropriate, e.g., Figure 3.1, Figure 3.2. Every figure must be cited in the main text before or near its appearance.</w:t>
      </w:r>
    </w:p>
    <w:p w14:paraId="1ADD485D" w14:textId="77777777" w:rsidR="0023472F" w:rsidRDefault="0023472F"/>
    <w:p w14:paraId="362DCFC2" w14:textId="77777777" w:rsidR="0023472F" w:rsidRDefault="00000000">
      <w:pPr>
        <w:pStyle w:val="Heading2"/>
      </w:pPr>
      <w:r>
        <w:rPr>
          <w:rFonts w:ascii="Times New Roman" w:hAnsi="Times New Roman"/>
        </w:rPr>
        <w:t>Tables</w:t>
      </w:r>
    </w:p>
    <w:p w14:paraId="16881341" w14:textId="77777777" w:rsidR="0023472F" w:rsidRDefault="0023472F"/>
    <w:p w14:paraId="7D576CEA" w14:textId="77777777" w:rsidR="0023472F" w:rsidRDefault="00000000">
      <w:pPr>
        <w:jc w:val="both"/>
      </w:pPr>
      <w:r>
        <w:t>Table content font: Times New Roman, 10 pt. Keep tables within the page margins and use simple, readable formatting. Avoid unnecessary vertical lines and excessive shading. Large tables may be divided logically when required.</w:t>
      </w:r>
    </w:p>
    <w:p w14:paraId="1DFA5814" w14:textId="77777777" w:rsidR="0023472F" w:rsidRDefault="0023472F"/>
    <w:p w14:paraId="2811AF8A" w14:textId="77777777" w:rsidR="0023472F" w:rsidRDefault="00000000">
      <w:pPr>
        <w:pStyle w:val="Heading2"/>
      </w:pPr>
      <w:r>
        <w:rPr>
          <w:rFonts w:ascii="Times New Roman" w:hAnsi="Times New Roman"/>
        </w:rPr>
        <w:t>Table Captions</w:t>
      </w:r>
    </w:p>
    <w:p w14:paraId="4988046B" w14:textId="77777777" w:rsidR="0023472F" w:rsidRDefault="0023472F"/>
    <w:p w14:paraId="021E5B0F" w14:textId="77777777" w:rsidR="0023472F" w:rsidRDefault="00000000">
      <w:pPr>
        <w:jc w:val="both"/>
      </w:pPr>
      <w:r>
        <w:t>Place the table title/caption above the table. Caption font: Times New Roman, 9 pt. Number tables consistently, e.g., Table 2.1, Table 2.2. Every table must be discussed or cited in the text.</w:t>
      </w:r>
    </w:p>
    <w:p w14:paraId="61980E49" w14:textId="77777777" w:rsidR="0023472F" w:rsidRDefault="0023472F"/>
    <w:p w14:paraId="2168FD6F" w14:textId="77777777" w:rsidR="0023472F" w:rsidRDefault="00000000">
      <w:pPr>
        <w:pStyle w:val="Heading2"/>
      </w:pPr>
      <w:r>
        <w:rPr>
          <w:rFonts w:ascii="Times New Roman" w:hAnsi="Times New Roman"/>
        </w:rPr>
        <w:t>Equations</w:t>
      </w:r>
    </w:p>
    <w:p w14:paraId="53CF5FEB" w14:textId="77777777" w:rsidR="0023472F" w:rsidRDefault="0023472F"/>
    <w:p w14:paraId="559F96FB" w14:textId="77777777" w:rsidR="0023472F" w:rsidRDefault="00000000">
      <w:pPr>
        <w:jc w:val="both"/>
      </w:pPr>
      <w:r>
        <w:t>Create equations with Microsoft Word Equation Editor. Number important equations consistently when they are referred to in the text. Avoid inserting equations as low-resolution images.</w:t>
      </w:r>
    </w:p>
    <w:p w14:paraId="66700880" w14:textId="77777777" w:rsidR="0023472F" w:rsidRDefault="0023472F"/>
    <w:p w14:paraId="73031739" w14:textId="77777777" w:rsidR="0023472F" w:rsidRDefault="00000000">
      <w:pPr>
        <w:pStyle w:val="Heading2"/>
      </w:pPr>
      <w:r>
        <w:rPr>
          <w:rFonts w:ascii="Times New Roman" w:hAnsi="Times New Roman"/>
        </w:rPr>
        <w:lastRenderedPageBreak/>
        <w:t>References &amp; Citations</w:t>
      </w:r>
    </w:p>
    <w:p w14:paraId="589EE828" w14:textId="77777777" w:rsidR="0023472F" w:rsidRDefault="0023472F"/>
    <w:p w14:paraId="633D2982" w14:textId="77777777" w:rsidR="0023472F" w:rsidRDefault="00000000">
      <w:pPr>
        <w:jc w:val="both"/>
      </w:pPr>
      <w:r>
        <w:t>Use one recognized citation style consistently throughout the complete book (APA, IEEE, Vancouver, Chicago, or another discipline-appropriate style). Verify author names, publication years, volume/issue, page numbers, DOI, and other bibliographic details before submission.</w:t>
      </w:r>
    </w:p>
    <w:p w14:paraId="3C6E5E68" w14:textId="77777777" w:rsidR="0023472F" w:rsidRDefault="0023472F"/>
    <w:p w14:paraId="7128911F" w14:textId="77777777" w:rsidR="0023472F" w:rsidRDefault="00000000">
      <w:pPr>
        <w:pStyle w:val="Heading2"/>
      </w:pPr>
      <w:r>
        <w:rPr>
          <w:rFonts w:ascii="Times New Roman" w:hAnsi="Times New Roman"/>
        </w:rPr>
        <w:t>Originality &amp; Permissions</w:t>
      </w:r>
    </w:p>
    <w:p w14:paraId="3C544E32" w14:textId="77777777" w:rsidR="0023472F" w:rsidRDefault="0023472F"/>
    <w:p w14:paraId="0948986D" w14:textId="77777777" w:rsidR="0023472F" w:rsidRDefault="00000000">
      <w:pPr>
        <w:jc w:val="both"/>
      </w:pPr>
      <w:r>
        <w:t>The submitted manuscript must be original and must properly acknowledge all sources. Authors/editors are responsible for permissions for reproduced figures, tables, questionnaires, substantial quotations, or other third-party copyrighted content.</w:t>
      </w:r>
    </w:p>
    <w:p w14:paraId="410C5348" w14:textId="77777777" w:rsidR="0023472F" w:rsidRDefault="0023472F"/>
    <w:p w14:paraId="10E3C827" w14:textId="77777777" w:rsidR="0023472F" w:rsidRDefault="00000000">
      <w:pPr>
        <w:pStyle w:val="Heading2"/>
      </w:pPr>
      <w:r>
        <w:rPr>
          <w:rFonts w:ascii="Times New Roman" w:hAnsi="Times New Roman"/>
        </w:rPr>
        <w:t>Final Submission Check</w:t>
      </w:r>
    </w:p>
    <w:p w14:paraId="0D822F3A" w14:textId="77777777" w:rsidR="0023472F" w:rsidRDefault="0023472F"/>
    <w:p w14:paraId="565A7A3E" w14:textId="77777777" w:rsidR="0023472F" w:rsidRDefault="00000000">
      <w:pPr>
        <w:jc w:val="both"/>
      </w:pPr>
      <w:r>
        <w:t>Before submission, check spelling and grammar, chapter numbering, heading hierarchy, table/figure numbering, cross-references, citations, references, image quality, author names and affiliations, and completeness of all front and back matter.</w:t>
      </w:r>
    </w:p>
    <w:p w14:paraId="681082E0" w14:textId="77777777" w:rsidR="0023472F" w:rsidRDefault="0023472F"/>
    <w:p w14:paraId="5C79A9DC" w14:textId="77777777" w:rsidR="0023472F" w:rsidRDefault="00000000">
      <w:r>
        <w:rPr>
          <w:b/>
        </w:rPr>
        <w:t>IMPORTANT: Minimum figure/image resolution is 300 DPI. Table and figure captions must be Times New Roman 9 pt; table content must be Times New Roman 10 pt; main body text must be Times New Roman 11 pt.</w:t>
      </w:r>
    </w:p>
    <w:p w14:paraId="427638A2" w14:textId="77777777" w:rsidR="0023472F" w:rsidRDefault="0023472F"/>
    <w:p w14:paraId="4C678547" w14:textId="77777777" w:rsidR="0023472F" w:rsidRDefault="00000000">
      <w:r>
        <w:br/>
      </w:r>
    </w:p>
    <w:p w14:paraId="2671A786" w14:textId="77777777" w:rsidR="0023472F" w:rsidRDefault="00000000">
      <w:r>
        <w:br w:type="page"/>
      </w:r>
    </w:p>
    <w:p w14:paraId="71348C54" w14:textId="77777777" w:rsidR="0023472F" w:rsidRDefault="00000000">
      <w:pPr>
        <w:pStyle w:val="Title"/>
      </w:pPr>
      <w:r>
        <w:rPr>
          <w:rFonts w:ascii="Times New Roman" w:hAnsi="Times New Roman"/>
        </w:rPr>
        <w:lastRenderedPageBreak/>
        <w:t>About the Book</w:t>
      </w:r>
    </w:p>
    <w:p w14:paraId="07F86BC1" w14:textId="77777777" w:rsidR="0023472F" w:rsidRDefault="00000000">
      <w:r>
        <w:t>[Write 200–300 words explaining the purpose, scope, level, and distinctive features of the textbook.]</w:t>
      </w:r>
    </w:p>
    <w:tbl>
      <w:tblPr>
        <w:tblW w:w="0" w:type="auto"/>
        <w:jc w:val="center"/>
        <w:tblLook w:val="04A0" w:firstRow="1" w:lastRow="0" w:firstColumn="1" w:lastColumn="0" w:noHBand="0" w:noVBand="1"/>
      </w:tblPr>
      <w:tblGrid>
        <w:gridCol w:w="8424"/>
      </w:tblGrid>
      <w:tr w:rsidR="0023472F" w14:paraId="6F22EA1E" w14:textId="77777777">
        <w:trPr>
          <w:jc w:val="center"/>
        </w:trPr>
        <w:tc>
          <w:tcPr>
            <w:tcW w:w="10080" w:type="dxa"/>
            <w:shd w:val="clear" w:color="auto" w:fill="FFF4D6"/>
            <w:tcMar>
              <w:top w:w="140" w:type="dxa"/>
              <w:left w:w="180" w:type="dxa"/>
              <w:bottom w:w="140" w:type="dxa"/>
              <w:right w:w="180" w:type="dxa"/>
            </w:tcMar>
          </w:tcPr>
          <w:p w14:paraId="604A7AB1" w14:textId="77777777" w:rsidR="0023472F" w:rsidRDefault="00000000">
            <w:r>
              <w:rPr>
                <w:b/>
                <w:color w:val="17365D"/>
                <w:sz w:val="20"/>
              </w:rPr>
              <w:t>Who Should Use This Book?</w:t>
            </w:r>
          </w:p>
          <w:p w14:paraId="2451BF41" w14:textId="77777777" w:rsidR="0023472F" w:rsidRDefault="00000000">
            <w:pPr>
              <w:spacing w:after="0"/>
            </w:pPr>
            <w:r>
              <w:rPr>
                <w:sz w:val="20"/>
              </w:rPr>
              <w:t>Undergraduate / postgraduate students • Competitive-exam learners • Teachers • Independent learners</w:t>
            </w:r>
          </w:p>
        </w:tc>
      </w:tr>
    </w:tbl>
    <w:p w14:paraId="297C6202" w14:textId="77777777" w:rsidR="0023472F" w:rsidRDefault="0023472F"/>
    <w:p w14:paraId="23C8A9CA" w14:textId="77777777" w:rsidR="0023472F" w:rsidRDefault="00000000">
      <w:pPr>
        <w:pStyle w:val="Heading1"/>
      </w:pPr>
      <w:r>
        <w:rPr>
          <w:rFonts w:ascii="Times New Roman" w:hAnsi="Times New Roman"/>
        </w:rPr>
        <w:t>Key Features</w:t>
      </w:r>
    </w:p>
    <w:p w14:paraId="642673A9" w14:textId="77777777" w:rsidR="0023472F" w:rsidRDefault="00000000">
      <w:pPr>
        <w:pStyle w:val="ListBullet"/>
      </w:pPr>
      <w:r>
        <w:t>Clear learning objectives at the start of every chapter</w:t>
      </w:r>
    </w:p>
    <w:p w14:paraId="32300CF6" w14:textId="77777777" w:rsidR="0023472F" w:rsidRDefault="00000000">
      <w:pPr>
        <w:pStyle w:val="ListBullet"/>
      </w:pPr>
      <w:r>
        <w:t>Concept explanations supported by examples, tables, figures, and case studies</w:t>
      </w:r>
    </w:p>
    <w:p w14:paraId="786E08CA" w14:textId="77777777" w:rsidR="0023472F" w:rsidRDefault="00000000">
      <w:pPr>
        <w:pStyle w:val="ListBullet"/>
      </w:pPr>
      <w:r>
        <w:t>Key-term and summary boxes for rapid revision</w:t>
      </w:r>
    </w:p>
    <w:p w14:paraId="30541BE7" w14:textId="77777777" w:rsidR="0023472F" w:rsidRDefault="00000000">
      <w:pPr>
        <w:pStyle w:val="ListBullet"/>
      </w:pPr>
      <w:r>
        <w:t>Solved examples and practice exercises</w:t>
      </w:r>
    </w:p>
    <w:p w14:paraId="25BF43C3" w14:textId="77777777" w:rsidR="0023472F" w:rsidRDefault="00000000">
      <w:pPr>
        <w:pStyle w:val="ListBullet"/>
      </w:pPr>
      <w:r>
        <w:t>Chapter-end questions mapped from basic understanding to application</w:t>
      </w:r>
    </w:p>
    <w:p w14:paraId="35975753" w14:textId="77777777" w:rsidR="0023472F" w:rsidRDefault="00000000">
      <w:pPr>
        <w:pStyle w:val="Heading1"/>
      </w:pPr>
      <w:r>
        <w:rPr>
          <w:rFonts w:ascii="Times New Roman" w:hAnsi="Times New Roman"/>
        </w:rPr>
        <w:t>About the Author / Editor</w:t>
      </w:r>
    </w:p>
    <w:p w14:paraId="09FDC992" w14:textId="77777777" w:rsidR="0023472F" w:rsidRDefault="00000000">
      <w:r>
        <w:t>[Professional biography, academic qualifications, affiliation, research interests, major publications, and contact/ORCID if desired.]</w:t>
      </w:r>
    </w:p>
    <w:p w14:paraId="682AA547" w14:textId="77777777" w:rsidR="0023472F" w:rsidRDefault="00000000">
      <w:r>
        <w:br w:type="page"/>
      </w:r>
    </w:p>
    <w:p w14:paraId="47137A52" w14:textId="77777777" w:rsidR="0023472F" w:rsidRDefault="00000000">
      <w:pPr>
        <w:pStyle w:val="Title"/>
      </w:pPr>
      <w:r>
        <w:rPr>
          <w:rFonts w:ascii="Times New Roman" w:hAnsi="Times New Roman"/>
        </w:rPr>
        <w:lastRenderedPageBreak/>
        <w:t>Preface</w:t>
      </w:r>
    </w:p>
    <w:p w14:paraId="51487A59" w14:textId="77777777" w:rsidR="0023472F" w:rsidRDefault="00000000">
      <w:r>
        <w:t>[Explain why the book was written, its academic approach, organization, and how students and instructors can use it.]</w:t>
      </w:r>
    </w:p>
    <w:p w14:paraId="648A8B03" w14:textId="77777777" w:rsidR="0023472F" w:rsidRDefault="00000000">
      <w:r>
        <w:br/>
        <w:t>Place: ____________________</w:t>
      </w:r>
      <w:r>
        <w:br/>
        <w:t>Date: ____________________</w:t>
      </w:r>
      <w:r>
        <w:br/>
      </w:r>
      <w:r>
        <w:br/>
        <w:t>Author / Editor Signature</w:t>
      </w:r>
    </w:p>
    <w:p w14:paraId="3203D466" w14:textId="77777777" w:rsidR="0023472F" w:rsidRDefault="00000000">
      <w:r>
        <w:br w:type="page"/>
      </w:r>
    </w:p>
    <w:p w14:paraId="57F80C85" w14:textId="77777777" w:rsidR="0023472F" w:rsidRDefault="00000000">
      <w:pPr>
        <w:pStyle w:val="Title"/>
      </w:pPr>
      <w:r>
        <w:rPr>
          <w:rFonts w:ascii="Times New Roman" w:hAnsi="Times New Roman"/>
        </w:rPr>
        <w:lastRenderedPageBreak/>
        <w:t>Table of Contents</w:t>
      </w:r>
    </w:p>
    <w:p w14:paraId="62051E62" w14:textId="77777777" w:rsidR="0023472F" w:rsidRDefault="00000000">
      <w:r>
        <w:t>In Microsoft Word: References → Table of Contents → Automatic Table. Heading styles in this template are TOC-ready.</w:t>
      </w:r>
    </w:p>
    <w:p w14:paraId="796B8E28" w14:textId="77777777" w:rsidR="0023472F" w:rsidRDefault="00000000">
      <w:r>
        <w:rPr>
          <w:b/>
        </w:rPr>
        <w:t xml:space="preserve">Chapter 01  </w:t>
      </w:r>
      <w:r>
        <w:t>[Chapter 1 Title] .............................................</w:t>
      </w:r>
    </w:p>
    <w:p w14:paraId="2E399EB3" w14:textId="77777777" w:rsidR="0023472F" w:rsidRDefault="00000000">
      <w:r>
        <w:rPr>
          <w:b/>
        </w:rPr>
        <w:t xml:space="preserve">Chapter 02  </w:t>
      </w:r>
      <w:r>
        <w:t>[Chapter 2 Title] .............................................</w:t>
      </w:r>
    </w:p>
    <w:p w14:paraId="738A10C4" w14:textId="77777777" w:rsidR="0023472F" w:rsidRDefault="00000000">
      <w:r>
        <w:rPr>
          <w:b/>
        </w:rPr>
        <w:t xml:space="preserve">Chapter 03  </w:t>
      </w:r>
      <w:r>
        <w:t>[Chapter 3 Title] .............................................</w:t>
      </w:r>
    </w:p>
    <w:p w14:paraId="12B223F2" w14:textId="77777777" w:rsidR="0023472F" w:rsidRDefault="00000000">
      <w:r>
        <w:rPr>
          <w:b/>
        </w:rPr>
        <w:t xml:space="preserve">Chapter 04  </w:t>
      </w:r>
      <w:r>
        <w:t>[Chapter 4 Title] .............................................</w:t>
      </w:r>
    </w:p>
    <w:p w14:paraId="5719AE64" w14:textId="77777777" w:rsidR="0023472F" w:rsidRDefault="00000000">
      <w:r>
        <w:rPr>
          <w:b/>
        </w:rPr>
        <w:t xml:space="preserve">Chapter 05  </w:t>
      </w:r>
      <w:r>
        <w:t>[Chapter 5 Title] .............................................</w:t>
      </w:r>
    </w:p>
    <w:p w14:paraId="0F440401" w14:textId="77777777" w:rsidR="0023472F" w:rsidRDefault="00000000">
      <w:r>
        <w:rPr>
          <w:b/>
        </w:rPr>
        <w:t xml:space="preserve">Chapter 06  </w:t>
      </w:r>
      <w:r>
        <w:t>[Chapter 6 Title] .............................................</w:t>
      </w:r>
    </w:p>
    <w:p w14:paraId="3F5A4D64" w14:textId="77777777" w:rsidR="0023472F" w:rsidRDefault="00000000">
      <w:r>
        <w:rPr>
          <w:b/>
        </w:rPr>
        <w:t xml:space="preserve">Chapter 07  </w:t>
      </w:r>
      <w:r>
        <w:t>[Chapter 7 Title] .............................................</w:t>
      </w:r>
    </w:p>
    <w:p w14:paraId="0657C38F" w14:textId="77777777" w:rsidR="0023472F" w:rsidRDefault="00000000">
      <w:r>
        <w:rPr>
          <w:b/>
        </w:rPr>
        <w:t xml:space="preserve">Chapter 08  </w:t>
      </w:r>
      <w:r>
        <w:t>[Chapter 8 Title] .............................................</w:t>
      </w:r>
    </w:p>
    <w:p w14:paraId="6FF5EA56" w14:textId="77777777" w:rsidR="0023472F" w:rsidRDefault="00000000">
      <w:r>
        <w:rPr>
          <w:b/>
        </w:rPr>
        <w:t xml:space="preserve">Chapter 09  </w:t>
      </w:r>
      <w:r>
        <w:t>[Chapter 9 Title] .............................................</w:t>
      </w:r>
    </w:p>
    <w:p w14:paraId="482BD795" w14:textId="77777777" w:rsidR="0023472F" w:rsidRDefault="00000000">
      <w:r>
        <w:rPr>
          <w:b/>
        </w:rPr>
        <w:t xml:space="preserve">Chapter 10  </w:t>
      </w:r>
      <w:r>
        <w:t>[Chapter 10 Title] .............................................</w:t>
      </w:r>
    </w:p>
    <w:p w14:paraId="54FA5029" w14:textId="77777777" w:rsidR="0023472F" w:rsidRDefault="00000000">
      <w:r>
        <w:rPr>
          <w:b/>
        </w:rPr>
        <w:t xml:space="preserve">Chapter 11  </w:t>
      </w:r>
      <w:r>
        <w:t>[Chapter 11 Title] .............................................</w:t>
      </w:r>
    </w:p>
    <w:p w14:paraId="21E2175A" w14:textId="77777777" w:rsidR="0023472F" w:rsidRDefault="00000000">
      <w:r>
        <w:rPr>
          <w:b/>
        </w:rPr>
        <w:t xml:space="preserve">Chapter 12  </w:t>
      </w:r>
      <w:r>
        <w:t>[Chapter 12 Title] .............................................</w:t>
      </w:r>
    </w:p>
    <w:p w14:paraId="79A6A518" w14:textId="77777777" w:rsidR="0023472F" w:rsidRDefault="00000000">
      <w:r>
        <w:rPr>
          <w:b/>
        </w:rPr>
        <w:t xml:space="preserve">Chapter 13  </w:t>
      </w:r>
      <w:r>
        <w:t>[Chapter 13 Title] .............................................</w:t>
      </w:r>
    </w:p>
    <w:p w14:paraId="09187BEA" w14:textId="77777777" w:rsidR="0023472F" w:rsidRDefault="00000000">
      <w:r>
        <w:rPr>
          <w:b/>
        </w:rPr>
        <w:t xml:space="preserve">Chapter 14  </w:t>
      </w:r>
      <w:r>
        <w:t>[Chapter 14 Title] .............................................</w:t>
      </w:r>
    </w:p>
    <w:p w14:paraId="0B566C98" w14:textId="77777777" w:rsidR="0023472F" w:rsidRDefault="00000000">
      <w:r>
        <w:rPr>
          <w:b/>
        </w:rPr>
        <w:t xml:space="preserve">Chapter 15  </w:t>
      </w:r>
      <w:r>
        <w:t>[Chapter 15 Title] .............................................</w:t>
      </w:r>
    </w:p>
    <w:p w14:paraId="0D90B99F" w14:textId="77777777" w:rsidR="0023472F" w:rsidRDefault="00000000">
      <w:r>
        <w:br/>
        <w:t>Glossary ........................................................................</w:t>
      </w:r>
    </w:p>
    <w:p w14:paraId="042DB74C" w14:textId="77777777" w:rsidR="0023472F" w:rsidRDefault="00000000">
      <w:r>
        <w:t>References / Bibliography ........................................................</w:t>
      </w:r>
    </w:p>
    <w:p w14:paraId="68DD8A5E" w14:textId="77777777" w:rsidR="0023472F" w:rsidRDefault="00000000">
      <w:r>
        <w:t>Index ............................................................................</w:t>
      </w:r>
    </w:p>
    <w:p w14:paraId="161214FD" w14:textId="77777777" w:rsidR="0023472F" w:rsidRDefault="00000000">
      <w:r>
        <w:br w:type="page"/>
      </w:r>
    </w:p>
    <w:p w14:paraId="4EBBE369" w14:textId="77777777" w:rsidR="0023472F" w:rsidRDefault="00000000">
      <w:pPr>
        <w:pStyle w:val="ChapterNumber"/>
      </w:pPr>
      <w:r>
        <w:lastRenderedPageBreak/>
        <w:t>CHAPTER 01</w:t>
      </w:r>
    </w:p>
    <w:p w14:paraId="19100126" w14:textId="77777777" w:rsidR="0023472F" w:rsidRDefault="00000000">
      <w:pPr>
        <w:pStyle w:val="ChapterTitle"/>
        <w:pBdr>
          <w:bottom w:val="single" w:sz="24" w:space="1" w:color="00A6A6"/>
        </w:pBdr>
      </w:pPr>
      <w:r>
        <w:t>[Chapter 1 Title]</w:t>
      </w:r>
    </w:p>
    <w:p w14:paraId="1608C5A8"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31E36022" w14:textId="77777777">
        <w:trPr>
          <w:jc w:val="center"/>
        </w:trPr>
        <w:tc>
          <w:tcPr>
            <w:tcW w:w="10080" w:type="dxa"/>
            <w:shd w:val="clear" w:color="auto" w:fill="EAF2F8"/>
            <w:tcMar>
              <w:top w:w="140" w:type="dxa"/>
              <w:left w:w="180" w:type="dxa"/>
              <w:bottom w:w="140" w:type="dxa"/>
              <w:right w:w="180" w:type="dxa"/>
            </w:tcMar>
          </w:tcPr>
          <w:p w14:paraId="69937002" w14:textId="77777777" w:rsidR="0023472F" w:rsidRDefault="00000000">
            <w:r>
              <w:rPr>
                <w:b/>
                <w:color w:val="17365D"/>
                <w:sz w:val="20"/>
              </w:rPr>
              <w:t>Learning Objectives</w:t>
            </w:r>
          </w:p>
          <w:p w14:paraId="583CDC7C" w14:textId="77777777" w:rsidR="0023472F" w:rsidRDefault="00000000">
            <w:pPr>
              <w:spacing w:after="0"/>
            </w:pPr>
            <w:r>
              <w:rPr>
                <w:sz w:val="20"/>
              </w:rPr>
              <w:t>After completing Chapter 1,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7AEBBF15" w14:textId="77777777" w:rsidR="0023472F" w:rsidRDefault="0023472F"/>
    <w:p w14:paraId="410E7473" w14:textId="77777777" w:rsidR="0023472F" w:rsidRDefault="00000000">
      <w:pPr>
        <w:pStyle w:val="Heading1"/>
      </w:pPr>
      <w:r>
        <w:rPr>
          <w:rFonts w:ascii="Times New Roman" w:hAnsi="Times New Roman"/>
        </w:rPr>
        <w:t>1.1 Introduction</w:t>
      </w:r>
    </w:p>
    <w:p w14:paraId="6296484D" w14:textId="77777777" w:rsidR="0023472F" w:rsidRDefault="00000000">
      <w:r>
        <w:t>Begin with an engaging context, real-world example, short story, problem, or question. Explain why the chapter matters and connect it to previous learning.</w:t>
      </w:r>
    </w:p>
    <w:p w14:paraId="3A609AB9" w14:textId="77777777" w:rsidR="0023472F" w:rsidRDefault="00000000">
      <w:pPr>
        <w:pStyle w:val="Heading1"/>
      </w:pPr>
      <w:r>
        <w:rPr>
          <w:rFonts w:ascii="Times New Roman" w:hAnsi="Times New Roman"/>
        </w:rPr>
        <w:t>1.2 Core Concept / Topic</w:t>
      </w:r>
    </w:p>
    <w:p w14:paraId="271C8280"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2A6E8DF1" w14:textId="77777777">
        <w:trPr>
          <w:jc w:val="center"/>
        </w:trPr>
        <w:tc>
          <w:tcPr>
            <w:tcW w:w="10080" w:type="dxa"/>
            <w:shd w:val="clear" w:color="auto" w:fill="E8F6F3"/>
            <w:tcMar>
              <w:top w:w="140" w:type="dxa"/>
              <w:left w:w="180" w:type="dxa"/>
              <w:bottom w:w="140" w:type="dxa"/>
              <w:right w:w="180" w:type="dxa"/>
            </w:tcMar>
          </w:tcPr>
          <w:p w14:paraId="0BC7336F" w14:textId="77777777" w:rsidR="0023472F" w:rsidRDefault="00000000">
            <w:r>
              <w:rPr>
                <w:b/>
                <w:color w:val="17365D"/>
                <w:sz w:val="20"/>
              </w:rPr>
              <w:t>KEY TERM</w:t>
            </w:r>
          </w:p>
          <w:p w14:paraId="740CCF03" w14:textId="77777777" w:rsidR="0023472F" w:rsidRDefault="00000000">
            <w:pPr>
              <w:spacing w:after="0"/>
            </w:pPr>
            <w:r>
              <w:rPr>
                <w:sz w:val="20"/>
              </w:rPr>
              <w:t>Term: Write a concise, student-friendly definition here.</w:t>
            </w:r>
          </w:p>
        </w:tc>
      </w:tr>
    </w:tbl>
    <w:p w14:paraId="6E482719" w14:textId="77777777" w:rsidR="0023472F" w:rsidRDefault="0023472F"/>
    <w:p w14:paraId="6110CE09" w14:textId="77777777" w:rsidR="0023472F" w:rsidRDefault="00000000">
      <w:pPr>
        <w:pStyle w:val="Heading1"/>
      </w:pPr>
      <w:r>
        <w:rPr>
          <w:rFonts w:ascii="Times New Roman" w:hAnsi="Times New Roman"/>
        </w:rPr>
        <w:t>1.3 Explanation and Worked Example</w:t>
      </w:r>
    </w:p>
    <w:p w14:paraId="5CBD1518"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5B599D98" w14:textId="77777777">
        <w:trPr>
          <w:jc w:val="center"/>
        </w:trPr>
        <w:tc>
          <w:tcPr>
            <w:tcW w:w="3360" w:type="dxa"/>
            <w:shd w:val="clear" w:color="auto" w:fill="17365D"/>
          </w:tcPr>
          <w:p w14:paraId="5CDF3426" w14:textId="77777777" w:rsidR="0023472F" w:rsidRDefault="00000000">
            <w:r>
              <w:rPr>
                <w:b/>
                <w:color w:val="FFFFFF"/>
                <w:sz w:val="20"/>
              </w:rPr>
              <w:t>Concept / Step</w:t>
            </w:r>
          </w:p>
        </w:tc>
        <w:tc>
          <w:tcPr>
            <w:tcW w:w="3360" w:type="dxa"/>
            <w:shd w:val="clear" w:color="auto" w:fill="17365D"/>
          </w:tcPr>
          <w:p w14:paraId="79E08E5C" w14:textId="77777777" w:rsidR="0023472F" w:rsidRDefault="00000000">
            <w:r>
              <w:rPr>
                <w:b/>
                <w:color w:val="FFFFFF"/>
                <w:sz w:val="20"/>
              </w:rPr>
              <w:t>Explanation</w:t>
            </w:r>
          </w:p>
        </w:tc>
        <w:tc>
          <w:tcPr>
            <w:tcW w:w="3360" w:type="dxa"/>
            <w:shd w:val="clear" w:color="auto" w:fill="17365D"/>
          </w:tcPr>
          <w:p w14:paraId="36C26997" w14:textId="77777777" w:rsidR="0023472F" w:rsidRDefault="00000000">
            <w:r>
              <w:rPr>
                <w:b/>
                <w:color w:val="FFFFFF"/>
                <w:sz w:val="20"/>
              </w:rPr>
              <w:t>Example / Note</w:t>
            </w:r>
          </w:p>
        </w:tc>
      </w:tr>
      <w:tr w:rsidR="0023472F" w14:paraId="0968BEB1" w14:textId="77777777">
        <w:trPr>
          <w:jc w:val="center"/>
        </w:trPr>
        <w:tc>
          <w:tcPr>
            <w:tcW w:w="3360" w:type="dxa"/>
          </w:tcPr>
          <w:p w14:paraId="17FFC4F6" w14:textId="77777777" w:rsidR="0023472F" w:rsidRDefault="00000000">
            <w:r>
              <w:rPr>
                <w:sz w:val="20"/>
              </w:rPr>
              <w:t>Item 1</w:t>
            </w:r>
          </w:p>
        </w:tc>
        <w:tc>
          <w:tcPr>
            <w:tcW w:w="3360" w:type="dxa"/>
          </w:tcPr>
          <w:p w14:paraId="4A33C4B1" w14:textId="77777777" w:rsidR="0023472F" w:rsidRDefault="00000000">
            <w:r>
              <w:rPr>
                <w:sz w:val="20"/>
              </w:rPr>
              <w:t>[Explanation]</w:t>
            </w:r>
          </w:p>
        </w:tc>
        <w:tc>
          <w:tcPr>
            <w:tcW w:w="3360" w:type="dxa"/>
          </w:tcPr>
          <w:p w14:paraId="3F0DA466" w14:textId="77777777" w:rsidR="0023472F" w:rsidRDefault="00000000">
            <w:r>
              <w:rPr>
                <w:sz w:val="20"/>
              </w:rPr>
              <w:t>[Example]</w:t>
            </w:r>
          </w:p>
        </w:tc>
      </w:tr>
      <w:tr w:rsidR="0023472F" w14:paraId="68DF4107" w14:textId="77777777">
        <w:trPr>
          <w:jc w:val="center"/>
        </w:trPr>
        <w:tc>
          <w:tcPr>
            <w:tcW w:w="3360" w:type="dxa"/>
          </w:tcPr>
          <w:p w14:paraId="1268336B" w14:textId="77777777" w:rsidR="0023472F" w:rsidRDefault="00000000">
            <w:r>
              <w:rPr>
                <w:sz w:val="20"/>
              </w:rPr>
              <w:t>Item 2</w:t>
            </w:r>
          </w:p>
        </w:tc>
        <w:tc>
          <w:tcPr>
            <w:tcW w:w="3360" w:type="dxa"/>
          </w:tcPr>
          <w:p w14:paraId="42893C4E" w14:textId="77777777" w:rsidR="0023472F" w:rsidRDefault="00000000">
            <w:r>
              <w:rPr>
                <w:sz w:val="20"/>
              </w:rPr>
              <w:t>[Explanation]</w:t>
            </w:r>
          </w:p>
        </w:tc>
        <w:tc>
          <w:tcPr>
            <w:tcW w:w="3360" w:type="dxa"/>
          </w:tcPr>
          <w:p w14:paraId="25DB4B2A" w14:textId="77777777" w:rsidR="0023472F" w:rsidRDefault="00000000">
            <w:r>
              <w:rPr>
                <w:sz w:val="20"/>
              </w:rPr>
              <w:t>[Example]</w:t>
            </w:r>
          </w:p>
        </w:tc>
      </w:tr>
      <w:tr w:rsidR="0023472F" w14:paraId="69915D6A" w14:textId="77777777">
        <w:trPr>
          <w:jc w:val="center"/>
        </w:trPr>
        <w:tc>
          <w:tcPr>
            <w:tcW w:w="3360" w:type="dxa"/>
          </w:tcPr>
          <w:p w14:paraId="57CEA147" w14:textId="77777777" w:rsidR="0023472F" w:rsidRDefault="00000000">
            <w:r>
              <w:rPr>
                <w:sz w:val="20"/>
              </w:rPr>
              <w:t>Item 3</w:t>
            </w:r>
          </w:p>
        </w:tc>
        <w:tc>
          <w:tcPr>
            <w:tcW w:w="3360" w:type="dxa"/>
          </w:tcPr>
          <w:p w14:paraId="2D0E04AD" w14:textId="77777777" w:rsidR="0023472F" w:rsidRDefault="00000000">
            <w:r>
              <w:rPr>
                <w:sz w:val="20"/>
              </w:rPr>
              <w:t>[Explanation]</w:t>
            </w:r>
          </w:p>
        </w:tc>
        <w:tc>
          <w:tcPr>
            <w:tcW w:w="3360" w:type="dxa"/>
          </w:tcPr>
          <w:p w14:paraId="0DD61932" w14:textId="77777777" w:rsidR="0023472F" w:rsidRDefault="00000000">
            <w:r>
              <w:rPr>
                <w:sz w:val="20"/>
              </w:rPr>
              <w:t>[Example]</w:t>
            </w:r>
          </w:p>
        </w:tc>
      </w:tr>
    </w:tbl>
    <w:p w14:paraId="08B9ABF0" w14:textId="77777777" w:rsidR="0023472F" w:rsidRDefault="0023472F"/>
    <w:tbl>
      <w:tblPr>
        <w:tblW w:w="0" w:type="auto"/>
        <w:jc w:val="center"/>
        <w:tblLook w:val="04A0" w:firstRow="1" w:lastRow="0" w:firstColumn="1" w:lastColumn="0" w:noHBand="0" w:noVBand="1"/>
      </w:tblPr>
      <w:tblGrid>
        <w:gridCol w:w="8280"/>
      </w:tblGrid>
      <w:tr w:rsidR="0023472F" w14:paraId="38FEFA72" w14:textId="77777777">
        <w:trPr>
          <w:jc w:val="center"/>
        </w:trPr>
        <w:tc>
          <w:tcPr>
            <w:tcW w:w="10080" w:type="dxa"/>
            <w:shd w:val="clear" w:color="auto" w:fill="F2F2F2"/>
            <w:vAlign w:val="center"/>
          </w:tcPr>
          <w:p w14:paraId="5605D666"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28DAB6C4" w14:textId="77777777" w:rsidR="0023472F" w:rsidRDefault="00000000">
      <w:pPr>
        <w:pStyle w:val="CaptionText"/>
        <w:jc w:val="center"/>
      </w:pPr>
      <w:r>
        <w:t>Figure X.X  Descriptive caption</w:t>
      </w:r>
    </w:p>
    <w:p w14:paraId="69A23E63" w14:textId="77777777" w:rsidR="0023472F" w:rsidRDefault="00000000">
      <w:pPr>
        <w:pStyle w:val="Heading1"/>
      </w:pPr>
      <w:r>
        <w:rPr>
          <w:rFonts w:ascii="Times New Roman" w:hAnsi="Times New Roman"/>
        </w:rPr>
        <w:t>1.4 Application / Case Study</w:t>
      </w:r>
    </w:p>
    <w:tbl>
      <w:tblPr>
        <w:tblW w:w="0" w:type="auto"/>
        <w:jc w:val="center"/>
        <w:tblLook w:val="04A0" w:firstRow="1" w:lastRow="0" w:firstColumn="1" w:lastColumn="0" w:noHBand="0" w:noVBand="1"/>
      </w:tblPr>
      <w:tblGrid>
        <w:gridCol w:w="8424"/>
      </w:tblGrid>
      <w:tr w:rsidR="0023472F" w14:paraId="3F57741B" w14:textId="77777777">
        <w:trPr>
          <w:jc w:val="center"/>
        </w:trPr>
        <w:tc>
          <w:tcPr>
            <w:tcW w:w="10080" w:type="dxa"/>
            <w:shd w:val="clear" w:color="auto" w:fill="FFF4D6"/>
            <w:tcMar>
              <w:top w:w="140" w:type="dxa"/>
              <w:left w:w="180" w:type="dxa"/>
              <w:bottom w:w="140" w:type="dxa"/>
              <w:right w:w="180" w:type="dxa"/>
            </w:tcMar>
          </w:tcPr>
          <w:p w14:paraId="10405D38" w14:textId="77777777" w:rsidR="0023472F" w:rsidRDefault="00000000">
            <w:r>
              <w:rPr>
                <w:b/>
                <w:color w:val="17365D"/>
                <w:sz w:val="20"/>
              </w:rPr>
              <w:t>CASE STUDY / REAL-WORLD APPLICATION</w:t>
            </w:r>
          </w:p>
          <w:p w14:paraId="1044ED7C" w14:textId="77777777" w:rsidR="0023472F" w:rsidRDefault="00000000">
            <w:pPr>
              <w:spacing w:after="0"/>
            </w:pPr>
            <w:r>
              <w:rPr>
                <w:sz w:val="20"/>
              </w:rPr>
              <w:t>Describe a practical situation. Add 2–3 discussion questions connecting the case to the chapter concepts.</w:t>
            </w:r>
          </w:p>
        </w:tc>
      </w:tr>
    </w:tbl>
    <w:p w14:paraId="190E0348" w14:textId="77777777" w:rsidR="0023472F" w:rsidRDefault="0023472F"/>
    <w:p w14:paraId="49A0A1F8" w14:textId="77777777" w:rsidR="0023472F" w:rsidRDefault="00000000">
      <w:pPr>
        <w:pStyle w:val="Heading1"/>
      </w:pPr>
      <w:r>
        <w:rPr>
          <w:rFonts w:ascii="Times New Roman" w:hAnsi="Times New Roman"/>
        </w:rPr>
        <w:t>1.5 Chapter Summary</w:t>
      </w:r>
    </w:p>
    <w:p w14:paraId="32728581" w14:textId="77777777" w:rsidR="0023472F" w:rsidRDefault="00000000">
      <w:pPr>
        <w:pStyle w:val="ListBullet"/>
      </w:pPr>
      <w:r>
        <w:t>Main idea or principle 1</w:t>
      </w:r>
    </w:p>
    <w:p w14:paraId="6E787A9B" w14:textId="77777777" w:rsidR="0023472F" w:rsidRDefault="00000000">
      <w:pPr>
        <w:pStyle w:val="ListBullet"/>
      </w:pPr>
      <w:r>
        <w:t>Main idea or principle 2</w:t>
      </w:r>
    </w:p>
    <w:p w14:paraId="1F0476DC" w14:textId="77777777" w:rsidR="0023472F" w:rsidRDefault="00000000">
      <w:pPr>
        <w:pStyle w:val="ListBullet"/>
      </w:pPr>
      <w:r>
        <w:t>Important relationship / formula / process</w:t>
      </w:r>
    </w:p>
    <w:p w14:paraId="095094CA" w14:textId="77777777" w:rsidR="0023472F" w:rsidRDefault="00000000">
      <w:pPr>
        <w:pStyle w:val="ListBullet"/>
      </w:pPr>
      <w:r>
        <w:t>Practical implication or application</w:t>
      </w:r>
    </w:p>
    <w:p w14:paraId="7368CC11" w14:textId="77777777" w:rsidR="0023472F" w:rsidRDefault="00000000">
      <w:pPr>
        <w:pStyle w:val="Heading2"/>
      </w:pPr>
      <w:r>
        <w:rPr>
          <w:rFonts w:ascii="Times New Roman" w:hAnsi="Times New Roman"/>
        </w:rPr>
        <w:t>Quick Review</w:t>
      </w:r>
    </w:p>
    <w:p w14:paraId="16699B58" w14:textId="77777777" w:rsidR="0023472F" w:rsidRDefault="00000000">
      <w:r>
        <w:t>1. [Short-answer review question]</w:t>
      </w:r>
    </w:p>
    <w:p w14:paraId="6C79397C" w14:textId="77777777" w:rsidR="0023472F" w:rsidRDefault="00000000">
      <w:r>
        <w:t>2. [Short-answer review question]</w:t>
      </w:r>
    </w:p>
    <w:p w14:paraId="019F44EF" w14:textId="77777777" w:rsidR="0023472F" w:rsidRDefault="00000000">
      <w:r>
        <w:t>3. [Short-answer review question]</w:t>
      </w:r>
    </w:p>
    <w:p w14:paraId="5624341A" w14:textId="77777777" w:rsidR="0023472F" w:rsidRDefault="00000000">
      <w:pPr>
        <w:pStyle w:val="Heading2"/>
      </w:pPr>
      <w:r>
        <w:rPr>
          <w:rFonts w:ascii="Times New Roman" w:hAnsi="Times New Roman"/>
        </w:rPr>
        <w:t>Exercises &amp; Assessment</w:t>
      </w:r>
    </w:p>
    <w:p w14:paraId="45EFBAE3" w14:textId="77777777" w:rsidR="0023472F" w:rsidRDefault="00000000">
      <w:pPr>
        <w:pStyle w:val="Heading3"/>
      </w:pPr>
      <w:r>
        <w:rPr>
          <w:rFonts w:ascii="Times New Roman" w:hAnsi="Times New Roman"/>
        </w:rPr>
        <w:t>A. Multiple Choice Questions</w:t>
      </w:r>
    </w:p>
    <w:p w14:paraId="18E17BEC" w14:textId="77777777" w:rsidR="0023472F" w:rsidRDefault="00000000">
      <w:r>
        <w:t>1. [Question]   (a) Option A   (b) Option B   (c) Option C   (d) Option D</w:t>
      </w:r>
    </w:p>
    <w:p w14:paraId="1D5BBDF7" w14:textId="77777777" w:rsidR="0023472F" w:rsidRDefault="00000000">
      <w:pPr>
        <w:pStyle w:val="Heading3"/>
      </w:pPr>
      <w:r>
        <w:rPr>
          <w:rFonts w:ascii="Times New Roman" w:hAnsi="Times New Roman"/>
        </w:rPr>
        <w:t>B. Short Answer Questions</w:t>
      </w:r>
    </w:p>
    <w:p w14:paraId="63936D2B" w14:textId="77777777" w:rsidR="0023472F" w:rsidRDefault="00000000">
      <w:r>
        <w:t>1. [Question]</w:t>
      </w:r>
      <w:r>
        <w:br/>
        <w:t>2. [Question]</w:t>
      </w:r>
    </w:p>
    <w:p w14:paraId="29CFEC8E" w14:textId="77777777" w:rsidR="0023472F" w:rsidRDefault="00000000">
      <w:pPr>
        <w:pStyle w:val="Heading3"/>
      </w:pPr>
      <w:r>
        <w:rPr>
          <w:rFonts w:ascii="Times New Roman" w:hAnsi="Times New Roman"/>
        </w:rPr>
        <w:t>C. Long Answer / Analytical Questions</w:t>
      </w:r>
    </w:p>
    <w:p w14:paraId="28B2C693" w14:textId="77777777" w:rsidR="0023472F" w:rsidRDefault="00000000">
      <w:r>
        <w:t>1. [Question]</w:t>
      </w:r>
      <w:r>
        <w:br/>
        <w:t>2. [Question]</w:t>
      </w:r>
    </w:p>
    <w:p w14:paraId="6D78B7B6" w14:textId="77777777" w:rsidR="0023472F" w:rsidRDefault="00000000">
      <w:pPr>
        <w:pStyle w:val="Heading3"/>
      </w:pPr>
      <w:r>
        <w:rPr>
          <w:rFonts w:ascii="Times New Roman" w:hAnsi="Times New Roman"/>
        </w:rPr>
        <w:t>D. Activity / Assignment</w:t>
      </w:r>
    </w:p>
    <w:p w14:paraId="4B2CB7CE" w14:textId="77777777" w:rsidR="0023472F" w:rsidRDefault="00000000">
      <w:r>
        <w:t>[Mini-project, laboratory activity, field task, coding exercise, data interpretation, or reflective assignment.]</w:t>
      </w:r>
    </w:p>
    <w:p w14:paraId="0D9428E4" w14:textId="77777777" w:rsidR="0023472F" w:rsidRDefault="00000000">
      <w:pPr>
        <w:pStyle w:val="Heading2"/>
      </w:pPr>
      <w:r>
        <w:rPr>
          <w:rFonts w:ascii="Times New Roman" w:hAnsi="Times New Roman"/>
        </w:rPr>
        <w:lastRenderedPageBreak/>
        <w:t>Further Reading</w:t>
      </w:r>
    </w:p>
    <w:p w14:paraId="07F15825" w14:textId="77777777" w:rsidR="0023472F" w:rsidRDefault="00000000">
      <w:r>
        <w:t>[Add 3–5 recommended books, articles, standards, websites, or learning resources.]</w:t>
      </w:r>
    </w:p>
    <w:p w14:paraId="50CF4873" w14:textId="77777777" w:rsidR="0023472F" w:rsidRDefault="00000000">
      <w:r>
        <w:br w:type="page"/>
      </w:r>
    </w:p>
    <w:p w14:paraId="3B1B48C8" w14:textId="77777777" w:rsidR="0023472F" w:rsidRDefault="00000000">
      <w:pPr>
        <w:pStyle w:val="ChapterNumber"/>
      </w:pPr>
      <w:r>
        <w:lastRenderedPageBreak/>
        <w:t>CHAPTER 02</w:t>
      </w:r>
    </w:p>
    <w:p w14:paraId="20C3F4CE" w14:textId="77777777" w:rsidR="0023472F" w:rsidRDefault="00000000">
      <w:pPr>
        <w:pStyle w:val="ChapterTitle"/>
        <w:pBdr>
          <w:bottom w:val="single" w:sz="24" w:space="1" w:color="00A6A6"/>
        </w:pBdr>
      </w:pPr>
      <w:r>
        <w:t>[Chapter 2 Title]</w:t>
      </w:r>
    </w:p>
    <w:p w14:paraId="189335A4"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39BCF957" w14:textId="77777777">
        <w:trPr>
          <w:jc w:val="center"/>
        </w:trPr>
        <w:tc>
          <w:tcPr>
            <w:tcW w:w="10080" w:type="dxa"/>
            <w:shd w:val="clear" w:color="auto" w:fill="EAF2F8"/>
            <w:tcMar>
              <w:top w:w="140" w:type="dxa"/>
              <w:left w:w="180" w:type="dxa"/>
              <w:bottom w:w="140" w:type="dxa"/>
              <w:right w:w="180" w:type="dxa"/>
            </w:tcMar>
          </w:tcPr>
          <w:p w14:paraId="627D8DE6" w14:textId="77777777" w:rsidR="0023472F" w:rsidRDefault="00000000">
            <w:r>
              <w:rPr>
                <w:b/>
                <w:color w:val="17365D"/>
                <w:sz w:val="20"/>
              </w:rPr>
              <w:t>Learning Objectives</w:t>
            </w:r>
          </w:p>
          <w:p w14:paraId="05B988AD" w14:textId="77777777" w:rsidR="0023472F" w:rsidRDefault="00000000">
            <w:pPr>
              <w:spacing w:after="0"/>
            </w:pPr>
            <w:r>
              <w:rPr>
                <w:sz w:val="20"/>
              </w:rPr>
              <w:t>After completing Chapter 2,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21B643B1" w14:textId="77777777" w:rsidR="0023472F" w:rsidRDefault="0023472F"/>
    <w:p w14:paraId="684FA2E8" w14:textId="77777777" w:rsidR="0023472F" w:rsidRDefault="00000000">
      <w:pPr>
        <w:pStyle w:val="Heading1"/>
      </w:pPr>
      <w:r>
        <w:rPr>
          <w:rFonts w:ascii="Times New Roman" w:hAnsi="Times New Roman"/>
        </w:rPr>
        <w:t>2.1 Introduction</w:t>
      </w:r>
    </w:p>
    <w:p w14:paraId="522994AB" w14:textId="77777777" w:rsidR="0023472F" w:rsidRDefault="00000000">
      <w:r>
        <w:t>Begin with an engaging context, real-world example, short story, problem, or question. Explain why the chapter matters and connect it to previous learning.</w:t>
      </w:r>
    </w:p>
    <w:p w14:paraId="20393DAA" w14:textId="77777777" w:rsidR="0023472F" w:rsidRDefault="00000000">
      <w:pPr>
        <w:pStyle w:val="Heading1"/>
      </w:pPr>
      <w:r>
        <w:rPr>
          <w:rFonts w:ascii="Times New Roman" w:hAnsi="Times New Roman"/>
        </w:rPr>
        <w:t>2.2 Core Concept / Topic</w:t>
      </w:r>
    </w:p>
    <w:p w14:paraId="4EFF588E"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263A810F" w14:textId="77777777">
        <w:trPr>
          <w:jc w:val="center"/>
        </w:trPr>
        <w:tc>
          <w:tcPr>
            <w:tcW w:w="10080" w:type="dxa"/>
            <w:shd w:val="clear" w:color="auto" w:fill="E8F6F3"/>
            <w:tcMar>
              <w:top w:w="140" w:type="dxa"/>
              <w:left w:w="180" w:type="dxa"/>
              <w:bottom w:w="140" w:type="dxa"/>
              <w:right w:w="180" w:type="dxa"/>
            </w:tcMar>
          </w:tcPr>
          <w:p w14:paraId="34F52976" w14:textId="77777777" w:rsidR="0023472F" w:rsidRDefault="00000000">
            <w:r>
              <w:rPr>
                <w:b/>
                <w:color w:val="17365D"/>
                <w:sz w:val="20"/>
              </w:rPr>
              <w:t>KEY TERM</w:t>
            </w:r>
          </w:p>
          <w:p w14:paraId="3C446098" w14:textId="77777777" w:rsidR="0023472F" w:rsidRDefault="00000000">
            <w:pPr>
              <w:spacing w:after="0"/>
            </w:pPr>
            <w:r>
              <w:rPr>
                <w:sz w:val="20"/>
              </w:rPr>
              <w:t>Term: Write a concise, student-friendly definition here.</w:t>
            </w:r>
          </w:p>
        </w:tc>
      </w:tr>
    </w:tbl>
    <w:p w14:paraId="2D75EE1F" w14:textId="77777777" w:rsidR="0023472F" w:rsidRDefault="0023472F"/>
    <w:p w14:paraId="203CF4A7" w14:textId="77777777" w:rsidR="0023472F" w:rsidRDefault="00000000">
      <w:pPr>
        <w:pStyle w:val="Heading1"/>
      </w:pPr>
      <w:r>
        <w:rPr>
          <w:rFonts w:ascii="Times New Roman" w:hAnsi="Times New Roman"/>
        </w:rPr>
        <w:t>2.3 Explanation and Worked Example</w:t>
      </w:r>
    </w:p>
    <w:p w14:paraId="5D8278E4"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79162460" w14:textId="77777777">
        <w:trPr>
          <w:jc w:val="center"/>
        </w:trPr>
        <w:tc>
          <w:tcPr>
            <w:tcW w:w="3360" w:type="dxa"/>
            <w:shd w:val="clear" w:color="auto" w:fill="17365D"/>
          </w:tcPr>
          <w:p w14:paraId="7164B4F1" w14:textId="77777777" w:rsidR="0023472F" w:rsidRDefault="00000000">
            <w:r>
              <w:rPr>
                <w:b/>
                <w:color w:val="FFFFFF"/>
                <w:sz w:val="20"/>
              </w:rPr>
              <w:t>Concept / Step</w:t>
            </w:r>
          </w:p>
        </w:tc>
        <w:tc>
          <w:tcPr>
            <w:tcW w:w="3360" w:type="dxa"/>
            <w:shd w:val="clear" w:color="auto" w:fill="17365D"/>
          </w:tcPr>
          <w:p w14:paraId="3F7E73E4" w14:textId="77777777" w:rsidR="0023472F" w:rsidRDefault="00000000">
            <w:r>
              <w:rPr>
                <w:b/>
                <w:color w:val="FFFFFF"/>
                <w:sz w:val="20"/>
              </w:rPr>
              <w:t>Explanation</w:t>
            </w:r>
          </w:p>
        </w:tc>
        <w:tc>
          <w:tcPr>
            <w:tcW w:w="3360" w:type="dxa"/>
            <w:shd w:val="clear" w:color="auto" w:fill="17365D"/>
          </w:tcPr>
          <w:p w14:paraId="7130D2DC" w14:textId="77777777" w:rsidR="0023472F" w:rsidRDefault="00000000">
            <w:r>
              <w:rPr>
                <w:b/>
                <w:color w:val="FFFFFF"/>
                <w:sz w:val="20"/>
              </w:rPr>
              <w:t>Example / Note</w:t>
            </w:r>
          </w:p>
        </w:tc>
      </w:tr>
      <w:tr w:rsidR="0023472F" w14:paraId="718C37A0" w14:textId="77777777">
        <w:trPr>
          <w:jc w:val="center"/>
        </w:trPr>
        <w:tc>
          <w:tcPr>
            <w:tcW w:w="3360" w:type="dxa"/>
          </w:tcPr>
          <w:p w14:paraId="617E6ACA" w14:textId="77777777" w:rsidR="0023472F" w:rsidRDefault="00000000">
            <w:r>
              <w:rPr>
                <w:sz w:val="20"/>
              </w:rPr>
              <w:t>Item 1</w:t>
            </w:r>
          </w:p>
        </w:tc>
        <w:tc>
          <w:tcPr>
            <w:tcW w:w="3360" w:type="dxa"/>
          </w:tcPr>
          <w:p w14:paraId="49D3A139" w14:textId="77777777" w:rsidR="0023472F" w:rsidRDefault="00000000">
            <w:r>
              <w:rPr>
                <w:sz w:val="20"/>
              </w:rPr>
              <w:t>[Explanation]</w:t>
            </w:r>
          </w:p>
        </w:tc>
        <w:tc>
          <w:tcPr>
            <w:tcW w:w="3360" w:type="dxa"/>
          </w:tcPr>
          <w:p w14:paraId="56DCD961" w14:textId="77777777" w:rsidR="0023472F" w:rsidRDefault="00000000">
            <w:r>
              <w:rPr>
                <w:sz w:val="20"/>
              </w:rPr>
              <w:t>[Example]</w:t>
            </w:r>
          </w:p>
        </w:tc>
      </w:tr>
      <w:tr w:rsidR="0023472F" w14:paraId="031916D1" w14:textId="77777777">
        <w:trPr>
          <w:jc w:val="center"/>
        </w:trPr>
        <w:tc>
          <w:tcPr>
            <w:tcW w:w="3360" w:type="dxa"/>
          </w:tcPr>
          <w:p w14:paraId="2B3EE9B7" w14:textId="77777777" w:rsidR="0023472F" w:rsidRDefault="00000000">
            <w:r>
              <w:rPr>
                <w:sz w:val="20"/>
              </w:rPr>
              <w:t>Item 2</w:t>
            </w:r>
          </w:p>
        </w:tc>
        <w:tc>
          <w:tcPr>
            <w:tcW w:w="3360" w:type="dxa"/>
          </w:tcPr>
          <w:p w14:paraId="2798DD3C" w14:textId="77777777" w:rsidR="0023472F" w:rsidRDefault="00000000">
            <w:r>
              <w:rPr>
                <w:sz w:val="20"/>
              </w:rPr>
              <w:t>[Explanation]</w:t>
            </w:r>
          </w:p>
        </w:tc>
        <w:tc>
          <w:tcPr>
            <w:tcW w:w="3360" w:type="dxa"/>
          </w:tcPr>
          <w:p w14:paraId="2E6C12C7" w14:textId="77777777" w:rsidR="0023472F" w:rsidRDefault="00000000">
            <w:r>
              <w:rPr>
                <w:sz w:val="20"/>
              </w:rPr>
              <w:t>[Example]</w:t>
            </w:r>
          </w:p>
        </w:tc>
      </w:tr>
      <w:tr w:rsidR="0023472F" w14:paraId="02C3FE84" w14:textId="77777777">
        <w:trPr>
          <w:jc w:val="center"/>
        </w:trPr>
        <w:tc>
          <w:tcPr>
            <w:tcW w:w="3360" w:type="dxa"/>
          </w:tcPr>
          <w:p w14:paraId="748CFE14" w14:textId="77777777" w:rsidR="0023472F" w:rsidRDefault="00000000">
            <w:r>
              <w:rPr>
                <w:sz w:val="20"/>
              </w:rPr>
              <w:t>Item 3</w:t>
            </w:r>
          </w:p>
        </w:tc>
        <w:tc>
          <w:tcPr>
            <w:tcW w:w="3360" w:type="dxa"/>
          </w:tcPr>
          <w:p w14:paraId="5FFC4146" w14:textId="77777777" w:rsidR="0023472F" w:rsidRDefault="00000000">
            <w:r>
              <w:rPr>
                <w:sz w:val="20"/>
              </w:rPr>
              <w:t>[Explanation]</w:t>
            </w:r>
          </w:p>
        </w:tc>
        <w:tc>
          <w:tcPr>
            <w:tcW w:w="3360" w:type="dxa"/>
          </w:tcPr>
          <w:p w14:paraId="6B60FC82" w14:textId="77777777" w:rsidR="0023472F" w:rsidRDefault="00000000">
            <w:r>
              <w:rPr>
                <w:sz w:val="20"/>
              </w:rPr>
              <w:t>[Example]</w:t>
            </w:r>
          </w:p>
        </w:tc>
      </w:tr>
    </w:tbl>
    <w:p w14:paraId="3407C806" w14:textId="77777777" w:rsidR="0023472F" w:rsidRDefault="0023472F"/>
    <w:tbl>
      <w:tblPr>
        <w:tblW w:w="0" w:type="auto"/>
        <w:jc w:val="center"/>
        <w:tblLook w:val="04A0" w:firstRow="1" w:lastRow="0" w:firstColumn="1" w:lastColumn="0" w:noHBand="0" w:noVBand="1"/>
      </w:tblPr>
      <w:tblGrid>
        <w:gridCol w:w="8280"/>
      </w:tblGrid>
      <w:tr w:rsidR="0023472F" w14:paraId="49001F9F" w14:textId="77777777">
        <w:trPr>
          <w:jc w:val="center"/>
        </w:trPr>
        <w:tc>
          <w:tcPr>
            <w:tcW w:w="10080" w:type="dxa"/>
            <w:shd w:val="clear" w:color="auto" w:fill="F2F2F2"/>
            <w:vAlign w:val="center"/>
          </w:tcPr>
          <w:p w14:paraId="29915F42"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24C9FCE4" w14:textId="77777777" w:rsidR="0023472F" w:rsidRDefault="00000000">
      <w:pPr>
        <w:pStyle w:val="CaptionText"/>
        <w:jc w:val="center"/>
      </w:pPr>
      <w:r>
        <w:t>Figure X.X  Descriptive caption</w:t>
      </w:r>
    </w:p>
    <w:p w14:paraId="73F78068" w14:textId="77777777" w:rsidR="0023472F" w:rsidRDefault="00000000">
      <w:pPr>
        <w:pStyle w:val="Heading1"/>
      </w:pPr>
      <w:r>
        <w:rPr>
          <w:rFonts w:ascii="Times New Roman" w:hAnsi="Times New Roman"/>
        </w:rPr>
        <w:t>2.4 Application / Case Study</w:t>
      </w:r>
    </w:p>
    <w:tbl>
      <w:tblPr>
        <w:tblW w:w="0" w:type="auto"/>
        <w:jc w:val="center"/>
        <w:tblLook w:val="04A0" w:firstRow="1" w:lastRow="0" w:firstColumn="1" w:lastColumn="0" w:noHBand="0" w:noVBand="1"/>
      </w:tblPr>
      <w:tblGrid>
        <w:gridCol w:w="8424"/>
      </w:tblGrid>
      <w:tr w:rsidR="0023472F" w14:paraId="784C8AE2" w14:textId="77777777">
        <w:trPr>
          <w:jc w:val="center"/>
        </w:trPr>
        <w:tc>
          <w:tcPr>
            <w:tcW w:w="10080" w:type="dxa"/>
            <w:shd w:val="clear" w:color="auto" w:fill="FFF4D6"/>
            <w:tcMar>
              <w:top w:w="140" w:type="dxa"/>
              <w:left w:w="180" w:type="dxa"/>
              <w:bottom w:w="140" w:type="dxa"/>
              <w:right w:w="180" w:type="dxa"/>
            </w:tcMar>
          </w:tcPr>
          <w:p w14:paraId="7905FDDA" w14:textId="77777777" w:rsidR="0023472F" w:rsidRDefault="00000000">
            <w:r>
              <w:rPr>
                <w:b/>
                <w:color w:val="17365D"/>
                <w:sz w:val="20"/>
              </w:rPr>
              <w:t>CASE STUDY / REAL-WORLD APPLICATION</w:t>
            </w:r>
          </w:p>
          <w:p w14:paraId="75E89FEF" w14:textId="77777777" w:rsidR="0023472F" w:rsidRDefault="00000000">
            <w:pPr>
              <w:spacing w:after="0"/>
            </w:pPr>
            <w:r>
              <w:rPr>
                <w:sz w:val="20"/>
              </w:rPr>
              <w:t>Describe a practical situation. Add 2–3 discussion questions connecting the case to the chapter concepts.</w:t>
            </w:r>
          </w:p>
        </w:tc>
      </w:tr>
    </w:tbl>
    <w:p w14:paraId="2B78F212" w14:textId="77777777" w:rsidR="0023472F" w:rsidRDefault="0023472F"/>
    <w:p w14:paraId="59EB5AA7" w14:textId="77777777" w:rsidR="0023472F" w:rsidRDefault="00000000">
      <w:pPr>
        <w:pStyle w:val="Heading1"/>
      </w:pPr>
      <w:r>
        <w:rPr>
          <w:rFonts w:ascii="Times New Roman" w:hAnsi="Times New Roman"/>
        </w:rPr>
        <w:t>2.5 Chapter Summary</w:t>
      </w:r>
    </w:p>
    <w:p w14:paraId="3501A8C3" w14:textId="77777777" w:rsidR="0023472F" w:rsidRDefault="00000000">
      <w:pPr>
        <w:pStyle w:val="ListBullet"/>
      </w:pPr>
      <w:r>
        <w:t>Main idea or principle 1</w:t>
      </w:r>
    </w:p>
    <w:p w14:paraId="1BB4107E" w14:textId="77777777" w:rsidR="0023472F" w:rsidRDefault="00000000">
      <w:pPr>
        <w:pStyle w:val="ListBullet"/>
      </w:pPr>
      <w:r>
        <w:t>Main idea or principle 2</w:t>
      </w:r>
    </w:p>
    <w:p w14:paraId="65E96878" w14:textId="77777777" w:rsidR="0023472F" w:rsidRDefault="00000000">
      <w:pPr>
        <w:pStyle w:val="ListBullet"/>
      </w:pPr>
      <w:r>
        <w:t>Important relationship / formula / process</w:t>
      </w:r>
    </w:p>
    <w:p w14:paraId="4659B45C" w14:textId="77777777" w:rsidR="0023472F" w:rsidRDefault="00000000">
      <w:pPr>
        <w:pStyle w:val="ListBullet"/>
      </w:pPr>
      <w:r>
        <w:t>Practical implication or application</w:t>
      </w:r>
    </w:p>
    <w:p w14:paraId="7A69156B" w14:textId="77777777" w:rsidR="0023472F" w:rsidRDefault="00000000">
      <w:pPr>
        <w:pStyle w:val="Heading2"/>
      </w:pPr>
      <w:r>
        <w:rPr>
          <w:rFonts w:ascii="Times New Roman" w:hAnsi="Times New Roman"/>
        </w:rPr>
        <w:t>Quick Review</w:t>
      </w:r>
    </w:p>
    <w:p w14:paraId="2C67AE92" w14:textId="77777777" w:rsidR="0023472F" w:rsidRDefault="00000000">
      <w:r>
        <w:t>1. [Short-answer review question]</w:t>
      </w:r>
    </w:p>
    <w:p w14:paraId="20A0E4E4" w14:textId="77777777" w:rsidR="0023472F" w:rsidRDefault="00000000">
      <w:r>
        <w:t>2. [Short-answer review question]</w:t>
      </w:r>
    </w:p>
    <w:p w14:paraId="5779CE1A" w14:textId="77777777" w:rsidR="0023472F" w:rsidRDefault="00000000">
      <w:r>
        <w:t>3. [Short-answer review question]</w:t>
      </w:r>
    </w:p>
    <w:p w14:paraId="76E49C06" w14:textId="77777777" w:rsidR="0023472F" w:rsidRDefault="00000000">
      <w:pPr>
        <w:pStyle w:val="Heading2"/>
      </w:pPr>
      <w:r>
        <w:rPr>
          <w:rFonts w:ascii="Times New Roman" w:hAnsi="Times New Roman"/>
        </w:rPr>
        <w:t>Exercises &amp; Assessment</w:t>
      </w:r>
    </w:p>
    <w:p w14:paraId="3B42978D" w14:textId="77777777" w:rsidR="0023472F" w:rsidRDefault="00000000">
      <w:pPr>
        <w:pStyle w:val="Heading3"/>
      </w:pPr>
      <w:r>
        <w:rPr>
          <w:rFonts w:ascii="Times New Roman" w:hAnsi="Times New Roman"/>
        </w:rPr>
        <w:t>A. Multiple Choice Questions</w:t>
      </w:r>
    </w:p>
    <w:p w14:paraId="04BCE25B" w14:textId="77777777" w:rsidR="0023472F" w:rsidRDefault="00000000">
      <w:r>
        <w:t>1. [Question]   (a) Option A   (b) Option B   (c) Option C   (d) Option D</w:t>
      </w:r>
    </w:p>
    <w:p w14:paraId="5D446046" w14:textId="77777777" w:rsidR="0023472F" w:rsidRDefault="00000000">
      <w:pPr>
        <w:pStyle w:val="Heading3"/>
      </w:pPr>
      <w:r>
        <w:rPr>
          <w:rFonts w:ascii="Times New Roman" w:hAnsi="Times New Roman"/>
        </w:rPr>
        <w:t>B. Short Answer Questions</w:t>
      </w:r>
    </w:p>
    <w:p w14:paraId="232E4582" w14:textId="77777777" w:rsidR="0023472F" w:rsidRDefault="00000000">
      <w:r>
        <w:t>1. [Question]</w:t>
      </w:r>
      <w:r>
        <w:br/>
        <w:t>2. [Question]</w:t>
      </w:r>
    </w:p>
    <w:p w14:paraId="412D4B2B" w14:textId="77777777" w:rsidR="0023472F" w:rsidRDefault="00000000">
      <w:pPr>
        <w:pStyle w:val="Heading3"/>
      </w:pPr>
      <w:r>
        <w:rPr>
          <w:rFonts w:ascii="Times New Roman" w:hAnsi="Times New Roman"/>
        </w:rPr>
        <w:t>C. Long Answer / Analytical Questions</w:t>
      </w:r>
    </w:p>
    <w:p w14:paraId="01A97A48" w14:textId="77777777" w:rsidR="0023472F" w:rsidRDefault="00000000">
      <w:r>
        <w:t>1. [Question]</w:t>
      </w:r>
      <w:r>
        <w:br/>
        <w:t>2. [Question]</w:t>
      </w:r>
    </w:p>
    <w:p w14:paraId="5DC4BE79" w14:textId="77777777" w:rsidR="0023472F" w:rsidRDefault="00000000">
      <w:pPr>
        <w:pStyle w:val="Heading3"/>
      </w:pPr>
      <w:r>
        <w:rPr>
          <w:rFonts w:ascii="Times New Roman" w:hAnsi="Times New Roman"/>
        </w:rPr>
        <w:t>D. Activity / Assignment</w:t>
      </w:r>
    </w:p>
    <w:p w14:paraId="5FCC0923" w14:textId="77777777" w:rsidR="0023472F" w:rsidRDefault="00000000">
      <w:r>
        <w:t>[Mini-project, laboratory activity, field task, coding exercise, data interpretation, or reflective assignment.]</w:t>
      </w:r>
    </w:p>
    <w:p w14:paraId="31877F93" w14:textId="77777777" w:rsidR="0023472F" w:rsidRDefault="00000000">
      <w:pPr>
        <w:pStyle w:val="Heading2"/>
      </w:pPr>
      <w:r>
        <w:rPr>
          <w:rFonts w:ascii="Times New Roman" w:hAnsi="Times New Roman"/>
        </w:rPr>
        <w:lastRenderedPageBreak/>
        <w:t>Further Reading</w:t>
      </w:r>
    </w:p>
    <w:p w14:paraId="3635E78B" w14:textId="77777777" w:rsidR="0023472F" w:rsidRDefault="00000000">
      <w:r>
        <w:t>[Add 3–5 recommended books, articles, standards, websites, or learning resources.]</w:t>
      </w:r>
    </w:p>
    <w:p w14:paraId="4D00A1BA" w14:textId="77777777" w:rsidR="0023472F" w:rsidRDefault="00000000">
      <w:r>
        <w:br w:type="page"/>
      </w:r>
    </w:p>
    <w:p w14:paraId="2C493B6E" w14:textId="77777777" w:rsidR="0023472F" w:rsidRDefault="00000000">
      <w:pPr>
        <w:pStyle w:val="ChapterNumber"/>
      </w:pPr>
      <w:r>
        <w:lastRenderedPageBreak/>
        <w:t>CHAPTER 03</w:t>
      </w:r>
    </w:p>
    <w:p w14:paraId="1079C328" w14:textId="77777777" w:rsidR="0023472F" w:rsidRDefault="00000000">
      <w:pPr>
        <w:pStyle w:val="ChapterTitle"/>
        <w:pBdr>
          <w:bottom w:val="single" w:sz="24" w:space="1" w:color="00A6A6"/>
        </w:pBdr>
      </w:pPr>
      <w:r>
        <w:t>[Chapter 3 Title]</w:t>
      </w:r>
    </w:p>
    <w:p w14:paraId="2A4080FE"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3839F2F2" w14:textId="77777777">
        <w:trPr>
          <w:jc w:val="center"/>
        </w:trPr>
        <w:tc>
          <w:tcPr>
            <w:tcW w:w="10080" w:type="dxa"/>
            <w:shd w:val="clear" w:color="auto" w:fill="EAF2F8"/>
            <w:tcMar>
              <w:top w:w="140" w:type="dxa"/>
              <w:left w:w="180" w:type="dxa"/>
              <w:bottom w:w="140" w:type="dxa"/>
              <w:right w:w="180" w:type="dxa"/>
            </w:tcMar>
          </w:tcPr>
          <w:p w14:paraId="07A1513D" w14:textId="77777777" w:rsidR="0023472F" w:rsidRDefault="00000000">
            <w:r>
              <w:rPr>
                <w:b/>
                <w:color w:val="17365D"/>
                <w:sz w:val="20"/>
              </w:rPr>
              <w:t>Learning Objectives</w:t>
            </w:r>
          </w:p>
          <w:p w14:paraId="52B65724" w14:textId="77777777" w:rsidR="0023472F" w:rsidRDefault="00000000">
            <w:pPr>
              <w:spacing w:after="0"/>
            </w:pPr>
            <w:r>
              <w:rPr>
                <w:sz w:val="20"/>
              </w:rPr>
              <w:t>After completing Chapter 3,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2229F2DA" w14:textId="77777777" w:rsidR="0023472F" w:rsidRDefault="0023472F"/>
    <w:p w14:paraId="3E564CDE" w14:textId="77777777" w:rsidR="0023472F" w:rsidRDefault="00000000">
      <w:pPr>
        <w:pStyle w:val="Heading1"/>
      </w:pPr>
      <w:r>
        <w:rPr>
          <w:rFonts w:ascii="Times New Roman" w:hAnsi="Times New Roman"/>
        </w:rPr>
        <w:t>3.1 Introduction</w:t>
      </w:r>
    </w:p>
    <w:p w14:paraId="0FCFB8EB" w14:textId="77777777" w:rsidR="0023472F" w:rsidRDefault="00000000">
      <w:r>
        <w:t>Begin with an engaging context, real-world example, short story, problem, or question. Explain why the chapter matters and connect it to previous learning.</w:t>
      </w:r>
    </w:p>
    <w:p w14:paraId="2EF5C1CD" w14:textId="77777777" w:rsidR="0023472F" w:rsidRDefault="00000000">
      <w:pPr>
        <w:pStyle w:val="Heading1"/>
      </w:pPr>
      <w:r>
        <w:rPr>
          <w:rFonts w:ascii="Times New Roman" w:hAnsi="Times New Roman"/>
        </w:rPr>
        <w:t>3.2 Core Concept / Topic</w:t>
      </w:r>
    </w:p>
    <w:p w14:paraId="25189251"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1B31E9B2" w14:textId="77777777">
        <w:trPr>
          <w:jc w:val="center"/>
        </w:trPr>
        <w:tc>
          <w:tcPr>
            <w:tcW w:w="10080" w:type="dxa"/>
            <w:shd w:val="clear" w:color="auto" w:fill="E8F6F3"/>
            <w:tcMar>
              <w:top w:w="140" w:type="dxa"/>
              <w:left w:w="180" w:type="dxa"/>
              <w:bottom w:w="140" w:type="dxa"/>
              <w:right w:w="180" w:type="dxa"/>
            </w:tcMar>
          </w:tcPr>
          <w:p w14:paraId="3AB1F3C9" w14:textId="77777777" w:rsidR="0023472F" w:rsidRDefault="00000000">
            <w:r>
              <w:rPr>
                <w:b/>
                <w:color w:val="17365D"/>
                <w:sz w:val="20"/>
              </w:rPr>
              <w:t>KEY TERM</w:t>
            </w:r>
          </w:p>
          <w:p w14:paraId="57E22F00" w14:textId="77777777" w:rsidR="0023472F" w:rsidRDefault="00000000">
            <w:pPr>
              <w:spacing w:after="0"/>
            </w:pPr>
            <w:r>
              <w:rPr>
                <w:sz w:val="20"/>
              </w:rPr>
              <w:t>Term: Write a concise, student-friendly definition here.</w:t>
            </w:r>
          </w:p>
        </w:tc>
      </w:tr>
    </w:tbl>
    <w:p w14:paraId="64DF0B35" w14:textId="77777777" w:rsidR="0023472F" w:rsidRDefault="0023472F"/>
    <w:p w14:paraId="5BBDDD46" w14:textId="77777777" w:rsidR="0023472F" w:rsidRDefault="00000000">
      <w:pPr>
        <w:pStyle w:val="Heading1"/>
      </w:pPr>
      <w:r>
        <w:rPr>
          <w:rFonts w:ascii="Times New Roman" w:hAnsi="Times New Roman"/>
        </w:rPr>
        <w:t>3.3 Explanation and Worked Example</w:t>
      </w:r>
    </w:p>
    <w:p w14:paraId="1DDEAB49"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070CAC47" w14:textId="77777777">
        <w:trPr>
          <w:jc w:val="center"/>
        </w:trPr>
        <w:tc>
          <w:tcPr>
            <w:tcW w:w="3360" w:type="dxa"/>
            <w:shd w:val="clear" w:color="auto" w:fill="17365D"/>
          </w:tcPr>
          <w:p w14:paraId="025DD5BB" w14:textId="77777777" w:rsidR="0023472F" w:rsidRDefault="00000000">
            <w:r>
              <w:rPr>
                <w:b/>
                <w:color w:val="FFFFFF"/>
                <w:sz w:val="20"/>
              </w:rPr>
              <w:t>Concept / Step</w:t>
            </w:r>
          </w:p>
        </w:tc>
        <w:tc>
          <w:tcPr>
            <w:tcW w:w="3360" w:type="dxa"/>
            <w:shd w:val="clear" w:color="auto" w:fill="17365D"/>
          </w:tcPr>
          <w:p w14:paraId="64DD21FA" w14:textId="77777777" w:rsidR="0023472F" w:rsidRDefault="00000000">
            <w:r>
              <w:rPr>
                <w:b/>
                <w:color w:val="FFFFFF"/>
                <w:sz w:val="20"/>
              </w:rPr>
              <w:t>Explanation</w:t>
            </w:r>
          </w:p>
        </w:tc>
        <w:tc>
          <w:tcPr>
            <w:tcW w:w="3360" w:type="dxa"/>
            <w:shd w:val="clear" w:color="auto" w:fill="17365D"/>
          </w:tcPr>
          <w:p w14:paraId="126D52C3" w14:textId="77777777" w:rsidR="0023472F" w:rsidRDefault="00000000">
            <w:r>
              <w:rPr>
                <w:b/>
                <w:color w:val="FFFFFF"/>
                <w:sz w:val="20"/>
              </w:rPr>
              <w:t>Example / Note</w:t>
            </w:r>
          </w:p>
        </w:tc>
      </w:tr>
      <w:tr w:rsidR="0023472F" w14:paraId="117F0262" w14:textId="77777777">
        <w:trPr>
          <w:jc w:val="center"/>
        </w:trPr>
        <w:tc>
          <w:tcPr>
            <w:tcW w:w="3360" w:type="dxa"/>
          </w:tcPr>
          <w:p w14:paraId="0C39E46E" w14:textId="77777777" w:rsidR="0023472F" w:rsidRDefault="00000000">
            <w:r>
              <w:rPr>
                <w:sz w:val="20"/>
              </w:rPr>
              <w:t>Item 1</w:t>
            </w:r>
          </w:p>
        </w:tc>
        <w:tc>
          <w:tcPr>
            <w:tcW w:w="3360" w:type="dxa"/>
          </w:tcPr>
          <w:p w14:paraId="23FD1220" w14:textId="77777777" w:rsidR="0023472F" w:rsidRDefault="00000000">
            <w:r>
              <w:rPr>
                <w:sz w:val="20"/>
              </w:rPr>
              <w:t>[Explanation]</w:t>
            </w:r>
          </w:p>
        </w:tc>
        <w:tc>
          <w:tcPr>
            <w:tcW w:w="3360" w:type="dxa"/>
          </w:tcPr>
          <w:p w14:paraId="3EAD1803" w14:textId="77777777" w:rsidR="0023472F" w:rsidRDefault="00000000">
            <w:r>
              <w:rPr>
                <w:sz w:val="20"/>
              </w:rPr>
              <w:t>[Example]</w:t>
            </w:r>
          </w:p>
        </w:tc>
      </w:tr>
      <w:tr w:rsidR="0023472F" w14:paraId="07667C76" w14:textId="77777777">
        <w:trPr>
          <w:jc w:val="center"/>
        </w:trPr>
        <w:tc>
          <w:tcPr>
            <w:tcW w:w="3360" w:type="dxa"/>
          </w:tcPr>
          <w:p w14:paraId="508B3487" w14:textId="77777777" w:rsidR="0023472F" w:rsidRDefault="00000000">
            <w:r>
              <w:rPr>
                <w:sz w:val="20"/>
              </w:rPr>
              <w:t>Item 2</w:t>
            </w:r>
          </w:p>
        </w:tc>
        <w:tc>
          <w:tcPr>
            <w:tcW w:w="3360" w:type="dxa"/>
          </w:tcPr>
          <w:p w14:paraId="076B1176" w14:textId="77777777" w:rsidR="0023472F" w:rsidRDefault="00000000">
            <w:r>
              <w:rPr>
                <w:sz w:val="20"/>
              </w:rPr>
              <w:t>[Explanation]</w:t>
            </w:r>
          </w:p>
        </w:tc>
        <w:tc>
          <w:tcPr>
            <w:tcW w:w="3360" w:type="dxa"/>
          </w:tcPr>
          <w:p w14:paraId="31899D5B" w14:textId="77777777" w:rsidR="0023472F" w:rsidRDefault="00000000">
            <w:r>
              <w:rPr>
                <w:sz w:val="20"/>
              </w:rPr>
              <w:t>[Example]</w:t>
            </w:r>
          </w:p>
        </w:tc>
      </w:tr>
      <w:tr w:rsidR="0023472F" w14:paraId="677D400E" w14:textId="77777777">
        <w:trPr>
          <w:jc w:val="center"/>
        </w:trPr>
        <w:tc>
          <w:tcPr>
            <w:tcW w:w="3360" w:type="dxa"/>
          </w:tcPr>
          <w:p w14:paraId="01C16A87" w14:textId="77777777" w:rsidR="0023472F" w:rsidRDefault="00000000">
            <w:r>
              <w:rPr>
                <w:sz w:val="20"/>
              </w:rPr>
              <w:t>Item 3</w:t>
            </w:r>
          </w:p>
        </w:tc>
        <w:tc>
          <w:tcPr>
            <w:tcW w:w="3360" w:type="dxa"/>
          </w:tcPr>
          <w:p w14:paraId="74205E3C" w14:textId="77777777" w:rsidR="0023472F" w:rsidRDefault="00000000">
            <w:r>
              <w:rPr>
                <w:sz w:val="20"/>
              </w:rPr>
              <w:t>[Explanation]</w:t>
            </w:r>
          </w:p>
        </w:tc>
        <w:tc>
          <w:tcPr>
            <w:tcW w:w="3360" w:type="dxa"/>
          </w:tcPr>
          <w:p w14:paraId="18CC0F8C" w14:textId="77777777" w:rsidR="0023472F" w:rsidRDefault="00000000">
            <w:r>
              <w:rPr>
                <w:sz w:val="20"/>
              </w:rPr>
              <w:t>[Example]</w:t>
            </w:r>
          </w:p>
        </w:tc>
      </w:tr>
    </w:tbl>
    <w:p w14:paraId="4B0F3CE4" w14:textId="77777777" w:rsidR="0023472F" w:rsidRDefault="0023472F"/>
    <w:tbl>
      <w:tblPr>
        <w:tblW w:w="0" w:type="auto"/>
        <w:jc w:val="center"/>
        <w:tblLook w:val="04A0" w:firstRow="1" w:lastRow="0" w:firstColumn="1" w:lastColumn="0" w:noHBand="0" w:noVBand="1"/>
      </w:tblPr>
      <w:tblGrid>
        <w:gridCol w:w="8280"/>
      </w:tblGrid>
      <w:tr w:rsidR="0023472F" w14:paraId="67C48569" w14:textId="77777777">
        <w:trPr>
          <w:jc w:val="center"/>
        </w:trPr>
        <w:tc>
          <w:tcPr>
            <w:tcW w:w="10080" w:type="dxa"/>
            <w:shd w:val="clear" w:color="auto" w:fill="F2F2F2"/>
            <w:vAlign w:val="center"/>
          </w:tcPr>
          <w:p w14:paraId="229FCE92"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793F0D32" w14:textId="77777777" w:rsidR="0023472F" w:rsidRDefault="00000000">
      <w:pPr>
        <w:pStyle w:val="CaptionText"/>
        <w:jc w:val="center"/>
      </w:pPr>
      <w:r>
        <w:t>Figure X.X  Descriptive caption</w:t>
      </w:r>
    </w:p>
    <w:p w14:paraId="02EA2144" w14:textId="77777777" w:rsidR="0023472F" w:rsidRDefault="00000000">
      <w:pPr>
        <w:pStyle w:val="Heading1"/>
      </w:pPr>
      <w:r>
        <w:rPr>
          <w:rFonts w:ascii="Times New Roman" w:hAnsi="Times New Roman"/>
        </w:rPr>
        <w:t>3.4 Application / Case Study</w:t>
      </w:r>
    </w:p>
    <w:tbl>
      <w:tblPr>
        <w:tblW w:w="0" w:type="auto"/>
        <w:jc w:val="center"/>
        <w:tblLook w:val="04A0" w:firstRow="1" w:lastRow="0" w:firstColumn="1" w:lastColumn="0" w:noHBand="0" w:noVBand="1"/>
      </w:tblPr>
      <w:tblGrid>
        <w:gridCol w:w="8424"/>
      </w:tblGrid>
      <w:tr w:rsidR="0023472F" w14:paraId="1D8B6BB3" w14:textId="77777777">
        <w:trPr>
          <w:jc w:val="center"/>
        </w:trPr>
        <w:tc>
          <w:tcPr>
            <w:tcW w:w="10080" w:type="dxa"/>
            <w:shd w:val="clear" w:color="auto" w:fill="FFF4D6"/>
            <w:tcMar>
              <w:top w:w="140" w:type="dxa"/>
              <w:left w:w="180" w:type="dxa"/>
              <w:bottom w:w="140" w:type="dxa"/>
              <w:right w:w="180" w:type="dxa"/>
            </w:tcMar>
          </w:tcPr>
          <w:p w14:paraId="6B0AE8F8" w14:textId="77777777" w:rsidR="0023472F" w:rsidRDefault="00000000">
            <w:r>
              <w:rPr>
                <w:b/>
                <w:color w:val="17365D"/>
                <w:sz w:val="20"/>
              </w:rPr>
              <w:t>CASE STUDY / REAL-WORLD APPLICATION</w:t>
            </w:r>
          </w:p>
          <w:p w14:paraId="1C9865F0" w14:textId="77777777" w:rsidR="0023472F" w:rsidRDefault="00000000">
            <w:pPr>
              <w:spacing w:after="0"/>
            </w:pPr>
            <w:r>
              <w:rPr>
                <w:sz w:val="20"/>
              </w:rPr>
              <w:t>Describe a practical situation. Add 2–3 discussion questions connecting the case to the chapter concepts.</w:t>
            </w:r>
          </w:p>
        </w:tc>
      </w:tr>
    </w:tbl>
    <w:p w14:paraId="08AF7EC2" w14:textId="77777777" w:rsidR="0023472F" w:rsidRDefault="0023472F"/>
    <w:p w14:paraId="4F9E8BF4" w14:textId="77777777" w:rsidR="0023472F" w:rsidRDefault="00000000">
      <w:pPr>
        <w:pStyle w:val="Heading1"/>
      </w:pPr>
      <w:r>
        <w:rPr>
          <w:rFonts w:ascii="Times New Roman" w:hAnsi="Times New Roman"/>
        </w:rPr>
        <w:t>3.5 Chapter Summary</w:t>
      </w:r>
    </w:p>
    <w:p w14:paraId="106BE151" w14:textId="77777777" w:rsidR="0023472F" w:rsidRDefault="00000000">
      <w:pPr>
        <w:pStyle w:val="ListBullet"/>
      </w:pPr>
      <w:r>
        <w:t>Main idea or principle 1</w:t>
      </w:r>
    </w:p>
    <w:p w14:paraId="15AF9374" w14:textId="77777777" w:rsidR="0023472F" w:rsidRDefault="00000000">
      <w:pPr>
        <w:pStyle w:val="ListBullet"/>
      </w:pPr>
      <w:r>
        <w:t>Main idea or principle 2</w:t>
      </w:r>
    </w:p>
    <w:p w14:paraId="0BB8975F" w14:textId="77777777" w:rsidR="0023472F" w:rsidRDefault="00000000">
      <w:pPr>
        <w:pStyle w:val="ListBullet"/>
      </w:pPr>
      <w:r>
        <w:t>Important relationship / formula / process</w:t>
      </w:r>
    </w:p>
    <w:p w14:paraId="4393BCE7" w14:textId="77777777" w:rsidR="0023472F" w:rsidRDefault="00000000">
      <w:pPr>
        <w:pStyle w:val="ListBullet"/>
      </w:pPr>
      <w:r>
        <w:t>Practical implication or application</w:t>
      </w:r>
    </w:p>
    <w:p w14:paraId="15C2B5E6" w14:textId="77777777" w:rsidR="0023472F" w:rsidRDefault="00000000">
      <w:pPr>
        <w:pStyle w:val="Heading2"/>
      </w:pPr>
      <w:r>
        <w:rPr>
          <w:rFonts w:ascii="Times New Roman" w:hAnsi="Times New Roman"/>
        </w:rPr>
        <w:t>Quick Review</w:t>
      </w:r>
    </w:p>
    <w:p w14:paraId="69C8F312" w14:textId="77777777" w:rsidR="0023472F" w:rsidRDefault="00000000">
      <w:r>
        <w:t>1. [Short-answer review question]</w:t>
      </w:r>
    </w:p>
    <w:p w14:paraId="5D21F46C" w14:textId="77777777" w:rsidR="0023472F" w:rsidRDefault="00000000">
      <w:r>
        <w:t>2. [Short-answer review question]</w:t>
      </w:r>
    </w:p>
    <w:p w14:paraId="7AAAA8E0" w14:textId="77777777" w:rsidR="0023472F" w:rsidRDefault="00000000">
      <w:r>
        <w:t>3. [Short-answer review question]</w:t>
      </w:r>
    </w:p>
    <w:p w14:paraId="001D8AD2" w14:textId="77777777" w:rsidR="0023472F" w:rsidRDefault="00000000">
      <w:pPr>
        <w:pStyle w:val="Heading2"/>
      </w:pPr>
      <w:r>
        <w:rPr>
          <w:rFonts w:ascii="Times New Roman" w:hAnsi="Times New Roman"/>
        </w:rPr>
        <w:t>Exercises &amp; Assessment</w:t>
      </w:r>
    </w:p>
    <w:p w14:paraId="08634E11" w14:textId="77777777" w:rsidR="0023472F" w:rsidRDefault="00000000">
      <w:pPr>
        <w:pStyle w:val="Heading3"/>
      </w:pPr>
      <w:r>
        <w:rPr>
          <w:rFonts w:ascii="Times New Roman" w:hAnsi="Times New Roman"/>
        </w:rPr>
        <w:t>A. Multiple Choice Questions</w:t>
      </w:r>
    </w:p>
    <w:p w14:paraId="64B6A95B" w14:textId="77777777" w:rsidR="0023472F" w:rsidRDefault="00000000">
      <w:r>
        <w:t>1. [Question]   (a) Option A   (b) Option B   (c) Option C   (d) Option D</w:t>
      </w:r>
    </w:p>
    <w:p w14:paraId="4E8C05B4" w14:textId="77777777" w:rsidR="0023472F" w:rsidRDefault="00000000">
      <w:pPr>
        <w:pStyle w:val="Heading3"/>
      </w:pPr>
      <w:r>
        <w:rPr>
          <w:rFonts w:ascii="Times New Roman" w:hAnsi="Times New Roman"/>
        </w:rPr>
        <w:t>B. Short Answer Questions</w:t>
      </w:r>
    </w:p>
    <w:p w14:paraId="6CC3AC65" w14:textId="77777777" w:rsidR="0023472F" w:rsidRDefault="00000000">
      <w:r>
        <w:t>1. [Question]</w:t>
      </w:r>
      <w:r>
        <w:br/>
        <w:t>2. [Question]</w:t>
      </w:r>
    </w:p>
    <w:p w14:paraId="29B98F03" w14:textId="77777777" w:rsidR="0023472F" w:rsidRDefault="00000000">
      <w:pPr>
        <w:pStyle w:val="Heading3"/>
      </w:pPr>
      <w:r>
        <w:rPr>
          <w:rFonts w:ascii="Times New Roman" w:hAnsi="Times New Roman"/>
        </w:rPr>
        <w:t>C. Long Answer / Analytical Questions</w:t>
      </w:r>
    </w:p>
    <w:p w14:paraId="4EB0245B" w14:textId="77777777" w:rsidR="0023472F" w:rsidRDefault="00000000">
      <w:r>
        <w:t>1. [Question]</w:t>
      </w:r>
      <w:r>
        <w:br/>
        <w:t>2. [Question]</w:t>
      </w:r>
    </w:p>
    <w:p w14:paraId="566F8EB9" w14:textId="77777777" w:rsidR="0023472F" w:rsidRDefault="00000000">
      <w:pPr>
        <w:pStyle w:val="Heading3"/>
      </w:pPr>
      <w:r>
        <w:rPr>
          <w:rFonts w:ascii="Times New Roman" w:hAnsi="Times New Roman"/>
        </w:rPr>
        <w:t>D. Activity / Assignment</w:t>
      </w:r>
    </w:p>
    <w:p w14:paraId="10C33CFB" w14:textId="77777777" w:rsidR="0023472F" w:rsidRDefault="00000000">
      <w:r>
        <w:t>[Mini-project, laboratory activity, field task, coding exercise, data interpretation, or reflective assignment.]</w:t>
      </w:r>
    </w:p>
    <w:p w14:paraId="2D0720A2" w14:textId="77777777" w:rsidR="0023472F" w:rsidRDefault="00000000">
      <w:pPr>
        <w:pStyle w:val="Heading2"/>
      </w:pPr>
      <w:r>
        <w:rPr>
          <w:rFonts w:ascii="Times New Roman" w:hAnsi="Times New Roman"/>
        </w:rPr>
        <w:lastRenderedPageBreak/>
        <w:t>Further Reading</w:t>
      </w:r>
    </w:p>
    <w:p w14:paraId="057BAA37" w14:textId="77777777" w:rsidR="0023472F" w:rsidRDefault="00000000">
      <w:r>
        <w:t>[Add 3–5 recommended books, articles, standards, websites, or learning resources.]</w:t>
      </w:r>
    </w:p>
    <w:p w14:paraId="743DBEC4" w14:textId="77777777" w:rsidR="0023472F" w:rsidRDefault="00000000">
      <w:r>
        <w:br w:type="page"/>
      </w:r>
    </w:p>
    <w:p w14:paraId="7FCC6DA5" w14:textId="77777777" w:rsidR="0023472F" w:rsidRDefault="00000000">
      <w:pPr>
        <w:pStyle w:val="ChapterNumber"/>
      </w:pPr>
      <w:r>
        <w:lastRenderedPageBreak/>
        <w:t>CHAPTER 04</w:t>
      </w:r>
    </w:p>
    <w:p w14:paraId="60974A4D" w14:textId="77777777" w:rsidR="0023472F" w:rsidRDefault="00000000">
      <w:pPr>
        <w:pStyle w:val="ChapterTitle"/>
        <w:pBdr>
          <w:bottom w:val="single" w:sz="24" w:space="1" w:color="00A6A6"/>
        </w:pBdr>
      </w:pPr>
      <w:r>
        <w:t>[Chapter 4 Title]</w:t>
      </w:r>
    </w:p>
    <w:p w14:paraId="270A5373"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429C1D91" w14:textId="77777777">
        <w:trPr>
          <w:jc w:val="center"/>
        </w:trPr>
        <w:tc>
          <w:tcPr>
            <w:tcW w:w="10080" w:type="dxa"/>
            <w:shd w:val="clear" w:color="auto" w:fill="EAF2F8"/>
            <w:tcMar>
              <w:top w:w="140" w:type="dxa"/>
              <w:left w:w="180" w:type="dxa"/>
              <w:bottom w:w="140" w:type="dxa"/>
              <w:right w:w="180" w:type="dxa"/>
            </w:tcMar>
          </w:tcPr>
          <w:p w14:paraId="523036B2" w14:textId="77777777" w:rsidR="0023472F" w:rsidRDefault="00000000">
            <w:r>
              <w:rPr>
                <w:b/>
                <w:color w:val="17365D"/>
                <w:sz w:val="20"/>
              </w:rPr>
              <w:t>Learning Objectives</w:t>
            </w:r>
          </w:p>
          <w:p w14:paraId="1EAF354A" w14:textId="77777777" w:rsidR="0023472F" w:rsidRDefault="00000000">
            <w:pPr>
              <w:spacing w:after="0"/>
            </w:pPr>
            <w:r>
              <w:rPr>
                <w:sz w:val="20"/>
              </w:rPr>
              <w:t>After completing Chapter 4,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7A271AAA" w14:textId="77777777" w:rsidR="0023472F" w:rsidRDefault="0023472F"/>
    <w:p w14:paraId="4936E78A" w14:textId="77777777" w:rsidR="0023472F" w:rsidRDefault="00000000">
      <w:pPr>
        <w:pStyle w:val="Heading1"/>
      </w:pPr>
      <w:r>
        <w:rPr>
          <w:rFonts w:ascii="Times New Roman" w:hAnsi="Times New Roman"/>
        </w:rPr>
        <w:t>4.1 Introduction</w:t>
      </w:r>
    </w:p>
    <w:p w14:paraId="5A5D75AB" w14:textId="77777777" w:rsidR="0023472F" w:rsidRDefault="00000000">
      <w:r>
        <w:t>Begin with an engaging context, real-world example, short story, problem, or question. Explain why the chapter matters and connect it to previous learning.</w:t>
      </w:r>
    </w:p>
    <w:p w14:paraId="4E780779" w14:textId="77777777" w:rsidR="0023472F" w:rsidRDefault="00000000">
      <w:pPr>
        <w:pStyle w:val="Heading1"/>
      </w:pPr>
      <w:r>
        <w:rPr>
          <w:rFonts w:ascii="Times New Roman" w:hAnsi="Times New Roman"/>
        </w:rPr>
        <w:t>4.2 Core Concept / Topic</w:t>
      </w:r>
    </w:p>
    <w:p w14:paraId="6DC38B70"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32EDAA29" w14:textId="77777777">
        <w:trPr>
          <w:jc w:val="center"/>
        </w:trPr>
        <w:tc>
          <w:tcPr>
            <w:tcW w:w="10080" w:type="dxa"/>
            <w:shd w:val="clear" w:color="auto" w:fill="E8F6F3"/>
            <w:tcMar>
              <w:top w:w="140" w:type="dxa"/>
              <w:left w:w="180" w:type="dxa"/>
              <w:bottom w:w="140" w:type="dxa"/>
              <w:right w:w="180" w:type="dxa"/>
            </w:tcMar>
          </w:tcPr>
          <w:p w14:paraId="01C949C4" w14:textId="77777777" w:rsidR="0023472F" w:rsidRDefault="00000000">
            <w:r>
              <w:rPr>
                <w:b/>
                <w:color w:val="17365D"/>
                <w:sz w:val="20"/>
              </w:rPr>
              <w:t>KEY TERM</w:t>
            </w:r>
          </w:p>
          <w:p w14:paraId="221FA445" w14:textId="77777777" w:rsidR="0023472F" w:rsidRDefault="00000000">
            <w:pPr>
              <w:spacing w:after="0"/>
            </w:pPr>
            <w:r>
              <w:rPr>
                <w:sz w:val="20"/>
              </w:rPr>
              <w:t>Term: Write a concise, student-friendly definition here.</w:t>
            </w:r>
          </w:p>
        </w:tc>
      </w:tr>
    </w:tbl>
    <w:p w14:paraId="62A5AF20" w14:textId="77777777" w:rsidR="0023472F" w:rsidRDefault="0023472F"/>
    <w:p w14:paraId="093C3C5D" w14:textId="77777777" w:rsidR="0023472F" w:rsidRDefault="00000000">
      <w:pPr>
        <w:pStyle w:val="Heading1"/>
      </w:pPr>
      <w:r>
        <w:rPr>
          <w:rFonts w:ascii="Times New Roman" w:hAnsi="Times New Roman"/>
        </w:rPr>
        <w:t>4.3 Explanation and Worked Example</w:t>
      </w:r>
    </w:p>
    <w:p w14:paraId="66E4782D"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703B364E" w14:textId="77777777">
        <w:trPr>
          <w:jc w:val="center"/>
        </w:trPr>
        <w:tc>
          <w:tcPr>
            <w:tcW w:w="3360" w:type="dxa"/>
            <w:shd w:val="clear" w:color="auto" w:fill="17365D"/>
          </w:tcPr>
          <w:p w14:paraId="65E33F9F" w14:textId="77777777" w:rsidR="0023472F" w:rsidRDefault="00000000">
            <w:r>
              <w:rPr>
                <w:b/>
                <w:color w:val="FFFFFF"/>
                <w:sz w:val="20"/>
              </w:rPr>
              <w:t>Concept / Step</w:t>
            </w:r>
          </w:p>
        </w:tc>
        <w:tc>
          <w:tcPr>
            <w:tcW w:w="3360" w:type="dxa"/>
            <w:shd w:val="clear" w:color="auto" w:fill="17365D"/>
          </w:tcPr>
          <w:p w14:paraId="5A0C9878" w14:textId="77777777" w:rsidR="0023472F" w:rsidRDefault="00000000">
            <w:r>
              <w:rPr>
                <w:b/>
                <w:color w:val="FFFFFF"/>
                <w:sz w:val="20"/>
              </w:rPr>
              <w:t>Explanation</w:t>
            </w:r>
          </w:p>
        </w:tc>
        <w:tc>
          <w:tcPr>
            <w:tcW w:w="3360" w:type="dxa"/>
            <w:shd w:val="clear" w:color="auto" w:fill="17365D"/>
          </w:tcPr>
          <w:p w14:paraId="3042080A" w14:textId="77777777" w:rsidR="0023472F" w:rsidRDefault="00000000">
            <w:r>
              <w:rPr>
                <w:b/>
                <w:color w:val="FFFFFF"/>
                <w:sz w:val="20"/>
              </w:rPr>
              <w:t>Example / Note</w:t>
            </w:r>
          </w:p>
        </w:tc>
      </w:tr>
      <w:tr w:rsidR="0023472F" w14:paraId="6E558164" w14:textId="77777777">
        <w:trPr>
          <w:jc w:val="center"/>
        </w:trPr>
        <w:tc>
          <w:tcPr>
            <w:tcW w:w="3360" w:type="dxa"/>
          </w:tcPr>
          <w:p w14:paraId="2A9F43E6" w14:textId="77777777" w:rsidR="0023472F" w:rsidRDefault="00000000">
            <w:r>
              <w:rPr>
                <w:sz w:val="20"/>
              </w:rPr>
              <w:t>Item 1</w:t>
            </w:r>
          </w:p>
        </w:tc>
        <w:tc>
          <w:tcPr>
            <w:tcW w:w="3360" w:type="dxa"/>
          </w:tcPr>
          <w:p w14:paraId="3AFCA83F" w14:textId="77777777" w:rsidR="0023472F" w:rsidRDefault="00000000">
            <w:r>
              <w:rPr>
                <w:sz w:val="20"/>
              </w:rPr>
              <w:t>[Explanation]</w:t>
            </w:r>
          </w:p>
        </w:tc>
        <w:tc>
          <w:tcPr>
            <w:tcW w:w="3360" w:type="dxa"/>
          </w:tcPr>
          <w:p w14:paraId="09CF3CA0" w14:textId="77777777" w:rsidR="0023472F" w:rsidRDefault="00000000">
            <w:r>
              <w:rPr>
                <w:sz w:val="20"/>
              </w:rPr>
              <w:t>[Example]</w:t>
            </w:r>
          </w:p>
        </w:tc>
      </w:tr>
      <w:tr w:rsidR="0023472F" w14:paraId="162DDD96" w14:textId="77777777">
        <w:trPr>
          <w:jc w:val="center"/>
        </w:trPr>
        <w:tc>
          <w:tcPr>
            <w:tcW w:w="3360" w:type="dxa"/>
          </w:tcPr>
          <w:p w14:paraId="6151CD2A" w14:textId="77777777" w:rsidR="0023472F" w:rsidRDefault="00000000">
            <w:r>
              <w:rPr>
                <w:sz w:val="20"/>
              </w:rPr>
              <w:t>Item 2</w:t>
            </w:r>
          </w:p>
        </w:tc>
        <w:tc>
          <w:tcPr>
            <w:tcW w:w="3360" w:type="dxa"/>
          </w:tcPr>
          <w:p w14:paraId="1A38BD92" w14:textId="77777777" w:rsidR="0023472F" w:rsidRDefault="00000000">
            <w:r>
              <w:rPr>
                <w:sz w:val="20"/>
              </w:rPr>
              <w:t>[Explanation]</w:t>
            </w:r>
          </w:p>
        </w:tc>
        <w:tc>
          <w:tcPr>
            <w:tcW w:w="3360" w:type="dxa"/>
          </w:tcPr>
          <w:p w14:paraId="0DCD4071" w14:textId="77777777" w:rsidR="0023472F" w:rsidRDefault="00000000">
            <w:r>
              <w:rPr>
                <w:sz w:val="20"/>
              </w:rPr>
              <w:t>[Example]</w:t>
            </w:r>
          </w:p>
        </w:tc>
      </w:tr>
      <w:tr w:rsidR="0023472F" w14:paraId="38D9E96E" w14:textId="77777777">
        <w:trPr>
          <w:jc w:val="center"/>
        </w:trPr>
        <w:tc>
          <w:tcPr>
            <w:tcW w:w="3360" w:type="dxa"/>
          </w:tcPr>
          <w:p w14:paraId="789A6F3F" w14:textId="77777777" w:rsidR="0023472F" w:rsidRDefault="00000000">
            <w:r>
              <w:rPr>
                <w:sz w:val="20"/>
              </w:rPr>
              <w:t>Item 3</w:t>
            </w:r>
          </w:p>
        </w:tc>
        <w:tc>
          <w:tcPr>
            <w:tcW w:w="3360" w:type="dxa"/>
          </w:tcPr>
          <w:p w14:paraId="57AAC716" w14:textId="77777777" w:rsidR="0023472F" w:rsidRDefault="00000000">
            <w:r>
              <w:rPr>
                <w:sz w:val="20"/>
              </w:rPr>
              <w:t>[Explanation]</w:t>
            </w:r>
          </w:p>
        </w:tc>
        <w:tc>
          <w:tcPr>
            <w:tcW w:w="3360" w:type="dxa"/>
          </w:tcPr>
          <w:p w14:paraId="4DA472EE" w14:textId="77777777" w:rsidR="0023472F" w:rsidRDefault="00000000">
            <w:r>
              <w:rPr>
                <w:sz w:val="20"/>
              </w:rPr>
              <w:t>[Example]</w:t>
            </w:r>
          </w:p>
        </w:tc>
      </w:tr>
    </w:tbl>
    <w:p w14:paraId="1ADCFA0E" w14:textId="77777777" w:rsidR="0023472F" w:rsidRDefault="0023472F"/>
    <w:tbl>
      <w:tblPr>
        <w:tblW w:w="0" w:type="auto"/>
        <w:jc w:val="center"/>
        <w:tblLook w:val="04A0" w:firstRow="1" w:lastRow="0" w:firstColumn="1" w:lastColumn="0" w:noHBand="0" w:noVBand="1"/>
      </w:tblPr>
      <w:tblGrid>
        <w:gridCol w:w="8280"/>
      </w:tblGrid>
      <w:tr w:rsidR="0023472F" w14:paraId="63B1ADEC" w14:textId="77777777">
        <w:trPr>
          <w:jc w:val="center"/>
        </w:trPr>
        <w:tc>
          <w:tcPr>
            <w:tcW w:w="10080" w:type="dxa"/>
            <w:shd w:val="clear" w:color="auto" w:fill="F2F2F2"/>
            <w:vAlign w:val="center"/>
          </w:tcPr>
          <w:p w14:paraId="2A719D70"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326A2794" w14:textId="77777777" w:rsidR="0023472F" w:rsidRDefault="00000000">
      <w:pPr>
        <w:pStyle w:val="CaptionText"/>
        <w:jc w:val="center"/>
      </w:pPr>
      <w:r>
        <w:t>Figure X.X  Descriptive caption</w:t>
      </w:r>
    </w:p>
    <w:p w14:paraId="2D7D215F" w14:textId="77777777" w:rsidR="0023472F" w:rsidRDefault="00000000">
      <w:pPr>
        <w:pStyle w:val="Heading1"/>
      </w:pPr>
      <w:r>
        <w:rPr>
          <w:rFonts w:ascii="Times New Roman" w:hAnsi="Times New Roman"/>
        </w:rPr>
        <w:t>4.4 Application / Case Study</w:t>
      </w:r>
    </w:p>
    <w:tbl>
      <w:tblPr>
        <w:tblW w:w="0" w:type="auto"/>
        <w:jc w:val="center"/>
        <w:tblLook w:val="04A0" w:firstRow="1" w:lastRow="0" w:firstColumn="1" w:lastColumn="0" w:noHBand="0" w:noVBand="1"/>
      </w:tblPr>
      <w:tblGrid>
        <w:gridCol w:w="8424"/>
      </w:tblGrid>
      <w:tr w:rsidR="0023472F" w14:paraId="0C5941FF" w14:textId="77777777">
        <w:trPr>
          <w:jc w:val="center"/>
        </w:trPr>
        <w:tc>
          <w:tcPr>
            <w:tcW w:w="10080" w:type="dxa"/>
            <w:shd w:val="clear" w:color="auto" w:fill="FFF4D6"/>
            <w:tcMar>
              <w:top w:w="140" w:type="dxa"/>
              <w:left w:w="180" w:type="dxa"/>
              <w:bottom w:w="140" w:type="dxa"/>
              <w:right w:w="180" w:type="dxa"/>
            </w:tcMar>
          </w:tcPr>
          <w:p w14:paraId="347613BA" w14:textId="77777777" w:rsidR="0023472F" w:rsidRDefault="00000000">
            <w:r>
              <w:rPr>
                <w:b/>
                <w:color w:val="17365D"/>
                <w:sz w:val="20"/>
              </w:rPr>
              <w:t>CASE STUDY / REAL-WORLD APPLICATION</w:t>
            </w:r>
          </w:p>
          <w:p w14:paraId="30DF94B9" w14:textId="77777777" w:rsidR="0023472F" w:rsidRDefault="00000000">
            <w:pPr>
              <w:spacing w:after="0"/>
            </w:pPr>
            <w:r>
              <w:rPr>
                <w:sz w:val="20"/>
              </w:rPr>
              <w:t>Describe a practical situation. Add 2–3 discussion questions connecting the case to the chapter concepts.</w:t>
            </w:r>
          </w:p>
        </w:tc>
      </w:tr>
    </w:tbl>
    <w:p w14:paraId="57457D5F" w14:textId="77777777" w:rsidR="0023472F" w:rsidRDefault="0023472F"/>
    <w:p w14:paraId="1FE78606" w14:textId="77777777" w:rsidR="0023472F" w:rsidRDefault="00000000">
      <w:pPr>
        <w:pStyle w:val="Heading1"/>
      </w:pPr>
      <w:r>
        <w:rPr>
          <w:rFonts w:ascii="Times New Roman" w:hAnsi="Times New Roman"/>
        </w:rPr>
        <w:t>4.5 Chapter Summary</w:t>
      </w:r>
    </w:p>
    <w:p w14:paraId="100D45DC" w14:textId="77777777" w:rsidR="0023472F" w:rsidRDefault="00000000">
      <w:pPr>
        <w:pStyle w:val="ListBullet"/>
      </w:pPr>
      <w:r>
        <w:t>Main idea or principle 1</w:t>
      </w:r>
    </w:p>
    <w:p w14:paraId="683DCCCE" w14:textId="77777777" w:rsidR="0023472F" w:rsidRDefault="00000000">
      <w:pPr>
        <w:pStyle w:val="ListBullet"/>
      </w:pPr>
      <w:r>
        <w:t>Main idea or principle 2</w:t>
      </w:r>
    </w:p>
    <w:p w14:paraId="25E6EA68" w14:textId="77777777" w:rsidR="0023472F" w:rsidRDefault="00000000">
      <w:pPr>
        <w:pStyle w:val="ListBullet"/>
      </w:pPr>
      <w:r>
        <w:t>Important relationship / formula / process</w:t>
      </w:r>
    </w:p>
    <w:p w14:paraId="26BB5D04" w14:textId="77777777" w:rsidR="0023472F" w:rsidRDefault="00000000">
      <w:pPr>
        <w:pStyle w:val="ListBullet"/>
      </w:pPr>
      <w:r>
        <w:t>Practical implication or application</w:t>
      </w:r>
    </w:p>
    <w:p w14:paraId="7CEC35FF" w14:textId="77777777" w:rsidR="0023472F" w:rsidRDefault="00000000">
      <w:pPr>
        <w:pStyle w:val="Heading2"/>
      </w:pPr>
      <w:r>
        <w:rPr>
          <w:rFonts w:ascii="Times New Roman" w:hAnsi="Times New Roman"/>
        </w:rPr>
        <w:t>Quick Review</w:t>
      </w:r>
    </w:p>
    <w:p w14:paraId="0CE065C9" w14:textId="77777777" w:rsidR="0023472F" w:rsidRDefault="00000000">
      <w:r>
        <w:t>1. [Short-answer review question]</w:t>
      </w:r>
    </w:p>
    <w:p w14:paraId="17AD8419" w14:textId="77777777" w:rsidR="0023472F" w:rsidRDefault="00000000">
      <w:r>
        <w:t>2. [Short-answer review question]</w:t>
      </w:r>
    </w:p>
    <w:p w14:paraId="76B16FC5" w14:textId="77777777" w:rsidR="0023472F" w:rsidRDefault="00000000">
      <w:r>
        <w:t>3. [Short-answer review question]</w:t>
      </w:r>
    </w:p>
    <w:p w14:paraId="1019DDB8" w14:textId="77777777" w:rsidR="0023472F" w:rsidRDefault="00000000">
      <w:pPr>
        <w:pStyle w:val="Heading2"/>
      </w:pPr>
      <w:r>
        <w:rPr>
          <w:rFonts w:ascii="Times New Roman" w:hAnsi="Times New Roman"/>
        </w:rPr>
        <w:t>Exercises &amp; Assessment</w:t>
      </w:r>
    </w:p>
    <w:p w14:paraId="4B5B86C7" w14:textId="77777777" w:rsidR="0023472F" w:rsidRDefault="00000000">
      <w:pPr>
        <w:pStyle w:val="Heading3"/>
      </w:pPr>
      <w:r>
        <w:rPr>
          <w:rFonts w:ascii="Times New Roman" w:hAnsi="Times New Roman"/>
        </w:rPr>
        <w:t>A. Multiple Choice Questions</w:t>
      </w:r>
    </w:p>
    <w:p w14:paraId="114E5D35" w14:textId="77777777" w:rsidR="0023472F" w:rsidRDefault="00000000">
      <w:r>
        <w:t>1. [Question]   (a) Option A   (b) Option B   (c) Option C   (d) Option D</w:t>
      </w:r>
    </w:p>
    <w:p w14:paraId="065A76BA" w14:textId="77777777" w:rsidR="0023472F" w:rsidRDefault="00000000">
      <w:pPr>
        <w:pStyle w:val="Heading3"/>
      </w:pPr>
      <w:r>
        <w:rPr>
          <w:rFonts w:ascii="Times New Roman" w:hAnsi="Times New Roman"/>
        </w:rPr>
        <w:t>B. Short Answer Questions</w:t>
      </w:r>
    </w:p>
    <w:p w14:paraId="57896116" w14:textId="77777777" w:rsidR="0023472F" w:rsidRDefault="00000000">
      <w:r>
        <w:t>1. [Question]</w:t>
      </w:r>
      <w:r>
        <w:br/>
        <w:t>2. [Question]</w:t>
      </w:r>
    </w:p>
    <w:p w14:paraId="4C5E6694" w14:textId="77777777" w:rsidR="0023472F" w:rsidRDefault="00000000">
      <w:pPr>
        <w:pStyle w:val="Heading3"/>
      </w:pPr>
      <w:r>
        <w:rPr>
          <w:rFonts w:ascii="Times New Roman" w:hAnsi="Times New Roman"/>
        </w:rPr>
        <w:t>C. Long Answer / Analytical Questions</w:t>
      </w:r>
    </w:p>
    <w:p w14:paraId="5C921095" w14:textId="77777777" w:rsidR="0023472F" w:rsidRDefault="00000000">
      <w:r>
        <w:t>1. [Question]</w:t>
      </w:r>
      <w:r>
        <w:br/>
        <w:t>2. [Question]</w:t>
      </w:r>
    </w:p>
    <w:p w14:paraId="6A9315A5" w14:textId="77777777" w:rsidR="0023472F" w:rsidRDefault="00000000">
      <w:pPr>
        <w:pStyle w:val="Heading3"/>
      </w:pPr>
      <w:r>
        <w:rPr>
          <w:rFonts w:ascii="Times New Roman" w:hAnsi="Times New Roman"/>
        </w:rPr>
        <w:t>D. Activity / Assignment</w:t>
      </w:r>
    </w:p>
    <w:p w14:paraId="27B23BE7" w14:textId="77777777" w:rsidR="0023472F" w:rsidRDefault="00000000">
      <w:r>
        <w:t>[Mini-project, laboratory activity, field task, coding exercise, data interpretation, or reflective assignment.]</w:t>
      </w:r>
    </w:p>
    <w:p w14:paraId="7BB0C20A" w14:textId="77777777" w:rsidR="0023472F" w:rsidRDefault="00000000">
      <w:pPr>
        <w:pStyle w:val="Heading2"/>
      </w:pPr>
      <w:r>
        <w:rPr>
          <w:rFonts w:ascii="Times New Roman" w:hAnsi="Times New Roman"/>
        </w:rPr>
        <w:lastRenderedPageBreak/>
        <w:t>Further Reading</w:t>
      </w:r>
    </w:p>
    <w:p w14:paraId="4710F185" w14:textId="77777777" w:rsidR="0023472F" w:rsidRDefault="00000000">
      <w:r>
        <w:t>[Add 3–5 recommended books, articles, standards, websites, or learning resources.]</w:t>
      </w:r>
    </w:p>
    <w:p w14:paraId="700E46C4" w14:textId="77777777" w:rsidR="0023472F" w:rsidRDefault="00000000">
      <w:r>
        <w:br w:type="page"/>
      </w:r>
    </w:p>
    <w:p w14:paraId="6EBDCA08" w14:textId="77777777" w:rsidR="0023472F" w:rsidRDefault="00000000">
      <w:pPr>
        <w:pStyle w:val="ChapterNumber"/>
      </w:pPr>
      <w:r>
        <w:lastRenderedPageBreak/>
        <w:t>CHAPTER 05</w:t>
      </w:r>
    </w:p>
    <w:p w14:paraId="01FC866D" w14:textId="77777777" w:rsidR="0023472F" w:rsidRDefault="00000000">
      <w:pPr>
        <w:pStyle w:val="ChapterTitle"/>
        <w:pBdr>
          <w:bottom w:val="single" w:sz="24" w:space="1" w:color="00A6A6"/>
        </w:pBdr>
      </w:pPr>
      <w:r>
        <w:t>[Chapter 5 Title]</w:t>
      </w:r>
    </w:p>
    <w:p w14:paraId="4FBDBE44"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24A232BC" w14:textId="77777777">
        <w:trPr>
          <w:jc w:val="center"/>
        </w:trPr>
        <w:tc>
          <w:tcPr>
            <w:tcW w:w="10080" w:type="dxa"/>
            <w:shd w:val="clear" w:color="auto" w:fill="EAF2F8"/>
            <w:tcMar>
              <w:top w:w="140" w:type="dxa"/>
              <w:left w:w="180" w:type="dxa"/>
              <w:bottom w:w="140" w:type="dxa"/>
              <w:right w:w="180" w:type="dxa"/>
            </w:tcMar>
          </w:tcPr>
          <w:p w14:paraId="3D391929" w14:textId="77777777" w:rsidR="0023472F" w:rsidRDefault="00000000">
            <w:r>
              <w:rPr>
                <w:b/>
                <w:color w:val="17365D"/>
                <w:sz w:val="20"/>
              </w:rPr>
              <w:t>Learning Objectives</w:t>
            </w:r>
          </w:p>
          <w:p w14:paraId="52871E4C" w14:textId="77777777" w:rsidR="0023472F" w:rsidRDefault="00000000">
            <w:pPr>
              <w:spacing w:after="0"/>
            </w:pPr>
            <w:r>
              <w:rPr>
                <w:sz w:val="20"/>
              </w:rPr>
              <w:t>After completing Chapter 5,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7D812A10" w14:textId="77777777" w:rsidR="0023472F" w:rsidRDefault="0023472F"/>
    <w:p w14:paraId="5F37AADC" w14:textId="77777777" w:rsidR="0023472F" w:rsidRDefault="00000000">
      <w:pPr>
        <w:pStyle w:val="Heading1"/>
      </w:pPr>
      <w:r>
        <w:rPr>
          <w:rFonts w:ascii="Times New Roman" w:hAnsi="Times New Roman"/>
        </w:rPr>
        <w:t>5.1 Introduction</w:t>
      </w:r>
    </w:p>
    <w:p w14:paraId="75A2AE48" w14:textId="77777777" w:rsidR="0023472F" w:rsidRDefault="00000000">
      <w:r>
        <w:t>Begin with an engaging context, real-world example, short story, problem, or question. Explain why the chapter matters and connect it to previous learning.</w:t>
      </w:r>
    </w:p>
    <w:p w14:paraId="7D0503BA" w14:textId="77777777" w:rsidR="0023472F" w:rsidRDefault="00000000">
      <w:pPr>
        <w:pStyle w:val="Heading1"/>
      </w:pPr>
      <w:r>
        <w:rPr>
          <w:rFonts w:ascii="Times New Roman" w:hAnsi="Times New Roman"/>
        </w:rPr>
        <w:t>5.2 Core Concept / Topic</w:t>
      </w:r>
    </w:p>
    <w:p w14:paraId="446CF546"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269AE34E" w14:textId="77777777">
        <w:trPr>
          <w:jc w:val="center"/>
        </w:trPr>
        <w:tc>
          <w:tcPr>
            <w:tcW w:w="10080" w:type="dxa"/>
            <w:shd w:val="clear" w:color="auto" w:fill="E8F6F3"/>
            <w:tcMar>
              <w:top w:w="140" w:type="dxa"/>
              <w:left w:w="180" w:type="dxa"/>
              <w:bottom w:w="140" w:type="dxa"/>
              <w:right w:w="180" w:type="dxa"/>
            </w:tcMar>
          </w:tcPr>
          <w:p w14:paraId="230A5E44" w14:textId="77777777" w:rsidR="0023472F" w:rsidRDefault="00000000">
            <w:r>
              <w:rPr>
                <w:b/>
                <w:color w:val="17365D"/>
                <w:sz w:val="20"/>
              </w:rPr>
              <w:t>KEY TERM</w:t>
            </w:r>
          </w:p>
          <w:p w14:paraId="5FCF1664" w14:textId="77777777" w:rsidR="0023472F" w:rsidRDefault="00000000">
            <w:pPr>
              <w:spacing w:after="0"/>
            </w:pPr>
            <w:r>
              <w:rPr>
                <w:sz w:val="20"/>
              </w:rPr>
              <w:t>Term: Write a concise, student-friendly definition here.</w:t>
            </w:r>
          </w:p>
        </w:tc>
      </w:tr>
    </w:tbl>
    <w:p w14:paraId="1F0EED2C" w14:textId="77777777" w:rsidR="0023472F" w:rsidRDefault="0023472F"/>
    <w:p w14:paraId="1AAD6F8D" w14:textId="77777777" w:rsidR="0023472F" w:rsidRDefault="00000000">
      <w:pPr>
        <w:pStyle w:val="Heading1"/>
      </w:pPr>
      <w:r>
        <w:rPr>
          <w:rFonts w:ascii="Times New Roman" w:hAnsi="Times New Roman"/>
        </w:rPr>
        <w:t>5.3 Explanation and Worked Example</w:t>
      </w:r>
    </w:p>
    <w:p w14:paraId="0A9D4167"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7EFB4C66" w14:textId="77777777">
        <w:trPr>
          <w:jc w:val="center"/>
        </w:trPr>
        <w:tc>
          <w:tcPr>
            <w:tcW w:w="3360" w:type="dxa"/>
            <w:shd w:val="clear" w:color="auto" w:fill="17365D"/>
          </w:tcPr>
          <w:p w14:paraId="4DE2C357" w14:textId="77777777" w:rsidR="0023472F" w:rsidRDefault="00000000">
            <w:r>
              <w:rPr>
                <w:b/>
                <w:color w:val="FFFFFF"/>
                <w:sz w:val="20"/>
              </w:rPr>
              <w:t>Concept / Step</w:t>
            </w:r>
          </w:p>
        </w:tc>
        <w:tc>
          <w:tcPr>
            <w:tcW w:w="3360" w:type="dxa"/>
            <w:shd w:val="clear" w:color="auto" w:fill="17365D"/>
          </w:tcPr>
          <w:p w14:paraId="0F6CBFEB" w14:textId="77777777" w:rsidR="0023472F" w:rsidRDefault="00000000">
            <w:r>
              <w:rPr>
                <w:b/>
                <w:color w:val="FFFFFF"/>
                <w:sz w:val="20"/>
              </w:rPr>
              <w:t>Explanation</w:t>
            </w:r>
          </w:p>
        </w:tc>
        <w:tc>
          <w:tcPr>
            <w:tcW w:w="3360" w:type="dxa"/>
            <w:shd w:val="clear" w:color="auto" w:fill="17365D"/>
          </w:tcPr>
          <w:p w14:paraId="5A0B4FA5" w14:textId="77777777" w:rsidR="0023472F" w:rsidRDefault="00000000">
            <w:r>
              <w:rPr>
                <w:b/>
                <w:color w:val="FFFFFF"/>
                <w:sz w:val="20"/>
              </w:rPr>
              <w:t>Example / Note</w:t>
            </w:r>
          </w:p>
        </w:tc>
      </w:tr>
      <w:tr w:rsidR="0023472F" w14:paraId="4159128B" w14:textId="77777777">
        <w:trPr>
          <w:jc w:val="center"/>
        </w:trPr>
        <w:tc>
          <w:tcPr>
            <w:tcW w:w="3360" w:type="dxa"/>
          </w:tcPr>
          <w:p w14:paraId="09AECEA2" w14:textId="77777777" w:rsidR="0023472F" w:rsidRDefault="00000000">
            <w:r>
              <w:rPr>
                <w:sz w:val="20"/>
              </w:rPr>
              <w:t>Item 1</w:t>
            </w:r>
          </w:p>
        </w:tc>
        <w:tc>
          <w:tcPr>
            <w:tcW w:w="3360" w:type="dxa"/>
          </w:tcPr>
          <w:p w14:paraId="1239CDC8" w14:textId="77777777" w:rsidR="0023472F" w:rsidRDefault="00000000">
            <w:r>
              <w:rPr>
                <w:sz w:val="20"/>
              </w:rPr>
              <w:t>[Explanation]</w:t>
            </w:r>
          </w:p>
        </w:tc>
        <w:tc>
          <w:tcPr>
            <w:tcW w:w="3360" w:type="dxa"/>
          </w:tcPr>
          <w:p w14:paraId="4E983C95" w14:textId="77777777" w:rsidR="0023472F" w:rsidRDefault="00000000">
            <w:r>
              <w:rPr>
                <w:sz w:val="20"/>
              </w:rPr>
              <w:t>[Example]</w:t>
            </w:r>
          </w:p>
        </w:tc>
      </w:tr>
      <w:tr w:rsidR="0023472F" w14:paraId="3F9F1B33" w14:textId="77777777">
        <w:trPr>
          <w:jc w:val="center"/>
        </w:trPr>
        <w:tc>
          <w:tcPr>
            <w:tcW w:w="3360" w:type="dxa"/>
          </w:tcPr>
          <w:p w14:paraId="1129465A" w14:textId="77777777" w:rsidR="0023472F" w:rsidRDefault="00000000">
            <w:r>
              <w:rPr>
                <w:sz w:val="20"/>
              </w:rPr>
              <w:t>Item 2</w:t>
            </w:r>
          </w:p>
        </w:tc>
        <w:tc>
          <w:tcPr>
            <w:tcW w:w="3360" w:type="dxa"/>
          </w:tcPr>
          <w:p w14:paraId="777C94BA" w14:textId="77777777" w:rsidR="0023472F" w:rsidRDefault="00000000">
            <w:r>
              <w:rPr>
                <w:sz w:val="20"/>
              </w:rPr>
              <w:t>[Explanation]</w:t>
            </w:r>
          </w:p>
        </w:tc>
        <w:tc>
          <w:tcPr>
            <w:tcW w:w="3360" w:type="dxa"/>
          </w:tcPr>
          <w:p w14:paraId="01629FF5" w14:textId="77777777" w:rsidR="0023472F" w:rsidRDefault="00000000">
            <w:r>
              <w:rPr>
                <w:sz w:val="20"/>
              </w:rPr>
              <w:t>[Example]</w:t>
            </w:r>
          </w:p>
        </w:tc>
      </w:tr>
      <w:tr w:rsidR="0023472F" w14:paraId="283CF05B" w14:textId="77777777">
        <w:trPr>
          <w:jc w:val="center"/>
        </w:trPr>
        <w:tc>
          <w:tcPr>
            <w:tcW w:w="3360" w:type="dxa"/>
          </w:tcPr>
          <w:p w14:paraId="55E338E9" w14:textId="77777777" w:rsidR="0023472F" w:rsidRDefault="00000000">
            <w:r>
              <w:rPr>
                <w:sz w:val="20"/>
              </w:rPr>
              <w:t>Item 3</w:t>
            </w:r>
          </w:p>
        </w:tc>
        <w:tc>
          <w:tcPr>
            <w:tcW w:w="3360" w:type="dxa"/>
          </w:tcPr>
          <w:p w14:paraId="090B2F98" w14:textId="77777777" w:rsidR="0023472F" w:rsidRDefault="00000000">
            <w:r>
              <w:rPr>
                <w:sz w:val="20"/>
              </w:rPr>
              <w:t>[Explanation]</w:t>
            </w:r>
          </w:p>
        </w:tc>
        <w:tc>
          <w:tcPr>
            <w:tcW w:w="3360" w:type="dxa"/>
          </w:tcPr>
          <w:p w14:paraId="0D2D91BE" w14:textId="77777777" w:rsidR="0023472F" w:rsidRDefault="00000000">
            <w:r>
              <w:rPr>
                <w:sz w:val="20"/>
              </w:rPr>
              <w:t>[Example]</w:t>
            </w:r>
          </w:p>
        </w:tc>
      </w:tr>
    </w:tbl>
    <w:p w14:paraId="44DD8DBA" w14:textId="77777777" w:rsidR="0023472F" w:rsidRDefault="0023472F"/>
    <w:tbl>
      <w:tblPr>
        <w:tblW w:w="0" w:type="auto"/>
        <w:jc w:val="center"/>
        <w:tblLook w:val="04A0" w:firstRow="1" w:lastRow="0" w:firstColumn="1" w:lastColumn="0" w:noHBand="0" w:noVBand="1"/>
      </w:tblPr>
      <w:tblGrid>
        <w:gridCol w:w="8280"/>
      </w:tblGrid>
      <w:tr w:rsidR="0023472F" w14:paraId="5BB508F1" w14:textId="77777777">
        <w:trPr>
          <w:jc w:val="center"/>
        </w:trPr>
        <w:tc>
          <w:tcPr>
            <w:tcW w:w="10080" w:type="dxa"/>
            <w:shd w:val="clear" w:color="auto" w:fill="F2F2F2"/>
            <w:vAlign w:val="center"/>
          </w:tcPr>
          <w:p w14:paraId="0292FB08"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4B24F7BE" w14:textId="77777777" w:rsidR="0023472F" w:rsidRDefault="00000000">
      <w:pPr>
        <w:pStyle w:val="CaptionText"/>
        <w:jc w:val="center"/>
      </w:pPr>
      <w:r>
        <w:t>Figure X.X  Descriptive caption</w:t>
      </w:r>
    </w:p>
    <w:p w14:paraId="64411DF8" w14:textId="77777777" w:rsidR="0023472F" w:rsidRDefault="00000000">
      <w:pPr>
        <w:pStyle w:val="Heading1"/>
      </w:pPr>
      <w:r>
        <w:rPr>
          <w:rFonts w:ascii="Times New Roman" w:hAnsi="Times New Roman"/>
        </w:rPr>
        <w:t>5.4 Application / Case Study</w:t>
      </w:r>
    </w:p>
    <w:tbl>
      <w:tblPr>
        <w:tblW w:w="0" w:type="auto"/>
        <w:jc w:val="center"/>
        <w:tblLook w:val="04A0" w:firstRow="1" w:lastRow="0" w:firstColumn="1" w:lastColumn="0" w:noHBand="0" w:noVBand="1"/>
      </w:tblPr>
      <w:tblGrid>
        <w:gridCol w:w="8424"/>
      </w:tblGrid>
      <w:tr w:rsidR="0023472F" w14:paraId="2C858483" w14:textId="77777777">
        <w:trPr>
          <w:jc w:val="center"/>
        </w:trPr>
        <w:tc>
          <w:tcPr>
            <w:tcW w:w="10080" w:type="dxa"/>
            <w:shd w:val="clear" w:color="auto" w:fill="FFF4D6"/>
            <w:tcMar>
              <w:top w:w="140" w:type="dxa"/>
              <w:left w:w="180" w:type="dxa"/>
              <w:bottom w:w="140" w:type="dxa"/>
              <w:right w:w="180" w:type="dxa"/>
            </w:tcMar>
          </w:tcPr>
          <w:p w14:paraId="3127AD27" w14:textId="77777777" w:rsidR="0023472F" w:rsidRDefault="00000000">
            <w:r>
              <w:rPr>
                <w:b/>
                <w:color w:val="17365D"/>
                <w:sz w:val="20"/>
              </w:rPr>
              <w:t>CASE STUDY / REAL-WORLD APPLICATION</w:t>
            </w:r>
          </w:p>
          <w:p w14:paraId="5A2A86E2" w14:textId="77777777" w:rsidR="0023472F" w:rsidRDefault="00000000">
            <w:pPr>
              <w:spacing w:after="0"/>
            </w:pPr>
            <w:r>
              <w:rPr>
                <w:sz w:val="20"/>
              </w:rPr>
              <w:t>Describe a practical situation. Add 2–3 discussion questions connecting the case to the chapter concepts.</w:t>
            </w:r>
          </w:p>
        </w:tc>
      </w:tr>
    </w:tbl>
    <w:p w14:paraId="19396B76" w14:textId="77777777" w:rsidR="0023472F" w:rsidRDefault="0023472F"/>
    <w:p w14:paraId="4ADC477D" w14:textId="77777777" w:rsidR="0023472F" w:rsidRDefault="00000000">
      <w:pPr>
        <w:pStyle w:val="Heading1"/>
      </w:pPr>
      <w:r>
        <w:rPr>
          <w:rFonts w:ascii="Times New Roman" w:hAnsi="Times New Roman"/>
        </w:rPr>
        <w:t>5.5 Chapter Summary</w:t>
      </w:r>
    </w:p>
    <w:p w14:paraId="7FAF5408" w14:textId="77777777" w:rsidR="0023472F" w:rsidRDefault="00000000">
      <w:pPr>
        <w:pStyle w:val="ListBullet"/>
      </w:pPr>
      <w:r>
        <w:t>Main idea or principle 1</w:t>
      </w:r>
    </w:p>
    <w:p w14:paraId="0437BE02" w14:textId="77777777" w:rsidR="0023472F" w:rsidRDefault="00000000">
      <w:pPr>
        <w:pStyle w:val="ListBullet"/>
      </w:pPr>
      <w:r>
        <w:t>Main idea or principle 2</w:t>
      </w:r>
    </w:p>
    <w:p w14:paraId="6980F305" w14:textId="77777777" w:rsidR="0023472F" w:rsidRDefault="00000000">
      <w:pPr>
        <w:pStyle w:val="ListBullet"/>
      </w:pPr>
      <w:r>
        <w:t>Important relationship / formula / process</w:t>
      </w:r>
    </w:p>
    <w:p w14:paraId="12F7EBAC" w14:textId="77777777" w:rsidR="0023472F" w:rsidRDefault="00000000">
      <w:pPr>
        <w:pStyle w:val="ListBullet"/>
      </w:pPr>
      <w:r>
        <w:t>Practical implication or application</w:t>
      </w:r>
    </w:p>
    <w:p w14:paraId="4C18EBB1" w14:textId="77777777" w:rsidR="0023472F" w:rsidRDefault="00000000">
      <w:pPr>
        <w:pStyle w:val="Heading2"/>
      </w:pPr>
      <w:r>
        <w:rPr>
          <w:rFonts w:ascii="Times New Roman" w:hAnsi="Times New Roman"/>
        </w:rPr>
        <w:t>Quick Review</w:t>
      </w:r>
    </w:p>
    <w:p w14:paraId="7316C6B4" w14:textId="77777777" w:rsidR="0023472F" w:rsidRDefault="00000000">
      <w:r>
        <w:t>1. [Short-answer review question]</w:t>
      </w:r>
    </w:p>
    <w:p w14:paraId="4BD1ECB0" w14:textId="77777777" w:rsidR="0023472F" w:rsidRDefault="00000000">
      <w:r>
        <w:t>2. [Short-answer review question]</w:t>
      </w:r>
    </w:p>
    <w:p w14:paraId="4F71FB2C" w14:textId="77777777" w:rsidR="0023472F" w:rsidRDefault="00000000">
      <w:r>
        <w:t>3. [Short-answer review question]</w:t>
      </w:r>
    </w:p>
    <w:p w14:paraId="62BD9BA7" w14:textId="77777777" w:rsidR="0023472F" w:rsidRDefault="00000000">
      <w:pPr>
        <w:pStyle w:val="Heading2"/>
      </w:pPr>
      <w:r>
        <w:rPr>
          <w:rFonts w:ascii="Times New Roman" w:hAnsi="Times New Roman"/>
        </w:rPr>
        <w:t>Exercises &amp; Assessment</w:t>
      </w:r>
    </w:p>
    <w:p w14:paraId="1F093940" w14:textId="77777777" w:rsidR="0023472F" w:rsidRDefault="00000000">
      <w:pPr>
        <w:pStyle w:val="Heading3"/>
      </w:pPr>
      <w:r>
        <w:rPr>
          <w:rFonts w:ascii="Times New Roman" w:hAnsi="Times New Roman"/>
        </w:rPr>
        <w:t>A. Multiple Choice Questions</w:t>
      </w:r>
    </w:p>
    <w:p w14:paraId="3FE60F16" w14:textId="77777777" w:rsidR="0023472F" w:rsidRDefault="00000000">
      <w:r>
        <w:t>1. [Question]   (a) Option A   (b) Option B   (c) Option C   (d) Option D</w:t>
      </w:r>
    </w:p>
    <w:p w14:paraId="77DD99BA" w14:textId="77777777" w:rsidR="0023472F" w:rsidRDefault="00000000">
      <w:pPr>
        <w:pStyle w:val="Heading3"/>
      </w:pPr>
      <w:r>
        <w:rPr>
          <w:rFonts w:ascii="Times New Roman" w:hAnsi="Times New Roman"/>
        </w:rPr>
        <w:t>B. Short Answer Questions</w:t>
      </w:r>
    </w:p>
    <w:p w14:paraId="0B5F7381" w14:textId="77777777" w:rsidR="0023472F" w:rsidRDefault="00000000">
      <w:r>
        <w:t>1. [Question]</w:t>
      </w:r>
      <w:r>
        <w:br/>
        <w:t>2. [Question]</w:t>
      </w:r>
    </w:p>
    <w:p w14:paraId="67DEC3F3" w14:textId="77777777" w:rsidR="0023472F" w:rsidRDefault="00000000">
      <w:pPr>
        <w:pStyle w:val="Heading3"/>
      </w:pPr>
      <w:r>
        <w:rPr>
          <w:rFonts w:ascii="Times New Roman" w:hAnsi="Times New Roman"/>
        </w:rPr>
        <w:t>C. Long Answer / Analytical Questions</w:t>
      </w:r>
    </w:p>
    <w:p w14:paraId="681021EF" w14:textId="77777777" w:rsidR="0023472F" w:rsidRDefault="00000000">
      <w:r>
        <w:t>1. [Question]</w:t>
      </w:r>
      <w:r>
        <w:br/>
        <w:t>2. [Question]</w:t>
      </w:r>
    </w:p>
    <w:p w14:paraId="4DF2B3CD" w14:textId="77777777" w:rsidR="0023472F" w:rsidRDefault="00000000">
      <w:pPr>
        <w:pStyle w:val="Heading3"/>
      </w:pPr>
      <w:r>
        <w:rPr>
          <w:rFonts w:ascii="Times New Roman" w:hAnsi="Times New Roman"/>
        </w:rPr>
        <w:t>D. Activity / Assignment</w:t>
      </w:r>
    </w:p>
    <w:p w14:paraId="72E8A17A" w14:textId="77777777" w:rsidR="0023472F" w:rsidRDefault="00000000">
      <w:r>
        <w:t>[Mini-project, laboratory activity, field task, coding exercise, data interpretation, or reflective assignment.]</w:t>
      </w:r>
    </w:p>
    <w:p w14:paraId="6187B5A3" w14:textId="77777777" w:rsidR="0023472F" w:rsidRDefault="00000000">
      <w:pPr>
        <w:pStyle w:val="Heading2"/>
      </w:pPr>
      <w:r>
        <w:rPr>
          <w:rFonts w:ascii="Times New Roman" w:hAnsi="Times New Roman"/>
        </w:rPr>
        <w:lastRenderedPageBreak/>
        <w:t>Further Reading</w:t>
      </w:r>
    </w:p>
    <w:p w14:paraId="2E5012D8" w14:textId="77777777" w:rsidR="0023472F" w:rsidRDefault="00000000">
      <w:r>
        <w:t>[Add 3–5 recommended books, articles, standards, websites, or learning resources.]</w:t>
      </w:r>
    </w:p>
    <w:p w14:paraId="50EFC022" w14:textId="77777777" w:rsidR="0023472F" w:rsidRDefault="00000000">
      <w:r>
        <w:br w:type="page"/>
      </w:r>
    </w:p>
    <w:p w14:paraId="18AAC620" w14:textId="77777777" w:rsidR="0023472F" w:rsidRDefault="00000000">
      <w:pPr>
        <w:pStyle w:val="ChapterNumber"/>
      </w:pPr>
      <w:r>
        <w:lastRenderedPageBreak/>
        <w:t>CHAPTER 06</w:t>
      </w:r>
    </w:p>
    <w:p w14:paraId="6A7F7112" w14:textId="77777777" w:rsidR="0023472F" w:rsidRDefault="00000000">
      <w:pPr>
        <w:pStyle w:val="ChapterTitle"/>
        <w:pBdr>
          <w:bottom w:val="single" w:sz="24" w:space="1" w:color="00A6A6"/>
        </w:pBdr>
      </w:pPr>
      <w:r>
        <w:t>[Chapter 6 Title]</w:t>
      </w:r>
    </w:p>
    <w:p w14:paraId="3621A944"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56CE6D7B" w14:textId="77777777">
        <w:trPr>
          <w:jc w:val="center"/>
        </w:trPr>
        <w:tc>
          <w:tcPr>
            <w:tcW w:w="10080" w:type="dxa"/>
            <w:shd w:val="clear" w:color="auto" w:fill="EAF2F8"/>
            <w:tcMar>
              <w:top w:w="140" w:type="dxa"/>
              <w:left w:w="180" w:type="dxa"/>
              <w:bottom w:w="140" w:type="dxa"/>
              <w:right w:w="180" w:type="dxa"/>
            </w:tcMar>
          </w:tcPr>
          <w:p w14:paraId="4467547E" w14:textId="77777777" w:rsidR="0023472F" w:rsidRDefault="00000000">
            <w:r>
              <w:rPr>
                <w:b/>
                <w:color w:val="17365D"/>
                <w:sz w:val="20"/>
              </w:rPr>
              <w:t>Learning Objectives</w:t>
            </w:r>
          </w:p>
          <w:p w14:paraId="4B2147DB" w14:textId="77777777" w:rsidR="0023472F" w:rsidRDefault="00000000">
            <w:pPr>
              <w:spacing w:after="0"/>
            </w:pPr>
            <w:r>
              <w:rPr>
                <w:sz w:val="20"/>
              </w:rPr>
              <w:t>After completing Chapter 6,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484AE81E" w14:textId="77777777" w:rsidR="0023472F" w:rsidRDefault="0023472F"/>
    <w:p w14:paraId="7CB797F8" w14:textId="77777777" w:rsidR="0023472F" w:rsidRDefault="00000000">
      <w:pPr>
        <w:pStyle w:val="Heading1"/>
      </w:pPr>
      <w:r>
        <w:rPr>
          <w:rFonts w:ascii="Times New Roman" w:hAnsi="Times New Roman"/>
        </w:rPr>
        <w:t>6.1 Introduction</w:t>
      </w:r>
    </w:p>
    <w:p w14:paraId="2A4DF377" w14:textId="77777777" w:rsidR="0023472F" w:rsidRDefault="00000000">
      <w:r>
        <w:t>Begin with an engaging context, real-world example, short story, problem, or question. Explain why the chapter matters and connect it to previous learning.</w:t>
      </w:r>
    </w:p>
    <w:p w14:paraId="0B81E524" w14:textId="77777777" w:rsidR="0023472F" w:rsidRDefault="00000000">
      <w:pPr>
        <w:pStyle w:val="Heading1"/>
      </w:pPr>
      <w:r>
        <w:rPr>
          <w:rFonts w:ascii="Times New Roman" w:hAnsi="Times New Roman"/>
        </w:rPr>
        <w:t>6.2 Core Concept / Topic</w:t>
      </w:r>
    </w:p>
    <w:p w14:paraId="11403F71"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70B14FFF" w14:textId="77777777">
        <w:trPr>
          <w:jc w:val="center"/>
        </w:trPr>
        <w:tc>
          <w:tcPr>
            <w:tcW w:w="10080" w:type="dxa"/>
            <w:shd w:val="clear" w:color="auto" w:fill="E8F6F3"/>
            <w:tcMar>
              <w:top w:w="140" w:type="dxa"/>
              <w:left w:w="180" w:type="dxa"/>
              <w:bottom w:w="140" w:type="dxa"/>
              <w:right w:w="180" w:type="dxa"/>
            </w:tcMar>
          </w:tcPr>
          <w:p w14:paraId="68CE8FB7" w14:textId="77777777" w:rsidR="0023472F" w:rsidRDefault="00000000">
            <w:r>
              <w:rPr>
                <w:b/>
                <w:color w:val="17365D"/>
                <w:sz w:val="20"/>
              </w:rPr>
              <w:t>KEY TERM</w:t>
            </w:r>
          </w:p>
          <w:p w14:paraId="576C4C20" w14:textId="77777777" w:rsidR="0023472F" w:rsidRDefault="00000000">
            <w:pPr>
              <w:spacing w:after="0"/>
            </w:pPr>
            <w:r>
              <w:rPr>
                <w:sz w:val="20"/>
              </w:rPr>
              <w:t>Term: Write a concise, student-friendly definition here.</w:t>
            </w:r>
          </w:p>
        </w:tc>
      </w:tr>
    </w:tbl>
    <w:p w14:paraId="5D56EAD0" w14:textId="77777777" w:rsidR="0023472F" w:rsidRDefault="0023472F"/>
    <w:p w14:paraId="6A7B0D18" w14:textId="77777777" w:rsidR="0023472F" w:rsidRDefault="00000000">
      <w:pPr>
        <w:pStyle w:val="Heading1"/>
      </w:pPr>
      <w:r>
        <w:rPr>
          <w:rFonts w:ascii="Times New Roman" w:hAnsi="Times New Roman"/>
        </w:rPr>
        <w:t>6.3 Explanation and Worked Example</w:t>
      </w:r>
    </w:p>
    <w:p w14:paraId="0DB24244"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780F5052" w14:textId="77777777">
        <w:trPr>
          <w:jc w:val="center"/>
        </w:trPr>
        <w:tc>
          <w:tcPr>
            <w:tcW w:w="3360" w:type="dxa"/>
            <w:shd w:val="clear" w:color="auto" w:fill="17365D"/>
          </w:tcPr>
          <w:p w14:paraId="0AA4D770" w14:textId="77777777" w:rsidR="0023472F" w:rsidRDefault="00000000">
            <w:r>
              <w:rPr>
                <w:b/>
                <w:color w:val="FFFFFF"/>
                <w:sz w:val="20"/>
              </w:rPr>
              <w:t>Concept / Step</w:t>
            </w:r>
          </w:p>
        </w:tc>
        <w:tc>
          <w:tcPr>
            <w:tcW w:w="3360" w:type="dxa"/>
            <w:shd w:val="clear" w:color="auto" w:fill="17365D"/>
          </w:tcPr>
          <w:p w14:paraId="70E9A805" w14:textId="77777777" w:rsidR="0023472F" w:rsidRDefault="00000000">
            <w:r>
              <w:rPr>
                <w:b/>
                <w:color w:val="FFFFFF"/>
                <w:sz w:val="20"/>
              </w:rPr>
              <w:t>Explanation</w:t>
            </w:r>
          </w:p>
        </w:tc>
        <w:tc>
          <w:tcPr>
            <w:tcW w:w="3360" w:type="dxa"/>
            <w:shd w:val="clear" w:color="auto" w:fill="17365D"/>
          </w:tcPr>
          <w:p w14:paraId="4EDFBAD5" w14:textId="77777777" w:rsidR="0023472F" w:rsidRDefault="00000000">
            <w:r>
              <w:rPr>
                <w:b/>
                <w:color w:val="FFFFFF"/>
                <w:sz w:val="20"/>
              </w:rPr>
              <w:t>Example / Note</w:t>
            </w:r>
          </w:p>
        </w:tc>
      </w:tr>
      <w:tr w:rsidR="0023472F" w14:paraId="0EB45933" w14:textId="77777777">
        <w:trPr>
          <w:jc w:val="center"/>
        </w:trPr>
        <w:tc>
          <w:tcPr>
            <w:tcW w:w="3360" w:type="dxa"/>
          </w:tcPr>
          <w:p w14:paraId="7E895CE9" w14:textId="77777777" w:rsidR="0023472F" w:rsidRDefault="00000000">
            <w:r>
              <w:rPr>
                <w:sz w:val="20"/>
              </w:rPr>
              <w:t>Item 1</w:t>
            </w:r>
          </w:p>
        </w:tc>
        <w:tc>
          <w:tcPr>
            <w:tcW w:w="3360" w:type="dxa"/>
          </w:tcPr>
          <w:p w14:paraId="76BE520C" w14:textId="77777777" w:rsidR="0023472F" w:rsidRDefault="00000000">
            <w:r>
              <w:rPr>
                <w:sz w:val="20"/>
              </w:rPr>
              <w:t>[Explanation]</w:t>
            </w:r>
          </w:p>
        </w:tc>
        <w:tc>
          <w:tcPr>
            <w:tcW w:w="3360" w:type="dxa"/>
          </w:tcPr>
          <w:p w14:paraId="7E5E9CDA" w14:textId="77777777" w:rsidR="0023472F" w:rsidRDefault="00000000">
            <w:r>
              <w:rPr>
                <w:sz w:val="20"/>
              </w:rPr>
              <w:t>[Example]</w:t>
            </w:r>
          </w:p>
        </w:tc>
      </w:tr>
      <w:tr w:rsidR="0023472F" w14:paraId="02DA3409" w14:textId="77777777">
        <w:trPr>
          <w:jc w:val="center"/>
        </w:trPr>
        <w:tc>
          <w:tcPr>
            <w:tcW w:w="3360" w:type="dxa"/>
          </w:tcPr>
          <w:p w14:paraId="37CEB2B3" w14:textId="77777777" w:rsidR="0023472F" w:rsidRDefault="00000000">
            <w:r>
              <w:rPr>
                <w:sz w:val="20"/>
              </w:rPr>
              <w:t>Item 2</w:t>
            </w:r>
          </w:p>
        </w:tc>
        <w:tc>
          <w:tcPr>
            <w:tcW w:w="3360" w:type="dxa"/>
          </w:tcPr>
          <w:p w14:paraId="0FAA4736" w14:textId="77777777" w:rsidR="0023472F" w:rsidRDefault="00000000">
            <w:r>
              <w:rPr>
                <w:sz w:val="20"/>
              </w:rPr>
              <w:t>[Explanation]</w:t>
            </w:r>
          </w:p>
        </w:tc>
        <w:tc>
          <w:tcPr>
            <w:tcW w:w="3360" w:type="dxa"/>
          </w:tcPr>
          <w:p w14:paraId="127A8F5A" w14:textId="77777777" w:rsidR="0023472F" w:rsidRDefault="00000000">
            <w:r>
              <w:rPr>
                <w:sz w:val="20"/>
              </w:rPr>
              <w:t>[Example]</w:t>
            </w:r>
          </w:p>
        </w:tc>
      </w:tr>
      <w:tr w:rsidR="0023472F" w14:paraId="2AE11FF8" w14:textId="77777777">
        <w:trPr>
          <w:jc w:val="center"/>
        </w:trPr>
        <w:tc>
          <w:tcPr>
            <w:tcW w:w="3360" w:type="dxa"/>
          </w:tcPr>
          <w:p w14:paraId="080AE390" w14:textId="77777777" w:rsidR="0023472F" w:rsidRDefault="00000000">
            <w:r>
              <w:rPr>
                <w:sz w:val="20"/>
              </w:rPr>
              <w:t>Item 3</w:t>
            </w:r>
          </w:p>
        </w:tc>
        <w:tc>
          <w:tcPr>
            <w:tcW w:w="3360" w:type="dxa"/>
          </w:tcPr>
          <w:p w14:paraId="24C8B7D3" w14:textId="77777777" w:rsidR="0023472F" w:rsidRDefault="00000000">
            <w:r>
              <w:rPr>
                <w:sz w:val="20"/>
              </w:rPr>
              <w:t>[Explanation]</w:t>
            </w:r>
          </w:p>
        </w:tc>
        <w:tc>
          <w:tcPr>
            <w:tcW w:w="3360" w:type="dxa"/>
          </w:tcPr>
          <w:p w14:paraId="4340E013" w14:textId="77777777" w:rsidR="0023472F" w:rsidRDefault="00000000">
            <w:r>
              <w:rPr>
                <w:sz w:val="20"/>
              </w:rPr>
              <w:t>[Example]</w:t>
            </w:r>
          </w:p>
        </w:tc>
      </w:tr>
    </w:tbl>
    <w:p w14:paraId="19942DD6" w14:textId="77777777" w:rsidR="0023472F" w:rsidRDefault="0023472F"/>
    <w:tbl>
      <w:tblPr>
        <w:tblW w:w="0" w:type="auto"/>
        <w:jc w:val="center"/>
        <w:tblLook w:val="04A0" w:firstRow="1" w:lastRow="0" w:firstColumn="1" w:lastColumn="0" w:noHBand="0" w:noVBand="1"/>
      </w:tblPr>
      <w:tblGrid>
        <w:gridCol w:w="8280"/>
      </w:tblGrid>
      <w:tr w:rsidR="0023472F" w14:paraId="2CCB2028" w14:textId="77777777">
        <w:trPr>
          <w:jc w:val="center"/>
        </w:trPr>
        <w:tc>
          <w:tcPr>
            <w:tcW w:w="10080" w:type="dxa"/>
            <w:shd w:val="clear" w:color="auto" w:fill="F2F2F2"/>
            <w:vAlign w:val="center"/>
          </w:tcPr>
          <w:p w14:paraId="64AF1BD1"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079D6258" w14:textId="77777777" w:rsidR="0023472F" w:rsidRDefault="00000000">
      <w:pPr>
        <w:pStyle w:val="CaptionText"/>
        <w:jc w:val="center"/>
      </w:pPr>
      <w:r>
        <w:t>Figure X.X  Descriptive caption</w:t>
      </w:r>
    </w:p>
    <w:p w14:paraId="3BD28C35" w14:textId="77777777" w:rsidR="0023472F" w:rsidRDefault="00000000">
      <w:pPr>
        <w:pStyle w:val="Heading1"/>
      </w:pPr>
      <w:r>
        <w:rPr>
          <w:rFonts w:ascii="Times New Roman" w:hAnsi="Times New Roman"/>
        </w:rPr>
        <w:t>6.4 Application / Case Study</w:t>
      </w:r>
    </w:p>
    <w:tbl>
      <w:tblPr>
        <w:tblW w:w="0" w:type="auto"/>
        <w:jc w:val="center"/>
        <w:tblLook w:val="04A0" w:firstRow="1" w:lastRow="0" w:firstColumn="1" w:lastColumn="0" w:noHBand="0" w:noVBand="1"/>
      </w:tblPr>
      <w:tblGrid>
        <w:gridCol w:w="8424"/>
      </w:tblGrid>
      <w:tr w:rsidR="0023472F" w14:paraId="39FA76C6" w14:textId="77777777">
        <w:trPr>
          <w:jc w:val="center"/>
        </w:trPr>
        <w:tc>
          <w:tcPr>
            <w:tcW w:w="10080" w:type="dxa"/>
            <w:shd w:val="clear" w:color="auto" w:fill="FFF4D6"/>
            <w:tcMar>
              <w:top w:w="140" w:type="dxa"/>
              <w:left w:w="180" w:type="dxa"/>
              <w:bottom w:w="140" w:type="dxa"/>
              <w:right w:w="180" w:type="dxa"/>
            </w:tcMar>
          </w:tcPr>
          <w:p w14:paraId="1759969D" w14:textId="77777777" w:rsidR="0023472F" w:rsidRDefault="00000000">
            <w:r>
              <w:rPr>
                <w:b/>
                <w:color w:val="17365D"/>
                <w:sz w:val="20"/>
              </w:rPr>
              <w:t>CASE STUDY / REAL-WORLD APPLICATION</w:t>
            </w:r>
          </w:p>
          <w:p w14:paraId="62F3B1D7" w14:textId="77777777" w:rsidR="0023472F" w:rsidRDefault="00000000">
            <w:pPr>
              <w:spacing w:after="0"/>
            </w:pPr>
            <w:r>
              <w:rPr>
                <w:sz w:val="20"/>
              </w:rPr>
              <w:t>Describe a practical situation. Add 2–3 discussion questions connecting the case to the chapter concepts.</w:t>
            </w:r>
          </w:p>
        </w:tc>
      </w:tr>
    </w:tbl>
    <w:p w14:paraId="58AB5276" w14:textId="77777777" w:rsidR="0023472F" w:rsidRDefault="0023472F"/>
    <w:p w14:paraId="3F874C1D" w14:textId="77777777" w:rsidR="0023472F" w:rsidRDefault="00000000">
      <w:pPr>
        <w:pStyle w:val="Heading1"/>
      </w:pPr>
      <w:r>
        <w:rPr>
          <w:rFonts w:ascii="Times New Roman" w:hAnsi="Times New Roman"/>
        </w:rPr>
        <w:t>6.5 Chapter Summary</w:t>
      </w:r>
    </w:p>
    <w:p w14:paraId="447FC6CE" w14:textId="77777777" w:rsidR="0023472F" w:rsidRDefault="00000000">
      <w:pPr>
        <w:pStyle w:val="ListBullet"/>
      </w:pPr>
      <w:r>
        <w:t>Main idea or principle 1</w:t>
      </w:r>
    </w:p>
    <w:p w14:paraId="74FAB79B" w14:textId="77777777" w:rsidR="0023472F" w:rsidRDefault="00000000">
      <w:pPr>
        <w:pStyle w:val="ListBullet"/>
      </w:pPr>
      <w:r>
        <w:t>Main idea or principle 2</w:t>
      </w:r>
    </w:p>
    <w:p w14:paraId="5162AF4B" w14:textId="77777777" w:rsidR="0023472F" w:rsidRDefault="00000000">
      <w:pPr>
        <w:pStyle w:val="ListBullet"/>
      </w:pPr>
      <w:r>
        <w:t>Important relationship / formula / process</w:t>
      </w:r>
    </w:p>
    <w:p w14:paraId="51EB9EFF" w14:textId="77777777" w:rsidR="0023472F" w:rsidRDefault="00000000">
      <w:pPr>
        <w:pStyle w:val="ListBullet"/>
      </w:pPr>
      <w:r>
        <w:t>Practical implication or application</w:t>
      </w:r>
    </w:p>
    <w:p w14:paraId="573F72CE" w14:textId="77777777" w:rsidR="0023472F" w:rsidRDefault="00000000">
      <w:pPr>
        <w:pStyle w:val="Heading2"/>
      </w:pPr>
      <w:r>
        <w:rPr>
          <w:rFonts w:ascii="Times New Roman" w:hAnsi="Times New Roman"/>
        </w:rPr>
        <w:t>Quick Review</w:t>
      </w:r>
    </w:p>
    <w:p w14:paraId="38241E54" w14:textId="77777777" w:rsidR="0023472F" w:rsidRDefault="00000000">
      <w:r>
        <w:t>1. [Short-answer review question]</w:t>
      </w:r>
    </w:p>
    <w:p w14:paraId="5CAC6005" w14:textId="77777777" w:rsidR="0023472F" w:rsidRDefault="00000000">
      <w:r>
        <w:t>2. [Short-answer review question]</w:t>
      </w:r>
    </w:p>
    <w:p w14:paraId="5BEC820C" w14:textId="77777777" w:rsidR="0023472F" w:rsidRDefault="00000000">
      <w:r>
        <w:t>3. [Short-answer review question]</w:t>
      </w:r>
    </w:p>
    <w:p w14:paraId="1B45E539" w14:textId="77777777" w:rsidR="0023472F" w:rsidRDefault="00000000">
      <w:pPr>
        <w:pStyle w:val="Heading2"/>
      </w:pPr>
      <w:r>
        <w:rPr>
          <w:rFonts w:ascii="Times New Roman" w:hAnsi="Times New Roman"/>
        </w:rPr>
        <w:t>Exercises &amp; Assessment</w:t>
      </w:r>
    </w:p>
    <w:p w14:paraId="63776D88" w14:textId="77777777" w:rsidR="0023472F" w:rsidRDefault="00000000">
      <w:pPr>
        <w:pStyle w:val="Heading3"/>
      </w:pPr>
      <w:r>
        <w:rPr>
          <w:rFonts w:ascii="Times New Roman" w:hAnsi="Times New Roman"/>
        </w:rPr>
        <w:t>A. Multiple Choice Questions</w:t>
      </w:r>
    </w:p>
    <w:p w14:paraId="77B1F297" w14:textId="77777777" w:rsidR="0023472F" w:rsidRDefault="00000000">
      <w:r>
        <w:t>1. [Question]   (a) Option A   (b) Option B   (c) Option C   (d) Option D</w:t>
      </w:r>
    </w:p>
    <w:p w14:paraId="00B47230" w14:textId="77777777" w:rsidR="0023472F" w:rsidRDefault="00000000">
      <w:pPr>
        <w:pStyle w:val="Heading3"/>
      </w:pPr>
      <w:r>
        <w:rPr>
          <w:rFonts w:ascii="Times New Roman" w:hAnsi="Times New Roman"/>
        </w:rPr>
        <w:t>B. Short Answer Questions</w:t>
      </w:r>
    </w:p>
    <w:p w14:paraId="258D3B22" w14:textId="77777777" w:rsidR="0023472F" w:rsidRDefault="00000000">
      <w:r>
        <w:t>1. [Question]</w:t>
      </w:r>
      <w:r>
        <w:br/>
        <w:t>2. [Question]</w:t>
      </w:r>
    </w:p>
    <w:p w14:paraId="36225AD3" w14:textId="77777777" w:rsidR="0023472F" w:rsidRDefault="00000000">
      <w:pPr>
        <w:pStyle w:val="Heading3"/>
      </w:pPr>
      <w:r>
        <w:rPr>
          <w:rFonts w:ascii="Times New Roman" w:hAnsi="Times New Roman"/>
        </w:rPr>
        <w:t>C. Long Answer / Analytical Questions</w:t>
      </w:r>
    </w:p>
    <w:p w14:paraId="5F031CF7" w14:textId="77777777" w:rsidR="0023472F" w:rsidRDefault="00000000">
      <w:r>
        <w:t>1. [Question]</w:t>
      </w:r>
      <w:r>
        <w:br/>
        <w:t>2. [Question]</w:t>
      </w:r>
    </w:p>
    <w:p w14:paraId="157B1CD4" w14:textId="77777777" w:rsidR="0023472F" w:rsidRDefault="00000000">
      <w:pPr>
        <w:pStyle w:val="Heading3"/>
      </w:pPr>
      <w:r>
        <w:rPr>
          <w:rFonts w:ascii="Times New Roman" w:hAnsi="Times New Roman"/>
        </w:rPr>
        <w:t>D. Activity / Assignment</w:t>
      </w:r>
    </w:p>
    <w:p w14:paraId="2F0DB67A" w14:textId="77777777" w:rsidR="0023472F" w:rsidRDefault="00000000">
      <w:r>
        <w:t>[Mini-project, laboratory activity, field task, coding exercise, data interpretation, or reflective assignment.]</w:t>
      </w:r>
    </w:p>
    <w:p w14:paraId="3C1E2868" w14:textId="77777777" w:rsidR="0023472F" w:rsidRDefault="00000000">
      <w:pPr>
        <w:pStyle w:val="Heading2"/>
      </w:pPr>
      <w:r>
        <w:rPr>
          <w:rFonts w:ascii="Times New Roman" w:hAnsi="Times New Roman"/>
        </w:rPr>
        <w:lastRenderedPageBreak/>
        <w:t>Further Reading</w:t>
      </w:r>
    </w:p>
    <w:p w14:paraId="6C00FF8F" w14:textId="77777777" w:rsidR="0023472F" w:rsidRDefault="00000000">
      <w:r>
        <w:t>[Add 3–5 recommended books, articles, standards, websites, or learning resources.]</w:t>
      </w:r>
    </w:p>
    <w:p w14:paraId="7D5912B9" w14:textId="77777777" w:rsidR="0023472F" w:rsidRDefault="00000000">
      <w:r>
        <w:br w:type="page"/>
      </w:r>
    </w:p>
    <w:p w14:paraId="5D30341F" w14:textId="77777777" w:rsidR="0023472F" w:rsidRDefault="00000000">
      <w:pPr>
        <w:pStyle w:val="ChapterNumber"/>
      </w:pPr>
      <w:r>
        <w:lastRenderedPageBreak/>
        <w:t>CHAPTER 07</w:t>
      </w:r>
    </w:p>
    <w:p w14:paraId="1D4C7F47" w14:textId="77777777" w:rsidR="0023472F" w:rsidRDefault="00000000">
      <w:pPr>
        <w:pStyle w:val="ChapterTitle"/>
        <w:pBdr>
          <w:bottom w:val="single" w:sz="24" w:space="1" w:color="00A6A6"/>
        </w:pBdr>
      </w:pPr>
      <w:r>
        <w:t>[Chapter 7 Title]</w:t>
      </w:r>
    </w:p>
    <w:p w14:paraId="1ABB7D7E"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640CFFAA" w14:textId="77777777">
        <w:trPr>
          <w:jc w:val="center"/>
        </w:trPr>
        <w:tc>
          <w:tcPr>
            <w:tcW w:w="10080" w:type="dxa"/>
            <w:shd w:val="clear" w:color="auto" w:fill="EAF2F8"/>
            <w:tcMar>
              <w:top w:w="140" w:type="dxa"/>
              <w:left w:w="180" w:type="dxa"/>
              <w:bottom w:w="140" w:type="dxa"/>
              <w:right w:w="180" w:type="dxa"/>
            </w:tcMar>
          </w:tcPr>
          <w:p w14:paraId="25CA152E" w14:textId="77777777" w:rsidR="0023472F" w:rsidRDefault="00000000">
            <w:r>
              <w:rPr>
                <w:b/>
                <w:color w:val="17365D"/>
                <w:sz w:val="20"/>
              </w:rPr>
              <w:t>Learning Objectives</w:t>
            </w:r>
          </w:p>
          <w:p w14:paraId="549B4759" w14:textId="77777777" w:rsidR="0023472F" w:rsidRDefault="00000000">
            <w:pPr>
              <w:spacing w:after="0"/>
            </w:pPr>
            <w:r>
              <w:rPr>
                <w:sz w:val="20"/>
              </w:rPr>
              <w:t>After completing Chapter 7,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61B910E5" w14:textId="77777777" w:rsidR="0023472F" w:rsidRDefault="0023472F"/>
    <w:p w14:paraId="13CA0FDD" w14:textId="77777777" w:rsidR="0023472F" w:rsidRDefault="00000000">
      <w:pPr>
        <w:pStyle w:val="Heading1"/>
      </w:pPr>
      <w:r>
        <w:rPr>
          <w:rFonts w:ascii="Times New Roman" w:hAnsi="Times New Roman"/>
        </w:rPr>
        <w:t>7.1 Introduction</w:t>
      </w:r>
    </w:p>
    <w:p w14:paraId="49CF4FA0" w14:textId="77777777" w:rsidR="0023472F" w:rsidRDefault="00000000">
      <w:r>
        <w:t>Begin with an engaging context, real-world example, short story, problem, or question. Explain why the chapter matters and connect it to previous learning.</w:t>
      </w:r>
    </w:p>
    <w:p w14:paraId="312E8BC3" w14:textId="77777777" w:rsidR="0023472F" w:rsidRDefault="00000000">
      <w:pPr>
        <w:pStyle w:val="Heading1"/>
      </w:pPr>
      <w:r>
        <w:rPr>
          <w:rFonts w:ascii="Times New Roman" w:hAnsi="Times New Roman"/>
        </w:rPr>
        <w:t>7.2 Core Concept / Topic</w:t>
      </w:r>
    </w:p>
    <w:p w14:paraId="61B47B20"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2A33B6F8" w14:textId="77777777">
        <w:trPr>
          <w:jc w:val="center"/>
        </w:trPr>
        <w:tc>
          <w:tcPr>
            <w:tcW w:w="10080" w:type="dxa"/>
            <w:shd w:val="clear" w:color="auto" w:fill="E8F6F3"/>
            <w:tcMar>
              <w:top w:w="140" w:type="dxa"/>
              <w:left w:w="180" w:type="dxa"/>
              <w:bottom w:w="140" w:type="dxa"/>
              <w:right w:w="180" w:type="dxa"/>
            </w:tcMar>
          </w:tcPr>
          <w:p w14:paraId="63E458CF" w14:textId="77777777" w:rsidR="0023472F" w:rsidRDefault="00000000">
            <w:r>
              <w:rPr>
                <w:b/>
                <w:color w:val="17365D"/>
                <w:sz w:val="20"/>
              </w:rPr>
              <w:t>KEY TERM</w:t>
            </w:r>
          </w:p>
          <w:p w14:paraId="4A2FE367" w14:textId="77777777" w:rsidR="0023472F" w:rsidRDefault="00000000">
            <w:pPr>
              <w:spacing w:after="0"/>
            </w:pPr>
            <w:r>
              <w:rPr>
                <w:sz w:val="20"/>
              </w:rPr>
              <w:t>Term: Write a concise, student-friendly definition here.</w:t>
            </w:r>
          </w:p>
        </w:tc>
      </w:tr>
    </w:tbl>
    <w:p w14:paraId="1CFF05B0" w14:textId="77777777" w:rsidR="0023472F" w:rsidRDefault="0023472F"/>
    <w:p w14:paraId="7E89F040" w14:textId="77777777" w:rsidR="0023472F" w:rsidRDefault="00000000">
      <w:pPr>
        <w:pStyle w:val="Heading1"/>
      </w:pPr>
      <w:r>
        <w:rPr>
          <w:rFonts w:ascii="Times New Roman" w:hAnsi="Times New Roman"/>
        </w:rPr>
        <w:t>7.3 Explanation and Worked Example</w:t>
      </w:r>
    </w:p>
    <w:p w14:paraId="0CD2B3C0"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1FEB8E5B" w14:textId="77777777">
        <w:trPr>
          <w:jc w:val="center"/>
        </w:trPr>
        <w:tc>
          <w:tcPr>
            <w:tcW w:w="3360" w:type="dxa"/>
            <w:shd w:val="clear" w:color="auto" w:fill="17365D"/>
          </w:tcPr>
          <w:p w14:paraId="0A4680D4" w14:textId="77777777" w:rsidR="0023472F" w:rsidRDefault="00000000">
            <w:r>
              <w:rPr>
                <w:b/>
                <w:color w:val="FFFFFF"/>
                <w:sz w:val="20"/>
              </w:rPr>
              <w:t>Concept / Step</w:t>
            </w:r>
          </w:p>
        </w:tc>
        <w:tc>
          <w:tcPr>
            <w:tcW w:w="3360" w:type="dxa"/>
            <w:shd w:val="clear" w:color="auto" w:fill="17365D"/>
          </w:tcPr>
          <w:p w14:paraId="4DC901B5" w14:textId="77777777" w:rsidR="0023472F" w:rsidRDefault="00000000">
            <w:r>
              <w:rPr>
                <w:b/>
                <w:color w:val="FFFFFF"/>
                <w:sz w:val="20"/>
              </w:rPr>
              <w:t>Explanation</w:t>
            </w:r>
          </w:p>
        </w:tc>
        <w:tc>
          <w:tcPr>
            <w:tcW w:w="3360" w:type="dxa"/>
            <w:shd w:val="clear" w:color="auto" w:fill="17365D"/>
          </w:tcPr>
          <w:p w14:paraId="33535B8A" w14:textId="77777777" w:rsidR="0023472F" w:rsidRDefault="00000000">
            <w:r>
              <w:rPr>
                <w:b/>
                <w:color w:val="FFFFFF"/>
                <w:sz w:val="20"/>
              </w:rPr>
              <w:t>Example / Note</w:t>
            </w:r>
          </w:p>
        </w:tc>
      </w:tr>
      <w:tr w:rsidR="0023472F" w14:paraId="32C7FF8D" w14:textId="77777777">
        <w:trPr>
          <w:jc w:val="center"/>
        </w:trPr>
        <w:tc>
          <w:tcPr>
            <w:tcW w:w="3360" w:type="dxa"/>
          </w:tcPr>
          <w:p w14:paraId="2AC10F01" w14:textId="77777777" w:rsidR="0023472F" w:rsidRDefault="00000000">
            <w:r>
              <w:rPr>
                <w:sz w:val="20"/>
              </w:rPr>
              <w:t>Item 1</w:t>
            </w:r>
          </w:p>
        </w:tc>
        <w:tc>
          <w:tcPr>
            <w:tcW w:w="3360" w:type="dxa"/>
          </w:tcPr>
          <w:p w14:paraId="4B6959F3" w14:textId="77777777" w:rsidR="0023472F" w:rsidRDefault="00000000">
            <w:r>
              <w:rPr>
                <w:sz w:val="20"/>
              </w:rPr>
              <w:t>[Explanation]</w:t>
            </w:r>
          </w:p>
        </w:tc>
        <w:tc>
          <w:tcPr>
            <w:tcW w:w="3360" w:type="dxa"/>
          </w:tcPr>
          <w:p w14:paraId="23ACAF26" w14:textId="77777777" w:rsidR="0023472F" w:rsidRDefault="00000000">
            <w:r>
              <w:rPr>
                <w:sz w:val="20"/>
              </w:rPr>
              <w:t>[Example]</w:t>
            </w:r>
          </w:p>
        </w:tc>
      </w:tr>
      <w:tr w:rsidR="0023472F" w14:paraId="7A6C9445" w14:textId="77777777">
        <w:trPr>
          <w:jc w:val="center"/>
        </w:trPr>
        <w:tc>
          <w:tcPr>
            <w:tcW w:w="3360" w:type="dxa"/>
          </w:tcPr>
          <w:p w14:paraId="3DA38749" w14:textId="77777777" w:rsidR="0023472F" w:rsidRDefault="00000000">
            <w:r>
              <w:rPr>
                <w:sz w:val="20"/>
              </w:rPr>
              <w:t>Item 2</w:t>
            </w:r>
          </w:p>
        </w:tc>
        <w:tc>
          <w:tcPr>
            <w:tcW w:w="3360" w:type="dxa"/>
          </w:tcPr>
          <w:p w14:paraId="4589C4CD" w14:textId="77777777" w:rsidR="0023472F" w:rsidRDefault="00000000">
            <w:r>
              <w:rPr>
                <w:sz w:val="20"/>
              </w:rPr>
              <w:t>[Explanation]</w:t>
            </w:r>
          </w:p>
        </w:tc>
        <w:tc>
          <w:tcPr>
            <w:tcW w:w="3360" w:type="dxa"/>
          </w:tcPr>
          <w:p w14:paraId="514FB8AD" w14:textId="77777777" w:rsidR="0023472F" w:rsidRDefault="00000000">
            <w:r>
              <w:rPr>
                <w:sz w:val="20"/>
              </w:rPr>
              <w:t>[Example]</w:t>
            </w:r>
          </w:p>
        </w:tc>
      </w:tr>
      <w:tr w:rsidR="0023472F" w14:paraId="49CC25FC" w14:textId="77777777">
        <w:trPr>
          <w:jc w:val="center"/>
        </w:trPr>
        <w:tc>
          <w:tcPr>
            <w:tcW w:w="3360" w:type="dxa"/>
          </w:tcPr>
          <w:p w14:paraId="32810996" w14:textId="77777777" w:rsidR="0023472F" w:rsidRDefault="00000000">
            <w:r>
              <w:rPr>
                <w:sz w:val="20"/>
              </w:rPr>
              <w:t>Item 3</w:t>
            </w:r>
          </w:p>
        </w:tc>
        <w:tc>
          <w:tcPr>
            <w:tcW w:w="3360" w:type="dxa"/>
          </w:tcPr>
          <w:p w14:paraId="1B599656" w14:textId="77777777" w:rsidR="0023472F" w:rsidRDefault="00000000">
            <w:r>
              <w:rPr>
                <w:sz w:val="20"/>
              </w:rPr>
              <w:t>[Explanation]</w:t>
            </w:r>
          </w:p>
        </w:tc>
        <w:tc>
          <w:tcPr>
            <w:tcW w:w="3360" w:type="dxa"/>
          </w:tcPr>
          <w:p w14:paraId="56E928B9" w14:textId="77777777" w:rsidR="0023472F" w:rsidRDefault="00000000">
            <w:r>
              <w:rPr>
                <w:sz w:val="20"/>
              </w:rPr>
              <w:t>[Example]</w:t>
            </w:r>
          </w:p>
        </w:tc>
      </w:tr>
    </w:tbl>
    <w:p w14:paraId="37DA1A27" w14:textId="77777777" w:rsidR="0023472F" w:rsidRDefault="0023472F"/>
    <w:tbl>
      <w:tblPr>
        <w:tblW w:w="0" w:type="auto"/>
        <w:jc w:val="center"/>
        <w:tblLook w:val="04A0" w:firstRow="1" w:lastRow="0" w:firstColumn="1" w:lastColumn="0" w:noHBand="0" w:noVBand="1"/>
      </w:tblPr>
      <w:tblGrid>
        <w:gridCol w:w="8280"/>
      </w:tblGrid>
      <w:tr w:rsidR="0023472F" w14:paraId="78B4E06F" w14:textId="77777777">
        <w:trPr>
          <w:jc w:val="center"/>
        </w:trPr>
        <w:tc>
          <w:tcPr>
            <w:tcW w:w="10080" w:type="dxa"/>
            <w:shd w:val="clear" w:color="auto" w:fill="F2F2F2"/>
            <w:vAlign w:val="center"/>
          </w:tcPr>
          <w:p w14:paraId="452A0955"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4E130B5E" w14:textId="77777777" w:rsidR="0023472F" w:rsidRDefault="00000000">
      <w:pPr>
        <w:pStyle w:val="CaptionText"/>
        <w:jc w:val="center"/>
      </w:pPr>
      <w:r>
        <w:t>Figure X.X  Descriptive caption</w:t>
      </w:r>
    </w:p>
    <w:p w14:paraId="4BA7F787" w14:textId="77777777" w:rsidR="0023472F" w:rsidRDefault="00000000">
      <w:pPr>
        <w:pStyle w:val="Heading1"/>
      </w:pPr>
      <w:r>
        <w:rPr>
          <w:rFonts w:ascii="Times New Roman" w:hAnsi="Times New Roman"/>
        </w:rPr>
        <w:t>7.4 Application / Case Study</w:t>
      </w:r>
    </w:p>
    <w:tbl>
      <w:tblPr>
        <w:tblW w:w="0" w:type="auto"/>
        <w:jc w:val="center"/>
        <w:tblLook w:val="04A0" w:firstRow="1" w:lastRow="0" w:firstColumn="1" w:lastColumn="0" w:noHBand="0" w:noVBand="1"/>
      </w:tblPr>
      <w:tblGrid>
        <w:gridCol w:w="8424"/>
      </w:tblGrid>
      <w:tr w:rsidR="0023472F" w14:paraId="51AD45A8" w14:textId="77777777">
        <w:trPr>
          <w:jc w:val="center"/>
        </w:trPr>
        <w:tc>
          <w:tcPr>
            <w:tcW w:w="10080" w:type="dxa"/>
            <w:shd w:val="clear" w:color="auto" w:fill="FFF4D6"/>
            <w:tcMar>
              <w:top w:w="140" w:type="dxa"/>
              <w:left w:w="180" w:type="dxa"/>
              <w:bottom w:w="140" w:type="dxa"/>
              <w:right w:w="180" w:type="dxa"/>
            </w:tcMar>
          </w:tcPr>
          <w:p w14:paraId="05CFE2D8" w14:textId="77777777" w:rsidR="0023472F" w:rsidRDefault="00000000">
            <w:r>
              <w:rPr>
                <w:b/>
                <w:color w:val="17365D"/>
                <w:sz w:val="20"/>
              </w:rPr>
              <w:t>CASE STUDY / REAL-WORLD APPLICATION</w:t>
            </w:r>
          </w:p>
          <w:p w14:paraId="133E220F" w14:textId="77777777" w:rsidR="0023472F" w:rsidRDefault="00000000">
            <w:pPr>
              <w:spacing w:after="0"/>
            </w:pPr>
            <w:r>
              <w:rPr>
                <w:sz w:val="20"/>
              </w:rPr>
              <w:t>Describe a practical situation. Add 2–3 discussion questions connecting the case to the chapter concepts.</w:t>
            </w:r>
          </w:p>
        </w:tc>
      </w:tr>
    </w:tbl>
    <w:p w14:paraId="7F561E50" w14:textId="77777777" w:rsidR="0023472F" w:rsidRDefault="0023472F"/>
    <w:p w14:paraId="25D5CC90" w14:textId="77777777" w:rsidR="0023472F" w:rsidRDefault="00000000">
      <w:pPr>
        <w:pStyle w:val="Heading1"/>
      </w:pPr>
      <w:r>
        <w:rPr>
          <w:rFonts w:ascii="Times New Roman" w:hAnsi="Times New Roman"/>
        </w:rPr>
        <w:t>7.5 Chapter Summary</w:t>
      </w:r>
    </w:p>
    <w:p w14:paraId="16158090" w14:textId="77777777" w:rsidR="0023472F" w:rsidRDefault="00000000">
      <w:pPr>
        <w:pStyle w:val="ListBullet"/>
      </w:pPr>
      <w:r>
        <w:t>Main idea or principle 1</w:t>
      </w:r>
    </w:p>
    <w:p w14:paraId="51F1DC65" w14:textId="77777777" w:rsidR="0023472F" w:rsidRDefault="00000000">
      <w:pPr>
        <w:pStyle w:val="ListBullet"/>
      </w:pPr>
      <w:r>
        <w:t>Main idea or principle 2</w:t>
      </w:r>
    </w:p>
    <w:p w14:paraId="46A0DE7D" w14:textId="77777777" w:rsidR="0023472F" w:rsidRDefault="00000000">
      <w:pPr>
        <w:pStyle w:val="ListBullet"/>
      </w:pPr>
      <w:r>
        <w:t>Important relationship / formula / process</w:t>
      </w:r>
    </w:p>
    <w:p w14:paraId="24844C69" w14:textId="77777777" w:rsidR="0023472F" w:rsidRDefault="00000000">
      <w:pPr>
        <w:pStyle w:val="ListBullet"/>
      </w:pPr>
      <w:r>
        <w:t>Practical implication or application</w:t>
      </w:r>
    </w:p>
    <w:p w14:paraId="02741A4F" w14:textId="77777777" w:rsidR="0023472F" w:rsidRDefault="00000000">
      <w:pPr>
        <w:pStyle w:val="Heading2"/>
      </w:pPr>
      <w:r>
        <w:rPr>
          <w:rFonts w:ascii="Times New Roman" w:hAnsi="Times New Roman"/>
        </w:rPr>
        <w:t>Quick Review</w:t>
      </w:r>
    </w:p>
    <w:p w14:paraId="3B220B16" w14:textId="77777777" w:rsidR="0023472F" w:rsidRDefault="00000000">
      <w:r>
        <w:t>1. [Short-answer review question]</w:t>
      </w:r>
    </w:p>
    <w:p w14:paraId="2410224A" w14:textId="77777777" w:rsidR="0023472F" w:rsidRDefault="00000000">
      <w:r>
        <w:t>2. [Short-answer review question]</w:t>
      </w:r>
    </w:p>
    <w:p w14:paraId="1A002C74" w14:textId="77777777" w:rsidR="0023472F" w:rsidRDefault="00000000">
      <w:r>
        <w:t>3. [Short-answer review question]</w:t>
      </w:r>
    </w:p>
    <w:p w14:paraId="13B62121" w14:textId="77777777" w:rsidR="0023472F" w:rsidRDefault="00000000">
      <w:pPr>
        <w:pStyle w:val="Heading2"/>
      </w:pPr>
      <w:r>
        <w:rPr>
          <w:rFonts w:ascii="Times New Roman" w:hAnsi="Times New Roman"/>
        </w:rPr>
        <w:t>Exercises &amp; Assessment</w:t>
      </w:r>
    </w:p>
    <w:p w14:paraId="4D21B14D" w14:textId="77777777" w:rsidR="0023472F" w:rsidRDefault="00000000">
      <w:pPr>
        <w:pStyle w:val="Heading3"/>
      </w:pPr>
      <w:r>
        <w:rPr>
          <w:rFonts w:ascii="Times New Roman" w:hAnsi="Times New Roman"/>
        </w:rPr>
        <w:t>A. Multiple Choice Questions</w:t>
      </w:r>
    </w:p>
    <w:p w14:paraId="209BA74C" w14:textId="77777777" w:rsidR="0023472F" w:rsidRDefault="00000000">
      <w:r>
        <w:t>1. [Question]   (a) Option A   (b) Option B   (c) Option C   (d) Option D</w:t>
      </w:r>
    </w:p>
    <w:p w14:paraId="0E6DDDA9" w14:textId="77777777" w:rsidR="0023472F" w:rsidRDefault="00000000">
      <w:pPr>
        <w:pStyle w:val="Heading3"/>
      </w:pPr>
      <w:r>
        <w:rPr>
          <w:rFonts w:ascii="Times New Roman" w:hAnsi="Times New Roman"/>
        </w:rPr>
        <w:t>B. Short Answer Questions</w:t>
      </w:r>
    </w:p>
    <w:p w14:paraId="27DD6813" w14:textId="77777777" w:rsidR="0023472F" w:rsidRDefault="00000000">
      <w:r>
        <w:t>1. [Question]</w:t>
      </w:r>
      <w:r>
        <w:br/>
        <w:t>2. [Question]</w:t>
      </w:r>
    </w:p>
    <w:p w14:paraId="73EE65E9" w14:textId="77777777" w:rsidR="0023472F" w:rsidRDefault="00000000">
      <w:pPr>
        <w:pStyle w:val="Heading3"/>
      </w:pPr>
      <w:r>
        <w:rPr>
          <w:rFonts w:ascii="Times New Roman" w:hAnsi="Times New Roman"/>
        </w:rPr>
        <w:t>C. Long Answer / Analytical Questions</w:t>
      </w:r>
    </w:p>
    <w:p w14:paraId="1BC880A7" w14:textId="77777777" w:rsidR="0023472F" w:rsidRDefault="00000000">
      <w:r>
        <w:t>1. [Question]</w:t>
      </w:r>
      <w:r>
        <w:br/>
        <w:t>2. [Question]</w:t>
      </w:r>
    </w:p>
    <w:p w14:paraId="75FC3472" w14:textId="77777777" w:rsidR="0023472F" w:rsidRDefault="00000000">
      <w:pPr>
        <w:pStyle w:val="Heading3"/>
      </w:pPr>
      <w:r>
        <w:rPr>
          <w:rFonts w:ascii="Times New Roman" w:hAnsi="Times New Roman"/>
        </w:rPr>
        <w:t>D. Activity / Assignment</w:t>
      </w:r>
    </w:p>
    <w:p w14:paraId="6774F8F1" w14:textId="77777777" w:rsidR="0023472F" w:rsidRDefault="00000000">
      <w:r>
        <w:t>[Mini-project, laboratory activity, field task, coding exercise, data interpretation, or reflective assignment.]</w:t>
      </w:r>
    </w:p>
    <w:p w14:paraId="0D7F1563" w14:textId="77777777" w:rsidR="0023472F" w:rsidRDefault="00000000">
      <w:pPr>
        <w:pStyle w:val="Heading2"/>
      </w:pPr>
      <w:r>
        <w:rPr>
          <w:rFonts w:ascii="Times New Roman" w:hAnsi="Times New Roman"/>
        </w:rPr>
        <w:lastRenderedPageBreak/>
        <w:t>Further Reading</w:t>
      </w:r>
    </w:p>
    <w:p w14:paraId="5F6436A7" w14:textId="77777777" w:rsidR="0023472F" w:rsidRDefault="00000000">
      <w:r>
        <w:t>[Add 3–5 recommended books, articles, standards, websites, or learning resources.]</w:t>
      </w:r>
    </w:p>
    <w:p w14:paraId="22918DA5" w14:textId="77777777" w:rsidR="0023472F" w:rsidRDefault="00000000">
      <w:r>
        <w:br w:type="page"/>
      </w:r>
    </w:p>
    <w:p w14:paraId="44F3B8C6" w14:textId="77777777" w:rsidR="0023472F" w:rsidRDefault="00000000">
      <w:pPr>
        <w:pStyle w:val="ChapterNumber"/>
      </w:pPr>
      <w:r>
        <w:lastRenderedPageBreak/>
        <w:t>CHAPTER 08</w:t>
      </w:r>
    </w:p>
    <w:p w14:paraId="550468DB" w14:textId="77777777" w:rsidR="0023472F" w:rsidRDefault="00000000">
      <w:pPr>
        <w:pStyle w:val="ChapterTitle"/>
        <w:pBdr>
          <w:bottom w:val="single" w:sz="24" w:space="1" w:color="00A6A6"/>
        </w:pBdr>
      </w:pPr>
      <w:r>
        <w:t>[Chapter 8 Title]</w:t>
      </w:r>
    </w:p>
    <w:p w14:paraId="25378D1A"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32BBA224" w14:textId="77777777">
        <w:trPr>
          <w:jc w:val="center"/>
        </w:trPr>
        <w:tc>
          <w:tcPr>
            <w:tcW w:w="10080" w:type="dxa"/>
            <w:shd w:val="clear" w:color="auto" w:fill="EAF2F8"/>
            <w:tcMar>
              <w:top w:w="140" w:type="dxa"/>
              <w:left w:w="180" w:type="dxa"/>
              <w:bottom w:w="140" w:type="dxa"/>
              <w:right w:w="180" w:type="dxa"/>
            </w:tcMar>
          </w:tcPr>
          <w:p w14:paraId="5F2CD55E" w14:textId="77777777" w:rsidR="0023472F" w:rsidRDefault="00000000">
            <w:r>
              <w:rPr>
                <w:b/>
                <w:color w:val="17365D"/>
                <w:sz w:val="20"/>
              </w:rPr>
              <w:t>Learning Objectives</w:t>
            </w:r>
          </w:p>
          <w:p w14:paraId="56025675" w14:textId="77777777" w:rsidR="0023472F" w:rsidRDefault="00000000">
            <w:pPr>
              <w:spacing w:after="0"/>
            </w:pPr>
            <w:r>
              <w:rPr>
                <w:sz w:val="20"/>
              </w:rPr>
              <w:t>After completing Chapter 8,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63481E89" w14:textId="77777777" w:rsidR="0023472F" w:rsidRDefault="0023472F"/>
    <w:p w14:paraId="60C85758" w14:textId="77777777" w:rsidR="0023472F" w:rsidRDefault="00000000">
      <w:pPr>
        <w:pStyle w:val="Heading1"/>
      </w:pPr>
      <w:r>
        <w:rPr>
          <w:rFonts w:ascii="Times New Roman" w:hAnsi="Times New Roman"/>
        </w:rPr>
        <w:t>8.1 Introduction</w:t>
      </w:r>
    </w:p>
    <w:p w14:paraId="00CBA231" w14:textId="77777777" w:rsidR="0023472F" w:rsidRDefault="00000000">
      <w:r>
        <w:t>Begin with an engaging context, real-world example, short story, problem, or question. Explain why the chapter matters and connect it to previous learning.</w:t>
      </w:r>
    </w:p>
    <w:p w14:paraId="1F19CF66" w14:textId="77777777" w:rsidR="0023472F" w:rsidRDefault="00000000">
      <w:pPr>
        <w:pStyle w:val="Heading1"/>
      </w:pPr>
      <w:r>
        <w:rPr>
          <w:rFonts w:ascii="Times New Roman" w:hAnsi="Times New Roman"/>
        </w:rPr>
        <w:t>8.2 Core Concept / Topic</w:t>
      </w:r>
    </w:p>
    <w:p w14:paraId="3C364C3B"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73DC5511" w14:textId="77777777">
        <w:trPr>
          <w:jc w:val="center"/>
        </w:trPr>
        <w:tc>
          <w:tcPr>
            <w:tcW w:w="10080" w:type="dxa"/>
            <w:shd w:val="clear" w:color="auto" w:fill="E8F6F3"/>
            <w:tcMar>
              <w:top w:w="140" w:type="dxa"/>
              <w:left w:w="180" w:type="dxa"/>
              <w:bottom w:w="140" w:type="dxa"/>
              <w:right w:w="180" w:type="dxa"/>
            </w:tcMar>
          </w:tcPr>
          <w:p w14:paraId="0A17400D" w14:textId="77777777" w:rsidR="0023472F" w:rsidRDefault="00000000">
            <w:r>
              <w:rPr>
                <w:b/>
                <w:color w:val="17365D"/>
                <w:sz w:val="20"/>
              </w:rPr>
              <w:t>KEY TERM</w:t>
            </w:r>
          </w:p>
          <w:p w14:paraId="3900EEF7" w14:textId="77777777" w:rsidR="0023472F" w:rsidRDefault="00000000">
            <w:pPr>
              <w:spacing w:after="0"/>
            </w:pPr>
            <w:r>
              <w:rPr>
                <w:sz w:val="20"/>
              </w:rPr>
              <w:t>Term: Write a concise, student-friendly definition here.</w:t>
            </w:r>
          </w:p>
        </w:tc>
      </w:tr>
    </w:tbl>
    <w:p w14:paraId="66B8571F" w14:textId="77777777" w:rsidR="0023472F" w:rsidRDefault="0023472F"/>
    <w:p w14:paraId="48F33A78" w14:textId="77777777" w:rsidR="0023472F" w:rsidRDefault="00000000">
      <w:pPr>
        <w:pStyle w:val="Heading1"/>
      </w:pPr>
      <w:r>
        <w:rPr>
          <w:rFonts w:ascii="Times New Roman" w:hAnsi="Times New Roman"/>
        </w:rPr>
        <w:t>8.3 Explanation and Worked Example</w:t>
      </w:r>
    </w:p>
    <w:p w14:paraId="3616F140"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71D31EBB" w14:textId="77777777">
        <w:trPr>
          <w:jc w:val="center"/>
        </w:trPr>
        <w:tc>
          <w:tcPr>
            <w:tcW w:w="3360" w:type="dxa"/>
            <w:shd w:val="clear" w:color="auto" w:fill="17365D"/>
          </w:tcPr>
          <w:p w14:paraId="2931EE0E" w14:textId="77777777" w:rsidR="0023472F" w:rsidRDefault="00000000">
            <w:r>
              <w:rPr>
                <w:b/>
                <w:color w:val="FFFFFF"/>
                <w:sz w:val="20"/>
              </w:rPr>
              <w:t>Concept / Step</w:t>
            </w:r>
          </w:p>
        </w:tc>
        <w:tc>
          <w:tcPr>
            <w:tcW w:w="3360" w:type="dxa"/>
            <w:shd w:val="clear" w:color="auto" w:fill="17365D"/>
          </w:tcPr>
          <w:p w14:paraId="7B8665B3" w14:textId="77777777" w:rsidR="0023472F" w:rsidRDefault="00000000">
            <w:r>
              <w:rPr>
                <w:b/>
                <w:color w:val="FFFFFF"/>
                <w:sz w:val="20"/>
              </w:rPr>
              <w:t>Explanation</w:t>
            </w:r>
          </w:p>
        </w:tc>
        <w:tc>
          <w:tcPr>
            <w:tcW w:w="3360" w:type="dxa"/>
            <w:shd w:val="clear" w:color="auto" w:fill="17365D"/>
          </w:tcPr>
          <w:p w14:paraId="6DF88354" w14:textId="77777777" w:rsidR="0023472F" w:rsidRDefault="00000000">
            <w:r>
              <w:rPr>
                <w:b/>
                <w:color w:val="FFFFFF"/>
                <w:sz w:val="20"/>
              </w:rPr>
              <w:t>Example / Note</w:t>
            </w:r>
          </w:p>
        </w:tc>
      </w:tr>
      <w:tr w:rsidR="0023472F" w14:paraId="1C0C2237" w14:textId="77777777">
        <w:trPr>
          <w:jc w:val="center"/>
        </w:trPr>
        <w:tc>
          <w:tcPr>
            <w:tcW w:w="3360" w:type="dxa"/>
          </w:tcPr>
          <w:p w14:paraId="4B4ED775" w14:textId="77777777" w:rsidR="0023472F" w:rsidRDefault="00000000">
            <w:r>
              <w:rPr>
                <w:sz w:val="20"/>
              </w:rPr>
              <w:t>Item 1</w:t>
            </w:r>
          </w:p>
        </w:tc>
        <w:tc>
          <w:tcPr>
            <w:tcW w:w="3360" w:type="dxa"/>
          </w:tcPr>
          <w:p w14:paraId="2AAC7028" w14:textId="77777777" w:rsidR="0023472F" w:rsidRDefault="00000000">
            <w:r>
              <w:rPr>
                <w:sz w:val="20"/>
              </w:rPr>
              <w:t>[Explanation]</w:t>
            </w:r>
          </w:p>
        </w:tc>
        <w:tc>
          <w:tcPr>
            <w:tcW w:w="3360" w:type="dxa"/>
          </w:tcPr>
          <w:p w14:paraId="34578167" w14:textId="77777777" w:rsidR="0023472F" w:rsidRDefault="00000000">
            <w:r>
              <w:rPr>
                <w:sz w:val="20"/>
              </w:rPr>
              <w:t>[Example]</w:t>
            </w:r>
          </w:p>
        </w:tc>
      </w:tr>
      <w:tr w:rsidR="0023472F" w14:paraId="1CF6AAA8" w14:textId="77777777">
        <w:trPr>
          <w:jc w:val="center"/>
        </w:trPr>
        <w:tc>
          <w:tcPr>
            <w:tcW w:w="3360" w:type="dxa"/>
          </w:tcPr>
          <w:p w14:paraId="18894AA2" w14:textId="77777777" w:rsidR="0023472F" w:rsidRDefault="00000000">
            <w:r>
              <w:rPr>
                <w:sz w:val="20"/>
              </w:rPr>
              <w:t>Item 2</w:t>
            </w:r>
          </w:p>
        </w:tc>
        <w:tc>
          <w:tcPr>
            <w:tcW w:w="3360" w:type="dxa"/>
          </w:tcPr>
          <w:p w14:paraId="6600FA99" w14:textId="77777777" w:rsidR="0023472F" w:rsidRDefault="00000000">
            <w:r>
              <w:rPr>
                <w:sz w:val="20"/>
              </w:rPr>
              <w:t>[Explanation]</w:t>
            </w:r>
          </w:p>
        </w:tc>
        <w:tc>
          <w:tcPr>
            <w:tcW w:w="3360" w:type="dxa"/>
          </w:tcPr>
          <w:p w14:paraId="4E9A9FF0" w14:textId="77777777" w:rsidR="0023472F" w:rsidRDefault="00000000">
            <w:r>
              <w:rPr>
                <w:sz w:val="20"/>
              </w:rPr>
              <w:t>[Example]</w:t>
            </w:r>
          </w:p>
        </w:tc>
      </w:tr>
      <w:tr w:rsidR="0023472F" w14:paraId="79500AD9" w14:textId="77777777">
        <w:trPr>
          <w:jc w:val="center"/>
        </w:trPr>
        <w:tc>
          <w:tcPr>
            <w:tcW w:w="3360" w:type="dxa"/>
          </w:tcPr>
          <w:p w14:paraId="3DFDBB29" w14:textId="77777777" w:rsidR="0023472F" w:rsidRDefault="00000000">
            <w:r>
              <w:rPr>
                <w:sz w:val="20"/>
              </w:rPr>
              <w:t>Item 3</w:t>
            </w:r>
          </w:p>
        </w:tc>
        <w:tc>
          <w:tcPr>
            <w:tcW w:w="3360" w:type="dxa"/>
          </w:tcPr>
          <w:p w14:paraId="4A01DC5A" w14:textId="77777777" w:rsidR="0023472F" w:rsidRDefault="00000000">
            <w:r>
              <w:rPr>
                <w:sz w:val="20"/>
              </w:rPr>
              <w:t>[Explanation]</w:t>
            </w:r>
          </w:p>
        </w:tc>
        <w:tc>
          <w:tcPr>
            <w:tcW w:w="3360" w:type="dxa"/>
          </w:tcPr>
          <w:p w14:paraId="446F34F9" w14:textId="77777777" w:rsidR="0023472F" w:rsidRDefault="00000000">
            <w:r>
              <w:rPr>
                <w:sz w:val="20"/>
              </w:rPr>
              <w:t>[Example]</w:t>
            </w:r>
          </w:p>
        </w:tc>
      </w:tr>
    </w:tbl>
    <w:p w14:paraId="0EBD113C" w14:textId="77777777" w:rsidR="0023472F" w:rsidRDefault="0023472F"/>
    <w:tbl>
      <w:tblPr>
        <w:tblW w:w="0" w:type="auto"/>
        <w:jc w:val="center"/>
        <w:tblLook w:val="04A0" w:firstRow="1" w:lastRow="0" w:firstColumn="1" w:lastColumn="0" w:noHBand="0" w:noVBand="1"/>
      </w:tblPr>
      <w:tblGrid>
        <w:gridCol w:w="8280"/>
      </w:tblGrid>
      <w:tr w:rsidR="0023472F" w14:paraId="00D679C3" w14:textId="77777777">
        <w:trPr>
          <w:jc w:val="center"/>
        </w:trPr>
        <w:tc>
          <w:tcPr>
            <w:tcW w:w="10080" w:type="dxa"/>
            <w:shd w:val="clear" w:color="auto" w:fill="F2F2F2"/>
            <w:vAlign w:val="center"/>
          </w:tcPr>
          <w:p w14:paraId="064ADB94"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3F09DBC5" w14:textId="77777777" w:rsidR="0023472F" w:rsidRDefault="00000000">
      <w:pPr>
        <w:pStyle w:val="CaptionText"/>
        <w:jc w:val="center"/>
      </w:pPr>
      <w:r>
        <w:t>Figure X.X  Descriptive caption</w:t>
      </w:r>
    </w:p>
    <w:p w14:paraId="7840FBAA" w14:textId="77777777" w:rsidR="0023472F" w:rsidRDefault="00000000">
      <w:pPr>
        <w:pStyle w:val="Heading1"/>
      </w:pPr>
      <w:r>
        <w:rPr>
          <w:rFonts w:ascii="Times New Roman" w:hAnsi="Times New Roman"/>
        </w:rPr>
        <w:t>8.4 Application / Case Study</w:t>
      </w:r>
    </w:p>
    <w:tbl>
      <w:tblPr>
        <w:tblW w:w="0" w:type="auto"/>
        <w:jc w:val="center"/>
        <w:tblLook w:val="04A0" w:firstRow="1" w:lastRow="0" w:firstColumn="1" w:lastColumn="0" w:noHBand="0" w:noVBand="1"/>
      </w:tblPr>
      <w:tblGrid>
        <w:gridCol w:w="8424"/>
      </w:tblGrid>
      <w:tr w:rsidR="0023472F" w14:paraId="7943E0DD" w14:textId="77777777">
        <w:trPr>
          <w:jc w:val="center"/>
        </w:trPr>
        <w:tc>
          <w:tcPr>
            <w:tcW w:w="10080" w:type="dxa"/>
            <w:shd w:val="clear" w:color="auto" w:fill="FFF4D6"/>
            <w:tcMar>
              <w:top w:w="140" w:type="dxa"/>
              <w:left w:w="180" w:type="dxa"/>
              <w:bottom w:w="140" w:type="dxa"/>
              <w:right w:w="180" w:type="dxa"/>
            </w:tcMar>
          </w:tcPr>
          <w:p w14:paraId="7003B206" w14:textId="77777777" w:rsidR="0023472F" w:rsidRDefault="00000000">
            <w:r>
              <w:rPr>
                <w:b/>
                <w:color w:val="17365D"/>
                <w:sz w:val="20"/>
              </w:rPr>
              <w:t>CASE STUDY / REAL-WORLD APPLICATION</w:t>
            </w:r>
          </w:p>
          <w:p w14:paraId="58D18764" w14:textId="77777777" w:rsidR="0023472F" w:rsidRDefault="00000000">
            <w:pPr>
              <w:spacing w:after="0"/>
            </w:pPr>
            <w:r>
              <w:rPr>
                <w:sz w:val="20"/>
              </w:rPr>
              <w:t>Describe a practical situation. Add 2–3 discussion questions connecting the case to the chapter concepts.</w:t>
            </w:r>
          </w:p>
        </w:tc>
      </w:tr>
    </w:tbl>
    <w:p w14:paraId="3C1680D0" w14:textId="77777777" w:rsidR="0023472F" w:rsidRDefault="0023472F"/>
    <w:p w14:paraId="46586F39" w14:textId="77777777" w:rsidR="0023472F" w:rsidRDefault="00000000">
      <w:pPr>
        <w:pStyle w:val="Heading1"/>
      </w:pPr>
      <w:r>
        <w:rPr>
          <w:rFonts w:ascii="Times New Roman" w:hAnsi="Times New Roman"/>
        </w:rPr>
        <w:t>8.5 Chapter Summary</w:t>
      </w:r>
    </w:p>
    <w:p w14:paraId="49AFB85F" w14:textId="77777777" w:rsidR="0023472F" w:rsidRDefault="00000000">
      <w:pPr>
        <w:pStyle w:val="ListBullet"/>
      </w:pPr>
      <w:r>
        <w:t>Main idea or principle 1</w:t>
      </w:r>
    </w:p>
    <w:p w14:paraId="7540E61B" w14:textId="77777777" w:rsidR="0023472F" w:rsidRDefault="00000000">
      <w:pPr>
        <w:pStyle w:val="ListBullet"/>
      </w:pPr>
      <w:r>
        <w:t>Main idea or principle 2</w:t>
      </w:r>
    </w:p>
    <w:p w14:paraId="55C89298" w14:textId="77777777" w:rsidR="0023472F" w:rsidRDefault="00000000">
      <w:pPr>
        <w:pStyle w:val="ListBullet"/>
      </w:pPr>
      <w:r>
        <w:t>Important relationship / formula / process</w:t>
      </w:r>
    </w:p>
    <w:p w14:paraId="0AACA392" w14:textId="77777777" w:rsidR="0023472F" w:rsidRDefault="00000000">
      <w:pPr>
        <w:pStyle w:val="ListBullet"/>
      </w:pPr>
      <w:r>
        <w:t>Practical implication or application</w:t>
      </w:r>
    </w:p>
    <w:p w14:paraId="1C0BBD0E" w14:textId="77777777" w:rsidR="0023472F" w:rsidRDefault="00000000">
      <w:pPr>
        <w:pStyle w:val="Heading2"/>
      </w:pPr>
      <w:r>
        <w:rPr>
          <w:rFonts w:ascii="Times New Roman" w:hAnsi="Times New Roman"/>
        </w:rPr>
        <w:t>Quick Review</w:t>
      </w:r>
    </w:p>
    <w:p w14:paraId="09609197" w14:textId="77777777" w:rsidR="0023472F" w:rsidRDefault="00000000">
      <w:r>
        <w:t>1. [Short-answer review question]</w:t>
      </w:r>
    </w:p>
    <w:p w14:paraId="58BDF69E" w14:textId="77777777" w:rsidR="0023472F" w:rsidRDefault="00000000">
      <w:r>
        <w:t>2. [Short-answer review question]</w:t>
      </w:r>
    </w:p>
    <w:p w14:paraId="0AAADE0C" w14:textId="77777777" w:rsidR="0023472F" w:rsidRDefault="00000000">
      <w:r>
        <w:t>3. [Short-answer review question]</w:t>
      </w:r>
    </w:p>
    <w:p w14:paraId="5815333F" w14:textId="77777777" w:rsidR="0023472F" w:rsidRDefault="00000000">
      <w:pPr>
        <w:pStyle w:val="Heading2"/>
      </w:pPr>
      <w:r>
        <w:rPr>
          <w:rFonts w:ascii="Times New Roman" w:hAnsi="Times New Roman"/>
        </w:rPr>
        <w:t>Exercises &amp; Assessment</w:t>
      </w:r>
    </w:p>
    <w:p w14:paraId="405BDD44" w14:textId="77777777" w:rsidR="0023472F" w:rsidRDefault="00000000">
      <w:pPr>
        <w:pStyle w:val="Heading3"/>
      </w:pPr>
      <w:r>
        <w:rPr>
          <w:rFonts w:ascii="Times New Roman" w:hAnsi="Times New Roman"/>
        </w:rPr>
        <w:t>A. Multiple Choice Questions</w:t>
      </w:r>
    </w:p>
    <w:p w14:paraId="1F444A54" w14:textId="77777777" w:rsidR="0023472F" w:rsidRDefault="00000000">
      <w:r>
        <w:t>1. [Question]   (a) Option A   (b) Option B   (c) Option C   (d) Option D</w:t>
      </w:r>
    </w:p>
    <w:p w14:paraId="19E43D14" w14:textId="77777777" w:rsidR="0023472F" w:rsidRDefault="00000000">
      <w:pPr>
        <w:pStyle w:val="Heading3"/>
      </w:pPr>
      <w:r>
        <w:rPr>
          <w:rFonts w:ascii="Times New Roman" w:hAnsi="Times New Roman"/>
        </w:rPr>
        <w:t>B. Short Answer Questions</w:t>
      </w:r>
    </w:p>
    <w:p w14:paraId="6407E375" w14:textId="77777777" w:rsidR="0023472F" w:rsidRDefault="00000000">
      <w:r>
        <w:t>1. [Question]</w:t>
      </w:r>
      <w:r>
        <w:br/>
        <w:t>2. [Question]</w:t>
      </w:r>
    </w:p>
    <w:p w14:paraId="1DADEC61" w14:textId="77777777" w:rsidR="0023472F" w:rsidRDefault="00000000">
      <w:pPr>
        <w:pStyle w:val="Heading3"/>
      </w:pPr>
      <w:r>
        <w:rPr>
          <w:rFonts w:ascii="Times New Roman" w:hAnsi="Times New Roman"/>
        </w:rPr>
        <w:t>C. Long Answer / Analytical Questions</w:t>
      </w:r>
    </w:p>
    <w:p w14:paraId="3451F5CB" w14:textId="77777777" w:rsidR="0023472F" w:rsidRDefault="00000000">
      <w:r>
        <w:t>1. [Question]</w:t>
      </w:r>
      <w:r>
        <w:br/>
        <w:t>2. [Question]</w:t>
      </w:r>
    </w:p>
    <w:p w14:paraId="474F3B32" w14:textId="77777777" w:rsidR="0023472F" w:rsidRDefault="00000000">
      <w:pPr>
        <w:pStyle w:val="Heading3"/>
      </w:pPr>
      <w:r>
        <w:rPr>
          <w:rFonts w:ascii="Times New Roman" w:hAnsi="Times New Roman"/>
        </w:rPr>
        <w:t>D. Activity / Assignment</w:t>
      </w:r>
    </w:p>
    <w:p w14:paraId="459ECDD2" w14:textId="77777777" w:rsidR="0023472F" w:rsidRDefault="00000000">
      <w:r>
        <w:t>[Mini-project, laboratory activity, field task, coding exercise, data interpretation, or reflective assignment.]</w:t>
      </w:r>
    </w:p>
    <w:p w14:paraId="784AD743" w14:textId="77777777" w:rsidR="0023472F" w:rsidRDefault="00000000">
      <w:pPr>
        <w:pStyle w:val="Heading2"/>
      </w:pPr>
      <w:r>
        <w:rPr>
          <w:rFonts w:ascii="Times New Roman" w:hAnsi="Times New Roman"/>
        </w:rPr>
        <w:lastRenderedPageBreak/>
        <w:t>Further Reading</w:t>
      </w:r>
    </w:p>
    <w:p w14:paraId="6A312DB5" w14:textId="77777777" w:rsidR="0023472F" w:rsidRDefault="00000000">
      <w:r>
        <w:t>[Add 3–5 recommended books, articles, standards, websites, or learning resources.]</w:t>
      </w:r>
    </w:p>
    <w:p w14:paraId="7BB36911" w14:textId="77777777" w:rsidR="0023472F" w:rsidRDefault="00000000">
      <w:r>
        <w:br w:type="page"/>
      </w:r>
    </w:p>
    <w:p w14:paraId="2CD2BC18" w14:textId="77777777" w:rsidR="0023472F" w:rsidRDefault="00000000">
      <w:pPr>
        <w:pStyle w:val="ChapterNumber"/>
      </w:pPr>
      <w:r>
        <w:lastRenderedPageBreak/>
        <w:t>CHAPTER 09</w:t>
      </w:r>
    </w:p>
    <w:p w14:paraId="2B86B591" w14:textId="77777777" w:rsidR="0023472F" w:rsidRDefault="00000000">
      <w:pPr>
        <w:pStyle w:val="ChapterTitle"/>
        <w:pBdr>
          <w:bottom w:val="single" w:sz="24" w:space="1" w:color="00A6A6"/>
        </w:pBdr>
      </w:pPr>
      <w:r>
        <w:t>[Chapter 9 Title]</w:t>
      </w:r>
    </w:p>
    <w:p w14:paraId="69F05523"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45FC762A" w14:textId="77777777">
        <w:trPr>
          <w:jc w:val="center"/>
        </w:trPr>
        <w:tc>
          <w:tcPr>
            <w:tcW w:w="10080" w:type="dxa"/>
            <w:shd w:val="clear" w:color="auto" w:fill="EAF2F8"/>
            <w:tcMar>
              <w:top w:w="140" w:type="dxa"/>
              <w:left w:w="180" w:type="dxa"/>
              <w:bottom w:w="140" w:type="dxa"/>
              <w:right w:w="180" w:type="dxa"/>
            </w:tcMar>
          </w:tcPr>
          <w:p w14:paraId="43FF1B46" w14:textId="77777777" w:rsidR="0023472F" w:rsidRDefault="00000000">
            <w:r>
              <w:rPr>
                <w:b/>
                <w:color w:val="17365D"/>
                <w:sz w:val="20"/>
              </w:rPr>
              <w:t>Learning Objectives</w:t>
            </w:r>
          </w:p>
          <w:p w14:paraId="2CC61410" w14:textId="77777777" w:rsidR="0023472F" w:rsidRDefault="00000000">
            <w:pPr>
              <w:spacing w:after="0"/>
            </w:pPr>
            <w:r>
              <w:rPr>
                <w:sz w:val="20"/>
              </w:rPr>
              <w:t>After completing Chapter 9,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014E069F" w14:textId="77777777" w:rsidR="0023472F" w:rsidRDefault="0023472F"/>
    <w:p w14:paraId="2960C1AD" w14:textId="77777777" w:rsidR="0023472F" w:rsidRDefault="00000000">
      <w:pPr>
        <w:pStyle w:val="Heading1"/>
      </w:pPr>
      <w:r>
        <w:rPr>
          <w:rFonts w:ascii="Times New Roman" w:hAnsi="Times New Roman"/>
        </w:rPr>
        <w:t>9.1 Introduction</w:t>
      </w:r>
    </w:p>
    <w:p w14:paraId="7FF2E15D" w14:textId="77777777" w:rsidR="0023472F" w:rsidRDefault="00000000">
      <w:r>
        <w:t>Begin with an engaging context, real-world example, short story, problem, or question. Explain why the chapter matters and connect it to previous learning.</w:t>
      </w:r>
    </w:p>
    <w:p w14:paraId="23BC981F" w14:textId="77777777" w:rsidR="0023472F" w:rsidRDefault="00000000">
      <w:pPr>
        <w:pStyle w:val="Heading1"/>
      </w:pPr>
      <w:r>
        <w:rPr>
          <w:rFonts w:ascii="Times New Roman" w:hAnsi="Times New Roman"/>
        </w:rPr>
        <w:t>9.2 Core Concept / Topic</w:t>
      </w:r>
    </w:p>
    <w:p w14:paraId="1524ABB7"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1C0F804A" w14:textId="77777777">
        <w:trPr>
          <w:jc w:val="center"/>
        </w:trPr>
        <w:tc>
          <w:tcPr>
            <w:tcW w:w="10080" w:type="dxa"/>
            <w:shd w:val="clear" w:color="auto" w:fill="E8F6F3"/>
            <w:tcMar>
              <w:top w:w="140" w:type="dxa"/>
              <w:left w:w="180" w:type="dxa"/>
              <w:bottom w:w="140" w:type="dxa"/>
              <w:right w:w="180" w:type="dxa"/>
            </w:tcMar>
          </w:tcPr>
          <w:p w14:paraId="3ADC45C6" w14:textId="77777777" w:rsidR="0023472F" w:rsidRDefault="00000000">
            <w:r>
              <w:rPr>
                <w:b/>
                <w:color w:val="17365D"/>
                <w:sz w:val="20"/>
              </w:rPr>
              <w:t>KEY TERM</w:t>
            </w:r>
          </w:p>
          <w:p w14:paraId="2F6DA2E9" w14:textId="77777777" w:rsidR="0023472F" w:rsidRDefault="00000000">
            <w:pPr>
              <w:spacing w:after="0"/>
            </w:pPr>
            <w:r>
              <w:rPr>
                <w:sz w:val="20"/>
              </w:rPr>
              <w:t>Term: Write a concise, student-friendly definition here.</w:t>
            </w:r>
          </w:p>
        </w:tc>
      </w:tr>
    </w:tbl>
    <w:p w14:paraId="19B960D7" w14:textId="77777777" w:rsidR="0023472F" w:rsidRDefault="0023472F"/>
    <w:p w14:paraId="77C4D64B" w14:textId="77777777" w:rsidR="0023472F" w:rsidRDefault="00000000">
      <w:pPr>
        <w:pStyle w:val="Heading1"/>
      </w:pPr>
      <w:r>
        <w:rPr>
          <w:rFonts w:ascii="Times New Roman" w:hAnsi="Times New Roman"/>
        </w:rPr>
        <w:t>9.3 Explanation and Worked Example</w:t>
      </w:r>
    </w:p>
    <w:p w14:paraId="555DF24E"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6CBF89C4" w14:textId="77777777">
        <w:trPr>
          <w:jc w:val="center"/>
        </w:trPr>
        <w:tc>
          <w:tcPr>
            <w:tcW w:w="3360" w:type="dxa"/>
            <w:shd w:val="clear" w:color="auto" w:fill="17365D"/>
          </w:tcPr>
          <w:p w14:paraId="10258C4E" w14:textId="77777777" w:rsidR="0023472F" w:rsidRDefault="00000000">
            <w:r>
              <w:rPr>
                <w:b/>
                <w:color w:val="FFFFFF"/>
                <w:sz w:val="20"/>
              </w:rPr>
              <w:t>Concept / Step</w:t>
            </w:r>
          </w:p>
        </w:tc>
        <w:tc>
          <w:tcPr>
            <w:tcW w:w="3360" w:type="dxa"/>
            <w:shd w:val="clear" w:color="auto" w:fill="17365D"/>
          </w:tcPr>
          <w:p w14:paraId="0B844A61" w14:textId="77777777" w:rsidR="0023472F" w:rsidRDefault="00000000">
            <w:r>
              <w:rPr>
                <w:b/>
                <w:color w:val="FFFFFF"/>
                <w:sz w:val="20"/>
              </w:rPr>
              <w:t>Explanation</w:t>
            </w:r>
          </w:p>
        </w:tc>
        <w:tc>
          <w:tcPr>
            <w:tcW w:w="3360" w:type="dxa"/>
            <w:shd w:val="clear" w:color="auto" w:fill="17365D"/>
          </w:tcPr>
          <w:p w14:paraId="6D262DFF" w14:textId="77777777" w:rsidR="0023472F" w:rsidRDefault="00000000">
            <w:r>
              <w:rPr>
                <w:b/>
                <w:color w:val="FFFFFF"/>
                <w:sz w:val="20"/>
              </w:rPr>
              <w:t>Example / Note</w:t>
            </w:r>
          </w:p>
        </w:tc>
      </w:tr>
      <w:tr w:rsidR="0023472F" w14:paraId="65F323A1" w14:textId="77777777">
        <w:trPr>
          <w:jc w:val="center"/>
        </w:trPr>
        <w:tc>
          <w:tcPr>
            <w:tcW w:w="3360" w:type="dxa"/>
          </w:tcPr>
          <w:p w14:paraId="0B152768" w14:textId="77777777" w:rsidR="0023472F" w:rsidRDefault="00000000">
            <w:r>
              <w:rPr>
                <w:sz w:val="20"/>
              </w:rPr>
              <w:t>Item 1</w:t>
            </w:r>
          </w:p>
        </w:tc>
        <w:tc>
          <w:tcPr>
            <w:tcW w:w="3360" w:type="dxa"/>
          </w:tcPr>
          <w:p w14:paraId="4595765B" w14:textId="77777777" w:rsidR="0023472F" w:rsidRDefault="00000000">
            <w:r>
              <w:rPr>
                <w:sz w:val="20"/>
              </w:rPr>
              <w:t>[Explanation]</w:t>
            </w:r>
          </w:p>
        </w:tc>
        <w:tc>
          <w:tcPr>
            <w:tcW w:w="3360" w:type="dxa"/>
          </w:tcPr>
          <w:p w14:paraId="11EA5608" w14:textId="77777777" w:rsidR="0023472F" w:rsidRDefault="00000000">
            <w:r>
              <w:rPr>
                <w:sz w:val="20"/>
              </w:rPr>
              <w:t>[Example]</w:t>
            </w:r>
          </w:p>
        </w:tc>
      </w:tr>
      <w:tr w:rsidR="0023472F" w14:paraId="5A700704" w14:textId="77777777">
        <w:trPr>
          <w:jc w:val="center"/>
        </w:trPr>
        <w:tc>
          <w:tcPr>
            <w:tcW w:w="3360" w:type="dxa"/>
          </w:tcPr>
          <w:p w14:paraId="3BAAD691" w14:textId="77777777" w:rsidR="0023472F" w:rsidRDefault="00000000">
            <w:r>
              <w:rPr>
                <w:sz w:val="20"/>
              </w:rPr>
              <w:t>Item 2</w:t>
            </w:r>
          </w:p>
        </w:tc>
        <w:tc>
          <w:tcPr>
            <w:tcW w:w="3360" w:type="dxa"/>
          </w:tcPr>
          <w:p w14:paraId="23F654EA" w14:textId="77777777" w:rsidR="0023472F" w:rsidRDefault="00000000">
            <w:r>
              <w:rPr>
                <w:sz w:val="20"/>
              </w:rPr>
              <w:t>[Explanation]</w:t>
            </w:r>
          </w:p>
        </w:tc>
        <w:tc>
          <w:tcPr>
            <w:tcW w:w="3360" w:type="dxa"/>
          </w:tcPr>
          <w:p w14:paraId="3C245F7D" w14:textId="77777777" w:rsidR="0023472F" w:rsidRDefault="00000000">
            <w:r>
              <w:rPr>
                <w:sz w:val="20"/>
              </w:rPr>
              <w:t>[Example]</w:t>
            </w:r>
          </w:p>
        </w:tc>
      </w:tr>
      <w:tr w:rsidR="0023472F" w14:paraId="43185C14" w14:textId="77777777">
        <w:trPr>
          <w:jc w:val="center"/>
        </w:trPr>
        <w:tc>
          <w:tcPr>
            <w:tcW w:w="3360" w:type="dxa"/>
          </w:tcPr>
          <w:p w14:paraId="16C9FEAB" w14:textId="77777777" w:rsidR="0023472F" w:rsidRDefault="00000000">
            <w:r>
              <w:rPr>
                <w:sz w:val="20"/>
              </w:rPr>
              <w:t>Item 3</w:t>
            </w:r>
          </w:p>
        </w:tc>
        <w:tc>
          <w:tcPr>
            <w:tcW w:w="3360" w:type="dxa"/>
          </w:tcPr>
          <w:p w14:paraId="5E3BB445" w14:textId="77777777" w:rsidR="0023472F" w:rsidRDefault="00000000">
            <w:r>
              <w:rPr>
                <w:sz w:val="20"/>
              </w:rPr>
              <w:t>[Explanation]</w:t>
            </w:r>
          </w:p>
        </w:tc>
        <w:tc>
          <w:tcPr>
            <w:tcW w:w="3360" w:type="dxa"/>
          </w:tcPr>
          <w:p w14:paraId="337FA637" w14:textId="77777777" w:rsidR="0023472F" w:rsidRDefault="00000000">
            <w:r>
              <w:rPr>
                <w:sz w:val="20"/>
              </w:rPr>
              <w:t>[Example]</w:t>
            </w:r>
          </w:p>
        </w:tc>
      </w:tr>
    </w:tbl>
    <w:p w14:paraId="18914BC7" w14:textId="77777777" w:rsidR="0023472F" w:rsidRDefault="0023472F"/>
    <w:tbl>
      <w:tblPr>
        <w:tblW w:w="0" w:type="auto"/>
        <w:jc w:val="center"/>
        <w:tblLook w:val="04A0" w:firstRow="1" w:lastRow="0" w:firstColumn="1" w:lastColumn="0" w:noHBand="0" w:noVBand="1"/>
      </w:tblPr>
      <w:tblGrid>
        <w:gridCol w:w="8280"/>
      </w:tblGrid>
      <w:tr w:rsidR="0023472F" w14:paraId="4C888E57" w14:textId="77777777">
        <w:trPr>
          <w:jc w:val="center"/>
        </w:trPr>
        <w:tc>
          <w:tcPr>
            <w:tcW w:w="10080" w:type="dxa"/>
            <w:shd w:val="clear" w:color="auto" w:fill="F2F2F2"/>
            <w:vAlign w:val="center"/>
          </w:tcPr>
          <w:p w14:paraId="1914C2F9"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2DC98F2D" w14:textId="77777777" w:rsidR="0023472F" w:rsidRDefault="00000000">
      <w:pPr>
        <w:pStyle w:val="CaptionText"/>
        <w:jc w:val="center"/>
      </w:pPr>
      <w:r>
        <w:t>Figure X.X  Descriptive caption</w:t>
      </w:r>
    </w:p>
    <w:p w14:paraId="28867695" w14:textId="77777777" w:rsidR="0023472F" w:rsidRDefault="00000000">
      <w:pPr>
        <w:pStyle w:val="Heading1"/>
      </w:pPr>
      <w:r>
        <w:rPr>
          <w:rFonts w:ascii="Times New Roman" w:hAnsi="Times New Roman"/>
        </w:rPr>
        <w:t>9.4 Application / Case Study</w:t>
      </w:r>
    </w:p>
    <w:tbl>
      <w:tblPr>
        <w:tblW w:w="0" w:type="auto"/>
        <w:jc w:val="center"/>
        <w:tblLook w:val="04A0" w:firstRow="1" w:lastRow="0" w:firstColumn="1" w:lastColumn="0" w:noHBand="0" w:noVBand="1"/>
      </w:tblPr>
      <w:tblGrid>
        <w:gridCol w:w="8424"/>
      </w:tblGrid>
      <w:tr w:rsidR="0023472F" w14:paraId="2B214BC7" w14:textId="77777777">
        <w:trPr>
          <w:jc w:val="center"/>
        </w:trPr>
        <w:tc>
          <w:tcPr>
            <w:tcW w:w="10080" w:type="dxa"/>
            <w:shd w:val="clear" w:color="auto" w:fill="FFF4D6"/>
            <w:tcMar>
              <w:top w:w="140" w:type="dxa"/>
              <w:left w:w="180" w:type="dxa"/>
              <w:bottom w:w="140" w:type="dxa"/>
              <w:right w:w="180" w:type="dxa"/>
            </w:tcMar>
          </w:tcPr>
          <w:p w14:paraId="498005AC" w14:textId="77777777" w:rsidR="0023472F" w:rsidRDefault="00000000">
            <w:r>
              <w:rPr>
                <w:b/>
                <w:color w:val="17365D"/>
                <w:sz w:val="20"/>
              </w:rPr>
              <w:t>CASE STUDY / REAL-WORLD APPLICATION</w:t>
            </w:r>
          </w:p>
          <w:p w14:paraId="4F6685A1" w14:textId="77777777" w:rsidR="0023472F" w:rsidRDefault="00000000">
            <w:pPr>
              <w:spacing w:after="0"/>
            </w:pPr>
            <w:r>
              <w:rPr>
                <w:sz w:val="20"/>
              </w:rPr>
              <w:t>Describe a practical situation. Add 2–3 discussion questions connecting the case to the chapter concepts.</w:t>
            </w:r>
          </w:p>
        </w:tc>
      </w:tr>
    </w:tbl>
    <w:p w14:paraId="3764E66A" w14:textId="77777777" w:rsidR="0023472F" w:rsidRDefault="0023472F"/>
    <w:p w14:paraId="34E8312C" w14:textId="77777777" w:rsidR="0023472F" w:rsidRDefault="00000000">
      <w:pPr>
        <w:pStyle w:val="Heading1"/>
      </w:pPr>
      <w:r>
        <w:rPr>
          <w:rFonts w:ascii="Times New Roman" w:hAnsi="Times New Roman"/>
        </w:rPr>
        <w:t>9.5 Chapter Summary</w:t>
      </w:r>
    </w:p>
    <w:p w14:paraId="4AB33575" w14:textId="77777777" w:rsidR="0023472F" w:rsidRDefault="00000000">
      <w:pPr>
        <w:pStyle w:val="ListBullet"/>
      </w:pPr>
      <w:r>
        <w:t>Main idea or principle 1</w:t>
      </w:r>
    </w:p>
    <w:p w14:paraId="5816A67D" w14:textId="77777777" w:rsidR="0023472F" w:rsidRDefault="00000000">
      <w:pPr>
        <w:pStyle w:val="ListBullet"/>
      </w:pPr>
      <w:r>
        <w:t>Main idea or principle 2</w:t>
      </w:r>
    </w:p>
    <w:p w14:paraId="77FDF335" w14:textId="77777777" w:rsidR="0023472F" w:rsidRDefault="00000000">
      <w:pPr>
        <w:pStyle w:val="ListBullet"/>
      </w:pPr>
      <w:r>
        <w:t>Important relationship / formula / process</w:t>
      </w:r>
    </w:p>
    <w:p w14:paraId="64682460" w14:textId="77777777" w:rsidR="0023472F" w:rsidRDefault="00000000">
      <w:pPr>
        <w:pStyle w:val="ListBullet"/>
      </w:pPr>
      <w:r>
        <w:t>Practical implication or application</w:t>
      </w:r>
    </w:p>
    <w:p w14:paraId="0A4854EA" w14:textId="77777777" w:rsidR="0023472F" w:rsidRDefault="00000000">
      <w:pPr>
        <w:pStyle w:val="Heading2"/>
      </w:pPr>
      <w:r>
        <w:rPr>
          <w:rFonts w:ascii="Times New Roman" w:hAnsi="Times New Roman"/>
        </w:rPr>
        <w:t>Quick Review</w:t>
      </w:r>
    </w:p>
    <w:p w14:paraId="13EE46EA" w14:textId="77777777" w:rsidR="0023472F" w:rsidRDefault="00000000">
      <w:r>
        <w:t>1. [Short-answer review question]</w:t>
      </w:r>
    </w:p>
    <w:p w14:paraId="3723316F" w14:textId="77777777" w:rsidR="0023472F" w:rsidRDefault="00000000">
      <w:r>
        <w:t>2. [Short-answer review question]</w:t>
      </w:r>
    </w:p>
    <w:p w14:paraId="5C2C5287" w14:textId="77777777" w:rsidR="0023472F" w:rsidRDefault="00000000">
      <w:r>
        <w:t>3. [Short-answer review question]</w:t>
      </w:r>
    </w:p>
    <w:p w14:paraId="2B66F1C4" w14:textId="77777777" w:rsidR="0023472F" w:rsidRDefault="00000000">
      <w:pPr>
        <w:pStyle w:val="Heading2"/>
      </w:pPr>
      <w:r>
        <w:rPr>
          <w:rFonts w:ascii="Times New Roman" w:hAnsi="Times New Roman"/>
        </w:rPr>
        <w:t>Exercises &amp; Assessment</w:t>
      </w:r>
    </w:p>
    <w:p w14:paraId="2755B52F" w14:textId="77777777" w:rsidR="0023472F" w:rsidRDefault="00000000">
      <w:pPr>
        <w:pStyle w:val="Heading3"/>
      </w:pPr>
      <w:r>
        <w:rPr>
          <w:rFonts w:ascii="Times New Roman" w:hAnsi="Times New Roman"/>
        </w:rPr>
        <w:t>A. Multiple Choice Questions</w:t>
      </w:r>
    </w:p>
    <w:p w14:paraId="1E14A2C5" w14:textId="77777777" w:rsidR="0023472F" w:rsidRDefault="00000000">
      <w:r>
        <w:t>1. [Question]   (a) Option A   (b) Option B   (c) Option C   (d) Option D</w:t>
      </w:r>
    </w:p>
    <w:p w14:paraId="18B5191D" w14:textId="77777777" w:rsidR="0023472F" w:rsidRDefault="00000000">
      <w:pPr>
        <w:pStyle w:val="Heading3"/>
      </w:pPr>
      <w:r>
        <w:rPr>
          <w:rFonts w:ascii="Times New Roman" w:hAnsi="Times New Roman"/>
        </w:rPr>
        <w:t>B. Short Answer Questions</w:t>
      </w:r>
    </w:p>
    <w:p w14:paraId="76913431" w14:textId="77777777" w:rsidR="0023472F" w:rsidRDefault="00000000">
      <w:r>
        <w:t>1. [Question]</w:t>
      </w:r>
      <w:r>
        <w:br/>
        <w:t>2. [Question]</w:t>
      </w:r>
    </w:p>
    <w:p w14:paraId="3B8C20A8" w14:textId="77777777" w:rsidR="0023472F" w:rsidRDefault="00000000">
      <w:pPr>
        <w:pStyle w:val="Heading3"/>
      </w:pPr>
      <w:r>
        <w:rPr>
          <w:rFonts w:ascii="Times New Roman" w:hAnsi="Times New Roman"/>
        </w:rPr>
        <w:t>C. Long Answer / Analytical Questions</w:t>
      </w:r>
    </w:p>
    <w:p w14:paraId="09CD9364" w14:textId="77777777" w:rsidR="0023472F" w:rsidRDefault="00000000">
      <w:r>
        <w:t>1. [Question]</w:t>
      </w:r>
      <w:r>
        <w:br/>
        <w:t>2. [Question]</w:t>
      </w:r>
    </w:p>
    <w:p w14:paraId="2E9C2C4F" w14:textId="77777777" w:rsidR="0023472F" w:rsidRDefault="00000000">
      <w:pPr>
        <w:pStyle w:val="Heading3"/>
      </w:pPr>
      <w:r>
        <w:rPr>
          <w:rFonts w:ascii="Times New Roman" w:hAnsi="Times New Roman"/>
        </w:rPr>
        <w:t>D. Activity / Assignment</w:t>
      </w:r>
    </w:p>
    <w:p w14:paraId="385CA964" w14:textId="77777777" w:rsidR="0023472F" w:rsidRDefault="00000000">
      <w:r>
        <w:t>[Mini-project, laboratory activity, field task, coding exercise, data interpretation, or reflective assignment.]</w:t>
      </w:r>
    </w:p>
    <w:p w14:paraId="55DB413C" w14:textId="77777777" w:rsidR="0023472F" w:rsidRDefault="00000000">
      <w:pPr>
        <w:pStyle w:val="Heading2"/>
      </w:pPr>
      <w:r>
        <w:rPr>
          <w:rFonts w:ascii="Times New Roman" w:hAnsi="Times New Roman"/>
        </w:rPr>
        <w:lastRenderedPageBreak/>
        <w:t>Further Reading</w:t>
      </w:r>
    </w:p>
    <w:p w14:paraId="576287D1" w14:textId="77777777" w:rsidR="0023472F" w:rsidRDefault="00000000">
      <w:r>
        <w:t>[Add 3–5 recommended books, articles, standards, websites, or learning resources.]</w:t>
      </w:r>
    </w:p>
    <w:p w14:paraId="7A0141C7" w14:textId="77777777" w:rsidR="0023472F" w:rsidRDefault="00000000">
      <w:r>
        <w:br w:type="page"/>
      </w:r>
    </w:p>
    <w:p w14:paraId="1D455BDE" w14:textId="77777777" w:rsidR="0023472F" w:rsidRDefault="00000000">
      <w:pPr>
        <w:pStyle w:val="ChapterNumber"/>
      </w:pPr>
      <w:r>
        <w:lastRenderedPageBreak/>
        <w:t>CHAPTER 10</w:t>
      </w:r>
    </w:p>
    <w:p w14:paraId="08E20EC5" w14:textId="77777777" w:rsidR="0023472F" w:rsidRDefault="00000000">
      <w:pPr>
        <w:pStyle w:val="ChapterTitle"/>
        <w:pBdr>
          <w:bottom w:val="single" w:sz="24" w:space="1" w:color="00A6A6"/>
        </w:pBdr>
      </w:pPr>
      <w:r>
        <w:t>[Chapter 10 Title]</w:t>
      </w:r>
    </w:p>
    <w:p w14:paraId="635D5B1B"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69CFCF75" w14:textId="77777777">
        <w:trPr>
          <w:jc w:val="center"/>
        </w:trPr>
        <w:tc>
          <w:tcPr>
            <w:tcW w:w="10080" w:type="dxa"/>
            <w:shd w:val="clear" w:color="auto" w:fill="EAF2F8"/>
            <w:tcMar>
              <w:top w:w="140" w:type="dxa"/>
              <w:left w:w="180" w:type="dxa"/>
              <w:bottom w:w="140" w:type="dxa"/>
              <w:right w:w="180" w:type="dxa"/>
            </w:tcMar>
          </w:tcPr>
          <w:p w14:paraId="0F7CF5DA" w14:textId="77777777" w:rsidR="0023472F" w:rsidRDefault="00000000">
            <w:r>
              <w:rPr>
                <w:b/>
                <w:color w:val="17365D"/>
                <w:sz w:val="20"/>
              </w:rPr>
              <w:t>Learning Objectives</w:t>
            </w:r>
          </w:p>
          <w:p w14:paraId="47F053E8" w14:textId="77777777" w:rsidR="0023472F" w:rsidRDefault="00000000">
            <w:pPr>
              <w:spacing w:after="0"/>
            </w:pPr>
            <w:r>
              <w:rPr>
                <w:sz w:val="20"/>
              </w:rPr>
              <w:t>After completing Chapter 10,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6456B616" w14:textId="77777777" w:rsidR="0023472F" w:rsidRDefault="0023472F"/>
    <w:p w14:paraId="6D944A1F" w14:textId="77777777" w:rsidR="0023472F" w:rsidRDefault="00000000">
      <w:pPr>
        <w:pStyle w:val="Heading1"/>
      </w:pPr>
      <w:r>
        <w:rPr>
          <w:rFonts w:ascii="Times New Roman" w:hAnsi="Times New Roman"/>
        </w:rPr>
        <w:t>10.1 Introduction</w:t>
      </w:r>
    </w:p>
    <w:p w14:paraId="6CEC892F" w14:textId="77777777" w:rsidR="0023472F" w:rsidRDefault="00000000">
      <w:r>
        <w:t>Begin with an engaging context, real-world example, short story, problem, or question. Explain why the chapter matters and connect it to previous learning.</w:t>
      </w:r>
    </w:p>
    <w:p w14:paraId="4957CF14" w14:textId="77777777" w:rsidR="0023472F" w:rsidRDefault="00000000">
      <w:pPr>
        <w:pStyle w:val="Heading1"/>
      </w:pPr>
      <w:r>
        <w:rPr>
          <w:rFonts w:ascii="Times New Roman" w:hAnsi="Times New Roman"/>
        </w:rPr>
        <w:t>10.2 Core Concept / Topic</w:t>
      </w:r>
    </w:p>
    <w:p w14:paraId="48B0079C"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4370C3F6" w14:textId="77777777">
        <w:trPr>
          <w:jc w:val="center"/>
        </w:trPr>
        <w:tc>
          <w:tcPr>
            <w:tcW w:w="10080" w:type="dxa"/>
            <w:shd w:val="clear" w:color="auto" w:fill="E8F6F3"/>
            <w:tcMar>
              <w:top w:w="140" w:type="dxa"/>
              <w:left w:w="180" w:type="dxa"/>
              <w:bottom w:w="140" w:type="dxa"/>
              <w:right w:w="180" w:type="dxa"/>
            </w:tcMar>
          </w:tcPr>
          <w:p w14:paraId="2420C13E" w14:textId="77777777" w:rsidR="0023472F" w:rsidRDefault="00000000">
            <w:r>
              <w:rPr>
                <w:b/>
                <w:color w:val="17365D"/>
                <w:sz w:val="20"/>
              </w:rPr>
              <w:t>KEY TERM</w:t>
            </w:r>
          </w:p>
          <w:p w14:paraId="17A22BA3" w14:textId="77777777" w:rsidR="0023472F" w:rsidRDefault="00000000">
            <w:pPr>
              <w:spacing w:after="0"/>
            </w:pPr>
            <w:r>
              <w:rPr>
                <w:sz w:val="20"/>
              </w:rPr>
              <w:t>Term: Write a concise, student-friendly definition here.</w:t>
            </w:r>
          </w:p>
        </w:tc>
      </w:tr>
    </w:tbl>
    <w:p w14:paraId="581A939A" w14:textId="77777777" w:rsidR="0023472F" w:rsidRDefault="0023472F"/>
    <w:p w14:paraId="0E9D4F9E" w14:textId="77777777" w:rsidR="0023472F" w:rsidRDefault="00000000">
      <w:pPr>
        <w:pStyle w:val="Heading1"/>
      </w:pPr>
      <w:r>
        <w:rPr>
          <w:rFonts w:ascii="Times New Roman" w:hAnsi="Times New Roman"/>
        </w:rPr>
        <w:t>10.3 Explanation and Worked Example</w:t>
      </w:r>
    </w:p>
    <w:p w14:paraId="44041D9D"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1557E67E" w14:textId="77777777">
        <w:trPr>
          <w:jc w:val="center"/>
        </w:trPr>
        <w:tc>
          <w:tcPr>
            <w:tcW w:w="3360" w:type="dxa"/>
            <w:shd w:val="clear" w:color="auto" w:fill="17365D"/>
          </w:tcPr>
          <w:p w14:paraId="6CF0F93B" w14:textId="77777777" w:rsidR="0023472F" w:rsidRDefault="00000000">
            <w:r>
              <w:rPr>
                <w:b/>
                <w:color w:val="FFFFFF"/>
                <w:sz w:val="20"/>
              </w:rPr>
              <w:t>Concept / Step</w:t>
            </w:r>
          </w:p>
        </w:tc>
        <w:tc>
          <w:tcPr>
            <w:tcW w:w="3360" w:type="dxa"/>
            <w:shd w:val="clear" w:color="auto" w:fill="17365D"/>
          </w:tcPr>
          <w:p w14:paraId="73964D88" w14:textId="77777777" w:rsidR="0023472F" w:rsidRDefault="00000000">
            <w:r>
              <w:rPr>
                <w:b/>
                <w:color w:val="FFFFFF"/>
                <w:sz w:val="20"/>
              </w:rPr>
              <w:t>Explanation</w:t>
            </w:r>
          </w:p>
        </w:tc>
        <w:tc>
          <w:tcPr>
            <w:tcW w:w="3360" w:type="dxa"/>
            <w:shd w:val="clear" w:color="auto" w:fill="17365D"/>
          </w:tcPr>
          <w:p w14:paraId="68295968" w14:textId="77777777" w:rsidR="0023472F" w:rsidRDefault="00000000">
            <w:r>
              <w:rPr>
                <w:b/>
                <w:color w:val="FFFFFF"/>
                <w:sz w:val="20"/>
              </w:rPr>
              <w:t>Example / Note</w:t>
            </w:r>
          </w:p>
        </w:tc>
      </w:tr>
      <w:tr w:rsidR="0023472F" w14:paraId="5C74104B" w14:textId="77777777">
        <w:trPr>
          <w:jc w:val="center"/>
        </w:trPr>
        <w:tc>
          <w:tcPr>
            <w:tcW w:w="3360" w:type="dxa"/>
          </w:tcPr>
          <w:p w14:paraId="68321EFA" w14:textId="77777777" w:rsidR="0023472F" w:rsidRDefault="00000000">
            <w:r>
              <w:rPr>
                <w:sz w:val="20"/>
              </w:rPr>
              <w:t>Item 1</w:t>
            </w:r>
          </w:p>
        </w:tc>
        <w:tc>
          <w:tcPr>
            <w:tcW w:w="3360" w:type="dxa"/>
          </w:tcPr>
          <w:p w14:paraId="65DB474B" w14:textId="77777777" w:rsidR="0023472F" w:rsidRDefault="00000000">
            <w:r>
              <w:rPr>
                <w:sz w:val="20"/>
              </w:rPr>
              <w:t>[Explanation]</w:t>
            </w:r>
          </w:p>
        </w:tc>
        <w:tc>
          <w:tcPr>
            <w:tcW w:w="3360" w:type="dxa"/>
          </w:tcPr>
          <w:p w14:paraId="284AE65C" w14:textId="77777777" w:rsidR="0023472F" w:rsidRDefault="00000000">
            <w:r>
              <w:rPr>
                <w:sz w:val="20"/>
              </w:rPr>
              <w:t>[Example]</w:t>
            </w:r>
          </w:p>
        </w:tc>
      </w:tr>
      <w:tr w:rsidR="0023472F" w14:paraId="087330EA" w14:textId="77777777">
        <w:trPr>
          <w:jc w:val="center"/>
        </w:trPr>
        <w:tc>
          <w:tcPr>
            <w:tcW w:w="3360" w:type="dxa"/>
          </w:tcPr>
          <w:p w14:paraId="6BA1E1EA" w14:textId="77777777" w:rsidR="0023472F" w:rsidRDefault="00000000">
            <w:r>
              <w:rPr>
                <w:sz w:val="20"/>
              </w:rPr>
              <w:t>Item 2</w:t>
            </w:r>
          </w:p>
        </w:tc>
        <w:tc>
          <w:tcPr>
            <w:tcW w:w="3360" w:type="dxa"/>
          </w:tcPr>
          <w:p w14:paraId="3C64B197" w14:textId="77777777" w:rsidR="0023472F" w:rsidRDefault="00000000">
            <w:r>
              <w:rPr>
                <w:sz w:val="20"/>
              </w:rPr>
              <w:t>[Explanation]</w:t>
            </w:r>
          </w:p>
        </w:tc>
        <w:tc>
          <w:tcPr>
            <w:tcW w:w="3360" w:type="dxa"/>
          </w:tcPr>
          <w:p w14:paraId="7DFDB0C3" w14:textId="77777777" w:rsidR="0023472F" w:rsidRDefault="00000000">
            <w:r>
              <w:rPr>
                <w:sz w:val="20"/>
              </w:rPr>
              <w:t>[Example]</w:t>
            </w:r>
          </w:p>
        </w:tc>
      </w:tr>
      <w:tr w:rsidR="0023472F" w14:paraId="42B4936C" w14:textId="77777777">
        <w:trPr>
          <w:jc w:val="center"/>
        </w:trPr>
        <w:tc>
          <w:tcPr>
            <w:tcW w:w="3360" w:type="dxa"/>
          </w:tcPr>
          <w:p w14:paraId="46282F17" w14:textId="77777777" w:rsidR="0023472F" w:rsidRDefault="00000000">
            <w:r>
              <w:rPr>
                <w:sz w:val="20"/>
              </w:rPr>
              <w:t>Item 3</w:t>
            </w:r>
          </w:p>
        </w:tc>
        <w:tc>
          <w:tcPr>
            <w:tcW w:w="3360" w:type="dxa"/>
          </w:tcPr>
          <w:p w14:paraId="0EA35409" w14:textId="77777777" w:rsidR="0023472F" w:rsidRDefault="00000000">
            <w:r>
              <w:rPr>
                <w:sz w:val="20"/>
              </w:rPr>
              <w:t>[Explanation]</w:t>
            </w:r>
          </w:p>
        </w:tc>
        <w:tc>
          <w:tcPr>
            <w:tcW w:w="3360" w:type="dxa"/>
          </w:tcPr>
          <w:p w14:paraId="2ADB861B" w14:textId="77777777" w:rsidR="0023472F" w:rsidRDefault="00000000">
            <w:r>
              <w:rPr>
                <w:sz w:val="20"/>
              </w:rPr>
              <w:t>[Example]</w:t>
            </w:r>
          </w:p>
        </w:tc>
      </w:tr>
    </w:tbl>
    <w:p w14:paraId="2488795E" w14:textId="77777777" w:rsidR="0023472F" w:rsidRDefault="0023472F"/>
    <w:tbl>
      <w:tblPr>
        <w:tblW w:w="0" w:type="auto"/>
        <w:jc w:val="center"/>
        <w:tblLook w:val="04A0" w:firstRow="1" w:lastRow="0" w:firstColumn="1" w:lastColumn="0" w:noHBand="0" w:noVBand="1"/>
      </w:tblPr>
      <w:tblGrid>
        <w:gridCol w:w="8280"/>
      </w:tblGrid>
      <w:tr w:rsidR="0023472F" w14:paraId="26FADD3C" w14:textId="77777777">
        <w:trPr>
          <w:jc w:val="center"/>
        </w:trPr>
        <w:tc>
          <w:tcPr>
            <w:tcW w:w="10080" w:type="dxa"/>
            <w:shd w:val="clear" w:color="auto" w:fill="F2F2F2"/>
            <w:vAlign w:val="center"/>
          </w:tcPr>
          <w:p w14:paraId="22A4CA8A"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01061D1E" w14:textId="77777777" w:rsidR="0023472F" w:rsidRDefault="00000000">
      <w:pPr>
        <w:pStyle w:val="CaptionText"/>
        <w:jc w:val="center"/>
      </w:pPr>
      <w:r>
        <w:t>Figure X.X  Descriptive caption</w:t>
      </w:r>
    </w:p>
    <w:p w14:paraId="6297C4F7" w14:textId="77777777" w:rsidR="0023472F" w:rsidRDefault="00000000">
      <w:pPr>
        <w:pStyle w:val="Heading1"/>
      </w:pPr>
      <w:r>
        <w:rPr>
          <w:rFonts w:ascii="Times New Roman" w:hAnsi="Times New Roman"/>
        </w:rPr>
        <w:t>10.4 Application / Case Study</w:t>
      </w:r>
    </w:p>
    <w:tbl>
      <w:tblPr>
        <w:tblW w:w="0" w:type="auto"/>
        <w:jc w:val="center"/>
        <w:tblLook w:val="04A0" w:firstRow="1" w:lastRow="0" w:firstColumn="1" w:lastColumn="0" w:noHBand="0" w:noVBand="1"/>
      </w:tblPr>
      <w:tblGrid>
        <w:gridCol w:w="8424"/>
      </w:tblGrid>
      <w:tr w:rsidR="0023472F" w14:paraId="6586CACA" w14:textId="77777777">
        <w:trPr>
          <w:jc w:val="center"/>
        </w:trPr>
        <w:tc>
          <w:tcPr>
            <w:tcW w:w="10080" w:type="dxa"/>
            <w:shd w:val="clear" w:color="auto" w:fill="FFF4D6"/>
            <w:tcMar>
              <w:top w:w="140" w:type="dxa"/>
              <w:left w:w="180" w:type="dxa"/>
              <w:bottom w:w="140" w:type="dxa"/>
              <w:right w:w="180" w:type="dxa"/>
            </w:tcMar>
          </w:tcPr>
          <w:p w14:paraId="736C12FE" w14:textId="77777777" w:rsidR="0023472F" w:rsidRDefault="00000000">
            <w:r>
              <w:rPr>
                <w:b/>
                <w:color w:val="17365D"/>
                <w:sz w:val="20"/>
              </w:rPr>
              <w:t>CASE STUDY / REAL-WORLD APPLICATION</w:t>
            </w:r>
          </w:p>
          <w:p w14:paraId="142188B9" w14:textId="77777777" w:rsidR="0023472F" w:rsidRDefault="00000000">
            <w:pPr>
              <w:spacing w:after="0"/>
            </w:pPr>
            <w:r>
              <w:rPr>
                <w:sz w:val="20"/>
              </w:rPr>
              <w:t>Describe a practical situation. Add 2–3 discussion questions connecting the case to the chapter concepts.</w:t>
            </w:r>
          </w:p>
        </w:tc>
      </w:tr>
    </w:tbl>
    <w:p w14:paraId="7F1EA050" w14:textId="77777777" w:rsidR="0023472F" w:rsidRDefault="0023472F"/>
    <w:p w14:paraId="54F923B5" w14:textId="77777777" w:rsidR="0023472F" w:rsidRDefault="00000000">
      <w:pPr>
        <w:pStyle w:val="Heading1"/>
      </w:pPr>
      <w:r>
        <w:rPr>
          <w:rFonts w:ascii="Times New Roman" w:hAnsi="Times New Roman"/>
        </w:rPr>
        <w:t>10.5 Chapter Summary</w:t>
      </w:r>
    </w:p>
    <w:p w14:paraId="74DBC053" w14:textId="77777777" w:rsidR="0023472F" w:rsidRDefault="00000000">
      <w:pPr>
        <w:pStyle w:val="ListBullet"/>
      </w:pPr>
      <w:r>
        <w:t>Main idea or principle 1</w:t>
      </w:r>
    </w:p>
    <w:p w14:paraId="2D6E2DBC" w14:textId="77777777" w:rsidR="0023472F" w:rsidRDefault="00000000">
      <w:pPr>
        <w:pStyle w:val="ListBullet"/>
      </w:pPr>
      <w:r>
        <w:t>Main idea or principle 2</w:t>
      </w:r>
    </w:p>
    <w:p w14:paraId="76DD4941" w14:textId="77777777" w:rsidR="0023472F" w:rsidRDefault="00000000">
      <w:pPr>
        <w:pStyle w:val="ListBullet"/>
      </w:pPr>
      <w:r>
        <w:t>Important relationship / formula / process</w:t>
      </w:r>
    </w:p>
    <w:p w14:paraId="22503927" w14:textId="77777777" w:rsidR="0023472F" w:rsidRDefault="00000000">
      <w:pPr>
        <w:pStyle w:val="ListBullet"/>
      </w:pPr>
      <w:r>
        <w:t>Practical implication or application</w:t>
      </w:r>
    </w:p>
    <w:p w14:paraId="7AAD4E6D" w14:textId="77777777" w:rsidR="0023472F" w:rsidRDefault="00000000">
      <w:pPr>
        <w:pStyle w:val="Heading2"/>
      </w:pPr>
      <w:r>
        <w:rPr>
          <w:rFonts w:ascii="Times New Roman" w:hAnsi="Times New Roman"/>
        </w:rPr>
        <w:t>Quick Review</w:t>
      </w:r>
    </w:p>
    <w:p w14:paraId="65A6B3D1" w14:textId="77777777" w:rsidR="0023472F" w:rsidRDefault="00000000">
      <w:r>
        <w:t>1. [Short-answer review question]</w:t>
      </w:r>
    </w:p>
    <w:p w14:paraId="474D3B75" w14:textId="77777777" w:rsidR="0023472F" w:rsidRDefault="00000000">
      <w:r>
        <w:t>2. [Short-answer review question]</w:t>
      </w:r>
    </w:p>
    <w:p w14:paraId="78EECBDF" w14:textId="77777777" w:rsidR="0023472F" w:rsidRDefault="00000000">
      <w:r>
        <w:t>3. [Short-answer review question]</w:t>
      </w:r>
    </w:p>
    <w:p w14:paraId="7C101814" w14:textId="77777777" w:rsidR="0023472F" w:rsidRDefault="00000000">
      <w:pPr>
        <w:pStyle w:val="Heading2"/>
      </w:pPr>
      <w:r>
        <w:rPr>
          <w:rFonts w:ascii="Times New Roman" w:hAnsi="Times New Roman"/>
        </w:rPr>
        <w:t>Exercises &amp; Assessment</w:t>
      </w:r>
    </w:p>
    <w:p w14:paraId="1078B107" w14:textId="77777777" w:rsidR="0023472F" w:rsidRDefault="00000000">
      <w:pPr>
        <w:pStyle w:val="Heading3"/>
      </w:pPr>
      <w:r>
        <w:rPr>
          <w:rFonts w:ascii="Times New Roman" w:hAnsi="Times New Roman"/>
        </w:rPr>
        <w:t>A. Multiple Choice Questions</w:t>
      </w:r>
    </w:p>
    <w:p w14:paraId="012C1377" w14:textId="77777777" w:rsidR="0023472F" w:rsidRDefault="00000000">
      <w:r>
        <w:t>1. [Question]   (a) Option A   (b) Option B   (c) Option C   (d) Option D</w:t>
      </w:r>
    </w:p>
    <w:p w14:paraId="12F37F5F" w14:textId="77777777" w:rsidR="0023472F" w:rsidRDefault="00000000">
      <w:pPr>
        <w:pStyle w:val="Heading3"/>
      </w:pPr>
      <w:r>
        <w:rPr>
          <w:rFonts w:ascii="Times New Roman" w:hAnsi="Times New Roman"/>
        </w:rPr>
        <w:t>B. Short Answer Questions</w:t>
      </w:r>
    </w:p>
    <w:p w14:paraId="226A0966" w14:textId="77777777" w:rsidR="0023472F" w:rsidRDefault="00000000">
      <w:r>
        <w:t>1. [Question]</w:t>
      </w:r>
      <w:r>
        <w:br/>
        <w:t>2. [Question]</w:t>
      </w:r>
    </w:p>
    <w:p w14:paraId="58F761A3" w14:textId="77777777" w:rsidR="0023472F" w:rsidRDefault="00000000">
      <w:pPr>
        <w:pStyle w:val="Heading3"/>
      </w:pPr>
      <w:r>
        <w:rPr>
          <w:rFonts w:ascii="Times New Roman" w:hAnsi="Times New Roman"/>
        </w:rPr>
        <w:t>C. Long Answer / Analytical Questions</w:t>
      </w:r>
    </w:p>
    <w:p w14:paraId="256988AA" w14:textId="77777777" w:rsidR="0023472F" w:rsidRDefault="00000000">
      <w:r>
        <w:t>1. [Question]</w:t>
      </w:r>
      <w:r>
        <w:br/>
        <w:t>2. [Question]</w:t>
      </w:r>
    </w:p>
    <w:p w14:paraId="5CACA6D7" w14:textId="77777777" w:rsidR="0023472F" w:rsidRDefault="00000000">
      <w:pPr>
        <w:pStyle w:val="Heading3"/>
      </w:pPr>
      <w:r>
        <w:rPr>
          <w:rFonts w:ascii="Times New Roman" w:hAnsi="Times New Roman"/>
        </w:rPr>
        <w:t>D. Activity / Assignment</w:t>
      </w:r>
    </w:p>
    <w:p w14:paraId="66897213" w14:textId="77777777" w:rsidR="0023472F" w:rsidRDefault="00000000">
      <w:r>
        <w:t>[Mini-project, laboratory activity, field task, coding exercise, data interpretation, or reflective assignment.]</w:t>
      </w:r>
    </w:p>
    <w:p w14:paraId="41EA394A" w14:textId="77777777" w:rsidR="0023472F" w:rsidRDefault="00000000">
      <w:pPr>
        <w:pStyle w:val="Heading2"/>
      </w:pPr>
      <w:r>
        <w:rPr>
          <w:rFonts w:ascii="Times New Roman" w:hAnsi="Times New Roman"/>
        </w:rPr>
        <w:lastRenderedPageBreak/>
        <w:t>Further Reading</w:t>
      </w:r>
    </w:p>
    <w:p w14:paraId="51A4A56C" w14:textId="77777777" w:rsidR="0023472F" w:rsidRDefault="00000000">
      <w:r>
        <w:t>[Add 3–5 recommended books, articles, standards, websites, or learning resources.]</w:t>
      </w:r>
    </w:p>
    <w:p w14:paraId="346AFC66" w14:textId="77777777" w:rsidR="0023472F" w:rsidRDefault="00000000">
      <w:r>
        <w:br w:type="page"/>
      </w:r>
    </w:p>
    <w:p w14:paraId="07619892" w14:textId="77777777" w:rsidR="0023472F" w:rsidRDefault="00000000">
      <w:pPr>
        <w:pStyle w:val="ChapterNumber"/>
      </w:pPr>
      <w:r>
        <w:lastRenderedPageBreak/>
        <w:t>CHAPTER 11</w:t>
      </w:r>
    </w:p>
    <w:p w14:paraId="4626BF67" w14:textId="77777777" w:rsidR="0023472F" w:rsidRDefault="00000000">
      <w:pPr>
        <w:pStyle w:val="ChapterTitle"/>
        <w:pBdr>
          <w:bottom w:val="single" w:sz="24" w:space="1" w:color="00A6A6"/>
        </w:pBdr>
      </w:pPr>
      <w:r>
        <w:t>[Chapter 11 Title]</w:t>
      </w:r>
    </w:p>
    <w:p w14:paraId="5789AC42"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2CD728E4" w14:textId="77777777">
        <w:trPr>
          <w:jc w:val="center"/>
        </w:trPr>
        <w:tc>
          <w:tcPr>
            <w:tcW w:w="10080" w:type="dxa"/>
            <w:shd w:val="clear" w:color="auto" w:fill="EAF2F8"/>
            <w:tcMar>
              <w:top w:w="140" w:type="dxa"/>
              <w:left w:w="180" w:type="dxa"/>
              <w:bottom w:w="140" w:type="dxa"/>
              <w:right w:w="180" w:type="dxa"/>
            </w:tcMar>
          </w:tcPr>
          <w:p w14:paraId="57A231A6" w14:textId="77777777" w:rsidR="0023472F" w:rsidRDefault="00000000">
            <w:r>
              <w:rPr>
                <w:b/>
                <w:color w:val="17365D"/>
                <w:sz w:val="20"/>
              </w:rPr>
              <w:t>Learning Objectives</w:t>
            </w:r>
          </w:p>
          <w:p w14:paraId="045786B3" w14:textId="77777777" w:rsidR="0023472F" w:rsidRDefault="00000000">
            <w:pPr>
              <w:spacing w:after="0"/>
            </w:pPr>
            <w:r>
              <w:rPr>
                <w:sz w:val="20"/>
              </w:rPr>
              <w:t>After completing Chapter 11,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55487E94" w14:textId="77777777" w:rsidR="0023472F" w:rsidRDefault="0023472F"/>
    <w:p w14:paraId="592CE61B" w14:textId="77777777" w:rsidR="0023472F" w:rsidRDefault="00000000">
      <w:pPr>
        <w:pStyle w:val="Heading1"/>
      </w:pPr>
      <w:r>
        <w:rPr>
          <w:rFonts w:ascii="Times New Roman" w:hAnsi="Times New Roman"/>
        </w:rPr>
        <w:t>11.1 Introduction</w:t>
      </w:r>
    </w:p>
    <w:p w14:paraId="2A847AB1" w14:textId="77777777" w:rsidR="0023472F" w:rsidRDefault="00000000">
      <w:r>
        <w:t>Begin with an engaging context, real-world example, short story, problem, or question. Explain why the chapter matters and connect it to previous learning.</w:t>
      </w:r>
    </w:p>
    <w:p w14:paraId="3763ACD2" w14:textId="77777777" w:rsidR="0023472F" w:rsidRDefault="00000000">
      <w:pPr>
        <w:pStyle w:val="Heading1"/>
      </w:pPr>
      <w:r>
        <w:rPr>
          <w:rFonts w:ascii="Times New Roman" w:hAnsi="Times New Roman"/>
        </w:rPr>
        <w:t>11.2 Core Concept / Topic</w:t>
      </w:r>
    </w:p>
    <w:p w14:paraId="05E9C9F0"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55497EF7" w14:textId="77777777">
        <w:trPr>
          <w:jc w:val="center"/>
        </w:trPr>
        <w:tc>
          <w:tcPr>
            <w:tcW w:w="10080" w:type="dxa"/>
            <w:shd w:val="clear" w:color="auto" w:fill="E8F6F3"/>
            <w:tcMar>
              <w:top w:w="140" w:type="dxa"/>
              <w:left w:w="180" w:type="dxa"/>
              <w:bottom w:w="140" w:type="dxa"/>
              <w:right w:w="180" w:type="dxa"/>
            </w:tcMar>
          </w:tcPr>
          <w:p w14:paraId="74F4A0E6" w14:textId="77777777" w:rsidR="0023472F" w:rsidRDefault="00000000">
            <w:r>
              <w:rPr>
                <w:b/>
                <w:color w:val="17365D"/>
                <w:sz w:val="20"/>
              </w:rPr>
              <w:t>KEY TERM</w:t>
            </w:r>
          </w:p>
          <w:p w14:paraId="67CD97E8" w14:textId="77777777" w:rsidR="0023472F" w:rsidRDefault="00000000">
            <w:pPr>
              <w:spacing w:after="0"/>
            </w:pPr>
            <w:r>
              <w:rPr>
                <w:sz w:val="20"/>
              </w:rPr>
              <w:t>Term: Write a concise, student-friendly definition here.</w:t>
            </w:r>
          </w:p>
        </w:tc>
      </w:tr>
    </w:tbl>
    <w:p w14:paraId="7F98A1D8" w14:textId="77777777" w:rsidR="0023472F" w:rsidRDefault="0023472F"/>
    <w:p w14:paraId="1D85CCB0" w14:textId="77777777" w:rsidR="0023472F" w:rsidRDefault="00000000">
      <w:pPr>
        <w:pStyle w:val="Heading1"/>
      </w:pPr>
      <w:r>
        <w:rPr>
          <w:rFonts w:ascii="Times New Roman" w:hAnsi="Times New Roman"/>
        </w:rPr>
        <w:t>11.3 Explanation and Worked Example</w:t>
      </w:r>
    </w:p>
    <w:p w14:paraId="310A4119"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71421543" w14:textId="77777777">
        <w:trPr>
          <w:jc w:val="center"/>
        </w:trPr>
        <w:tc>
          <w:tcPr>
            <w:tcW w:w="3360" w:type="dxa"/>
            <w:shd w:val="clear" w:color="auto" w:fill="17365D"/>
          </w:tcPr>
          <w:p w14:paraId="717028A8" w14:textId="77777777" w:rsidR="0023472F" w:rsidRDefault="00000000">
            <w:r>
              <w:rPr>
                <w:b/>
                <w:color w:val="FFFFFF"/>
                <w:sz w:val="20"/>
              </w:rPr>
              <w:t>Concept / Step</w:t>
            </w:r>
          </w:p>
        </w:tc>
        <w:tc>
          <w:tcPr>
            <w:tcW w:w="3360" w:type="dxa"/>
            <w:shd w:val="clear" w:color="auto" w:fill="17365D"/>
          </w:tcPr>
          <w:p w14:paraId="76D4A74B" w14:textId="77777777" w:rsidR="0023472F" w:rsidRDefault="00000000">
            <w:r>
              <w:rPr>
                <w:b/>
                <w:color w:val="FFFFFF"/>
                <w:sz w:val="20"/>
              </w:rPr>
              <w:t>Explanation</w:t>
            </w:r>
          </w:p>
        </w:tc>
        <w:tc>
          <w:tcPr>
            <w:tcW w:w="3360" w:type="dxa"/>
            <w:shd w:val="clear" w:color="auto" w:fill="17365D"/>
          </w:tcPr>
          <w:p w14:paraId="5722E899" w14:textId="77777777" w:rsidR="0023472F" w:rsidRDefault="00000000">
            <w:r>
              <w:rPr>
                <w:b/>
                <w:color w:val="FFFFFF"/>
                <w:sz w:val="20"/>
              </w:rPr>
              <w:t>Example / Note</w:t>
            </w:r>
          </w:p>
        </w:tc>
      </w:tr>
      <w:tr w:rsidR="0023472F" w14:paraId="73F8F8A6" w14:textId="77777777">
        <w:trPr>
          <w:jc w:val="center"/>
        </w:trPr>
        <w:tc>
          <w:tcPr>
            <w:tcW w:w="3360" w:type="dxa"/>
          </w:tcPr>
          <w:p w14:paraId="0F36A9D2" w14:textId="77777777" w:rsidR="0023472F" w:rsidRDefault="00000000">
            <w:r>
              <w:rPr>
                <w:sz w:val="20"/>
              </w:rPr>
              <w:t>Item 1</w:t>
            </w:r>
          </w:p>
        </w:tc>
        <w:tc>
          <w:tcPr>
            <w:tcW w:w="3360" w:type="dxa"/>
          </w:tcPr>
          <w:p w14:paraId="3F1DA825" w14:textId="77777777" w:rsidR="0023472F" w:rsidRDefault="00000000">
            <w:r>
              <w:rPr>
                <w:sz w:val="20"/>
              </w:rPr>
              <w:t>[Explanation]</w:t>
            </w:r>
          </w:p>
        </w:tc>
        <w:tc>
          <w:tcPr>
            <w:tcW w:w="3360" w:type="dxa"/>
          </w:tcPr>
          <w:p w14:paraId="6FC85886" w14:textId="77777777" w:rsidR="0023472F" w:rsidRDefault="00000000">
            <w:r>
              <w:rPr>
                <w:sz w:val="20"/>
              </w:rPr>
              <w:t>[Example]</w:t>
            </w:r>
          </w:p>
        </w:tc>
      </w:tr>
      <w:tr w:rsidR="0023472F" w14:paraId="340655AC" w14:textId="77777777">
        <w:trPr>
          <w:jc w:val="center"/>
        </w:trPr>
        <w:tc>
          <w:tcPr>
            <w:tcW w:w="3360" w:type="dxa"/>
          </w:tcPr>
          <w:p w14:paraId="3167EEC4" w14:textId="77777777" w:rsidR="0023472F" w:rsidRDefault="00000000">
            <w:r>
              <w:rPr>
                <w:sz w:val="20"/>
              </w:rPr>
              <w:t>Item 2</w:t>
            </w:r>
          </w:p>
        </w:tc>
        <w:tc>
          <w:tcPr>
            <w:tcW w:w="3360" w:type="dxa"/>
          </w:tcPr>
          <w:p w14:paraId="7B3FB5C8" w14:textId="77777777" w:rsidR="0023472F" w:rsidRDefault="00000000">
            <w:r>
              <w:rPr>
                <w:sz w:val="20"/>
              </w:rPr>
              <w:t>[Explanation]</w:t>
            </w:r>
          </w:p>
        </w:tc>
        <w:tc>
          <w:tcPr>
            <w:tcW w:w="3360" w:type="dxa"/>
          </w:tcPr>
          <w:p w14:paraId="562DBF07" w14:textId="77777777" w:rsidR="0023472F" w:rsidRDefault="00000000">
            <w:r>
              <w:rPr>
                <w:sz w:val="20"/>
              </w:rPr>
              <w:t>[Example]</w:t>
            </w:r>
          </w:p>
        </w:tc>
      </w:tr>
      <w:tr w:rsidR="0023472F" w14:paraId="6D497E17" w14:textId="77777777">
        <w:trPr>
          <w:jc w:val="center"/>
        </w:trPr>
        <w:tc>
          <w:tcPr>
            <w:tcW w:w="3360" w:type="dxa"/>
          </w:tcPr>
          <w:p w14:paraId="72117110" w14:textId="77777777" w:rsidR="0023472F" w:rsidRDefault="00000000">
            <w:r>
              <w:rPr>
                <w:sz w:val="20"/>
              </w:rPr>
              <w:t>Item 3</w:t>
            </w:r>
          </w:p>
        </w:tc>
        <w:tc>
          <w:tcPr>
            <w:tcW w:w="3360" w:type="dxa"/>
          </w:tcPr>
          <w:p w14:paraId="222B5AE4" w14:textId="77777777" w:rsidR="0023472F" w:rsidRDefault="00000000">
            <w:r>
              <w:rPr>
                <w:sz w:val="20"/>
              </w:rPr>
              <w:t>[Explanation]</w:t>
            </w:r>
          </w:p>
        </w:tc>
        <w:tc>
          <w:tcPr>
            <w:tcW w:w="3360" w:type="dxa"/>
          </w:tcPr>
          <w:p w14:paraId="744A9BD7" w14:textId="77777777" w:rsidR="0023472F" w:rsidRDefault="00000000">
            <w:r>
              <w:rPr>
                <w:sz w:val="20"/>
              </w:rPr>
              <w:t>[Example]</w:t>
            </w:r>
          </w:p>
        </w:tc>
      </w:tr>
    </w:tbl>
    <w:p w14:paraId="37772347" w14:textId="77777777" w:rsidR="0023472F" w:rsidRDefault="0023472F"/>
    <w:tbl>
      <w:tblPr>
        <w:tblW w:w="0" w:type="auto"/>
        <w:jc w:val="center"/>
        <w:tblLook w:val="04A0" w:firstRow="1" w:lastRow="0" w:firstColumn="1" w:lastColumn="0" w:noHBand="0" w:noVBand="1"/>
      </w:tblPr>
      <w:tblGrid>
        <w:gridCol w:w="8280"/>
      </w:tblGrid>
      <w:tr w:rsidR="0023472F" w14:paraId="0EC7EF14" w14:textId="77777777">
        <w:trPr>
          <w:jc w:val="center"/>
        </w:trPr>
        <w:tc>
          <w:tcPr>
            <w:tcW w:w="10080" w:type="dxa"/>
            <w:shd w:val="clear" w:color="auto" w:fill="F2F2F2"/>
            <w:vAlign w:val="center"/>
          </w:tcPr>
          <w:p w14:paraId="70913C6C"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272B7EDA" w14:textId="77777777" w:rsidR="0023472F" w:rsidRDefault="00000000">
      <w:pPr>
        <w:pStyle w:val="CaptionText"/>
        <w:jc w:val="center"/>
      </w:pPr>
      <w:r>
        <w:t>Figure X.X  Descriptive caption</w:t>
      </w:r>
    </w:p>
    <w:p w14:paraId="4AAE2798" w14:textId="77777777" w:rsidR="0023472F" w:rsidRDefault="00000000">
      <w:pPr>
        <w:pStyle w:val="Heading1"/>
      </w:pPr>
      <w:r>
        <w:rPr>
          <w:rFonts w:ascii="Times New Roman" w:hAnsi="Times New Roman"/>
        </w:rPr>
        <w:t>11.4 Application / Case Study</w:t>
      </w:r>
    </w:p>
    <w:tbl>
      <w:tblPr>
        <w:tblW w:w="0" w:type="auto"/>
        <w:jc w:val="center"/>
        <w:tblLook w:val="04A0" w:firstRow="1" w:lastRow="0" w:firstColumn="1" w:lastColumn="0" w:noHBand="0" w:noVBand="1"/>
      </w:tblPr>
      <w:tblGrid>
        <w:gridCol w:w="8424"/>
      </w:tblGrid>
      <w:tr w:rsidR="0023472F" w14:paraId="229E8ADF" w14:textId="77777777">
        <w:trPr>
          <w:jc w:val="center"/>
        </w:trPr>
        <w:tc>
          <w:tcPr>
            <w:tcW w:w="10080" w:type="dxa"/>
            <w:shd w:val="clear" w:color="auto" w:fill="FFF4D6"/>
            <w:tcMar>
              <w:top w:w="140" w:type="dxa"/>
              <w:left w:w="180" w:type="dxa"/>
              <w:bottom w:w="140" w:type="dxa"/>
              <w:right w:w="180" w:type="dxa"/>
            </w:tcMar>
          </w:tcPr>
          <w:p w14:paraId="1631C71E" w14:textId="77777777" w:rsidR="0023472F" w:rsidRDefault="00000000">
            <w:r>
              <w:rPr>
                <w:b/>
                <w:color w:val="17365D"/>
                <w:sz w:val="20"/>
              </w:rPr>
              <w:t>CASE STUDY / REAL-WORLD APPLICATION</w:t>
            </w:r>
          </w:p>
          <w:p w14:paraId="0EB075A9" w14:textId="77777777" w:rsidR="0023472F" w:rsidRDefault="00000000">
            <w:pPr>
              <w:spacing w:after="0"/>
            </w:pPr>
            <w:r>
              <w:rPr>
                <w:sz w:val="20"/>
              </w:rPr>
              <w:t>Describe a practical situation. Add 2–3 discussion questions connecting the case to the chapter concepts.</w:t>
            </w:r>
          </w:p>
        </w:tc>
      </w:tr>
    </w:tbl>
    <w:p w14:paraId="37424283" w14:textId="77777777" w:rsidR="0023472F" w:rsidRDefault="0023472F"/>
    <w:p w14:paraId="03FE6998" w14:textId="77777777" w:rsidR="0023472F" w:rsidRDefault="00000000">
      <w:pPr>
        <w:pStyle w:val="Heading1"/>
      </w:pPr>
      <w:r>
        <w:rPr>
          <w:rFonts w:ascii="Times New Roman" w:hAnsi="Times New Roman"/>
        </w:rPr>
        <w:t>11.5 Chapter Summary</w:t>
      </w:r>
    </w:p>
    <w:p w14:paraId="5225A311" w14:textId="77777777" w:rsidR="0023472F" w:rsidRDefault="00000000">
      <w:pPr>
        <w:pStyle w:val="ListBullet"/>
      </w:pPr>
      <w:r>
        <w:t>Main idea or principle 1</w:t>
      </w:r>
    </w:p>
    <w:p w14:paraId="08ED9B85" w14:textId="77777777" w:rsidR="0023472F" w:rsidRDefault="00000000">
      <w:pPr>
        <w:pStyle w:val="ListBullet"/>
      </w:pPr>
      <w:r>
        <w:t>Main idea or principle 2</w:t>
      </w:r>
    </w:p>
    <w:p w14:paraId="1E73F6B7" w14:textId="77777777" w:rsidR="0023472F" w:rsidRDefault="00000000">
      <w:pPr>
        <w:pStyle w:val="ListBullet"/>
      </w:pPr>
      <w:r>
        <w:t>Important relationship / formula / process</w:t>
      </w:r>
    </w:p>
    <w:p w14:paraId="61CC8333" w14:textId="77777777" w:rsidR="0023472F" w:rsidRDefault="00000000">
      <w:pPr>
        <w:pStyle w:val="ListBullet"/>
      </w:pPr>
      <w:r>
        <w:t>Practical implication or application</w:t>
      </w:r>
    </w:p>
    <w:p w14:paraId="7DD2289F" w14:textId="77777777" w:rsidR="0023472F" w:rsidRDefault="00000000">
      <w:pPr>
        <w:pStyle w:val="Heading2"/>
      </w:pPr>
      <w:r>
        <w:rPr>
          <w:rFonts w:ascii="Times New Roman" w:hAnsi="Times New Roman"/>
        </w:rPr>
        <w:t>Quick Review</w:t>
      </w:r>
    </w:p>
    <w:p w14:paraId="026D4796" w14:textId="77777777" w:rsidR="0023472F" w:rsidRDefault="00000000">
      <w:r>
        <w:t>1. [Short-answer review question]</w:t>
      </w:r>
    </w:p>
    <w:p w14:paraId="356007A8" w14:textId="77777777" w:rsidR="0023472F" w:rsidRDefault="00000000">
      <w:r>
        <w:t>2. [Short-answer review question]</w:t>
      </w:r>
    </w:p>
    <w:p w14:paraId="40127A6C" w14:textId="77777777" w:rsidR="0023472F" w:rsidRDefault="00000000">
      <w:r>
        <w:t>3. [Short-answer review question]</w:t>
      </w:r>
    </w:p>
    <w:p w14:paraId="1FEF492B" w14:textId="77777777" w:rsidR="0023472F" w:rsidRDefault="00000000">
      <w:pPr>
        <w:pStyle w:val="Heading2"/>
      </w:pPr>
      <w:r>
        <w:rPr>
          <w:rFonts w:ascii="Times New Roman" w:hAnsi="Times New Roman"/>
        </w:rPr>
        <w:t>Exercises &amp; Assessment</w:t>
      </w:r>
    </w:p>
    <w:p w14:paraId="39D6B87C" w14:textId="77777777" w:rsidR="0023472F" w:rsidRDefault="00000000">
      <w:pPr>
        <w:pStyle w:val="Heading3"/>
      </w:pPr>
      <w:r>
        <w:rPr>
          <w:rFonts w:ascii="Times New Roman" w:hAnsi="Times New Roman"/>
        </w:rPr>
        <w:t>A. Multiple Choice Questions</w:t>
      </w:r>
    </w:p>
    <w:p w14:paraId="7D7039EB" w14:textId="77777777" w:rsidR="0023472F" w:rsidRDefault="00000000">
      <w:r>
        <w:t>1. [Question]   (a) Option A   (b) Option B   (c) Option C   (d) Option D</w:t>
      </w:r>
    </w:p>
    <w:p w14:paraId="556AFA82" w14:textId="77777777" w:rsidR="0023472F" w:rsidRDefault="00000000">
      <w:pPr>
        <w:pStyle w:val="Heading3"/>
      </w:pPr>
      <w:r>
        <w:rPr>
          <w:rFonts w:ascii="Times New Roman" w:hAnsi="Times New Roman"/>
        </w:rPr>
        <w:t>B. Short Answer Questions</w:t>
      </w:r>
    </w:p>
    <w:p w14:paraId="04193D19" w14:textId="77777777" w:rsidR="0023472F" w:rsidRDefault="00000000">
      <w:r>
        <w:t>1. [Question]</w:t>
      </w:r>
      <w:r>
        <w:br/>
        <w:t>2. [Question]</w:t>
      </w:r>
    </w:p>
    <w:p w14:paraId="5749A2D3" w14:textId="77777777" w:rsidR="0023472F" w:rsidRDefault="00000000">
      <w:pPr>
        <w:pStyle w:val="Heading3"/>
      </w:pPr>
      <w:r>
        <w:rPr>
          <w:rFonts w:ascii="Times New Roman" w:hAnsi="Times New Roman"/>
        </w:rPr>
        <w:t>C. Long Answer / Analytical Questions</w:t>
      </w:r>
    </w:p>
    <w:p w14:paraId="3EF86214" w14:textId="77777777" w:rsidR="0023472F" w:rsidRDefault="00000000">
      <w:r>
        <w:t>1. [Question]</w:t>
      </w:r>
      <w:r>
        <w:br/>
        <w:t>2. [Question]</w:t>
      </w:r>
    </w:p>
    <w:p w14:paraId="59D7628B" w14:textId="77777777" w:rsidR="0023472F" w:rsidRDefault="00000000">
      <w:pPr>
        <w:pStyle w:val="Heading3"/>
      </w:pPr>
      <w:r>
        <w:rPr>
          <w:rFonts w:ascii="Times New Roman" w:hAnsi="Times New Roman"/>
        </w:rPr>
        <w:t>D. Activity / Assignment</w:t>
      </w:r>
    </w:p>
    <w:p w14:paraId="36EC6110" w14:textId="77777777" w:rsidR="0023472F" w:rsidRDefault="00000000">
      <w:r>
        <w:t>[Mini-project, laboratory activity, field task, coding exercise, data interpretation, or reflective assignment.]</w:t>
      </w:r>
    </w:p>
    <w:p w14:paraId="2554723D" w14:textId="77777777" w:rsidR="0023472F" w:rsidRDefault="00000000">
      <w:pPr>
        <w:pStyle w:val="Heading2"/>
      </w:pPr>
      <w:r>
        <w:rPr>
          <w:rFonts w:ascii="Times New Roman" w:hAnsi="Times New Roman"/>
        </w:rPr>
        <w:lastRenderedPageBreak/>
        <w:t>Further Reading</w:t>
      </w:r>
    </w:p>
    <w:p w14:paraId="33AF5651" w14:textId="77777777" w:rsidR="0023472F" w:rsidRDefault="00000000">
      <w:r>
        <w:t>[Add 3–5 recommended books, articles, standards, websites, or learning resources.]</w:t>
      </w:r>
    </w:p>
    <w:p w14:paraId="688F3831" w14:textId="77777777" w:rsidR="0023472F" w:rsidRDefault="00000000">
      <w:r>
        <w:br w:type="page"/>
      </w:r>
    </w:p>
    <w:p w14:paraId="596B96AD" w14:textId="77777777" w:rsidR="0023472F" w:rsidRDefault="00000000">
      <w:pPr>
        <w:pStyle w:val="ChapterNumber"/>
      </w:pPr>
      <w:r>
        <w:lastRenderedPageBreak/>
        <w:t>CHAPTER 12</w:t>
      </w:r>
    </w:p>
    <w:p w14:paraId="0F8053C0" w14:textId="77777777" w:rsidR="0023472F" w:rsidRDefault="00000000">
      <w:pPr>
        <w:pStyle w:val="ChapterTitle"/>
        <w:pBdr>
          <w:bottom w:val="single" w:sz="24" w:space="1" w:color="00A6A6"/>
        </w:pBdr>
      </w:pPr>
      <w:r>
        <w:t>[Chapter 12 Title]</w:t>
      </w:r>
    </w:p>
    <w:p w14:paraId="4919AB9D"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05F84BA2" w14:textId="77777777">
        <w:trPr>
          <w:jc w:val="center"/>
        </w:trPr>
        <w:tc>
          <w:tcPr>
            <w:tcW w:w="10080" w:type="dxa"/>
            <w:shd w:val="clear" w:color="auto" w:fill="EAF2F8"/>
            <w:tcMar>
              <w:top w:w="140" w:type="dxa"/>
              <w:left w:w="180" w:type="dxa"/>
              <w:bottom w:w="140" w:type="dxa"/>
              <w:right w:w="180" w:type="dxa"/>
            </w:tcMar>
          </w:tcPr>
          <w:p w14:paraId="78D98F15" w14:textId="77777777" w:rsidR="0023472F" w:rsidRDefault="00000000">
            <w:r>
              <w:rPr>
                <w:b/>
                <w:color w:val="17365D"/>
                <w:sz w:val="20"/>
              </w:rPr>
              <w:t>Learning Objectives</w:t>
            </w:r>
          </w:p>
          <w:p w14:paraId="4D530BCB" w14:textId="77777777" w:rsidR="0023472F" w:rsidRDefault="00000000">
            <w:pPr>
              <w:spacing w:after="0"/>
            </w:pPr>
            <w:r>
              <w:rPr>
                <w:sz w:val="20"/>
              </w:rPr>
              <w:t>After completing Chapter 12,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217A3402" w14:textId="77777777" w:rsidR="0023472F" w:rsidRDefault="0023472F"/>
    <w:p w14:paraId="682A065E" w14:textId="77777777" w:rsidR="0023472F" w:rsidRDefault="00000000">
      <w:pPr>
        <w:pStyle w:val="Heading1"/>
      </w:pPr>
      <w:r>
        <w:rPr>
          <w:rFonts w:ascii="Times New Roman" w:hAnsi="Times New Roman"/>
        </w:rPr>
        <w:t>12.1 Introduction</w:t>
      </w:r>
    </w:p>
    <w:p w14:paraId="2F433597" w14:textId="77777777" w:rsidR="0023472F" w:rsidRDefault="00000000">
      <w:r>
        <w:t>Begin with an engaging context, real-world example, short story, problem, or question. Explain why the chapter matters and connect it to previous learning.</w:t>
      </w:r>
    </w:p>
    <w:p w14:paraId="406BBBD8" w14:textId="77777777" w:rsidR="0023472F" w:rsidRDefault="00000000">
      <w:pPr>
        <w:pStyle w:val="Heading1"/>
      </w:pPr>
      <w:r>
        <w:rPr>
          <w:rFonts w:ascii="Times New Roman" w:hAnsi="Times New Roman"/>
        </w:rPr>
        <w:t>12.2 Core Concept / Topic</w:t>
      </w:r>
    </w:p>
    <w:p w14:paraId="00122D15"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1D4EE565" w14:textId="77777777">
        <w:trPr>
          <w:jc w:val="center"/>
        </w:trPr>
        <w:tc>
          <w:tcPr>
            <w:tcW w:w="10080" w:type="dxa"/>
            <w:shd w:val="clear" w:color="auto" w:fill="E8F6F3"/>
            <w:tcMar>
              <w:top w:w="140" w:type="dxa"/>
              <w:left w:w="180" w:type="dxa"/>
              <w:bottom w:w="140" w:type="dxa"/>
              <w:right w:w="180" w:type="dxa"/>
            </w:tcMar>
          </w:tcPr>
          <w:p w14:paraId="54582969" w14:textId="77777777" w:rsidR="0023472F" w:rsidRDefault="00000000">
            <w:r>
              <w:rPr>
                <w:b/>
                <w:color w:val="17365D"/>
                <w:sz w:val="20"/>
              </w:rPr>
              <w:t>KEY TERM</w:t>
            </w:r>
          </w:p>
          <w:p w14:paraId="5539967C" w14:textId="77777777" w:rsidR="0023472F" w:rsidRDefault="00000000">
            <w:pPr>
              <w:spacing w:after="0"/>
            </w:pPr>
            <w:r>
              <w:rPr>
                <w:sz w:val="20"/>
              </w:rPr>
              <w:t>Term: Write a concise, student-friendly definition here.</w:t>
            </w:r>
          </w:p>
        </w:tc>
      </w:tr>
    </w:tbl>
    <w:p w14:paraId="76C31F11" w14:textId="77777777" w:rsidR="0023472F" w:rsidRDefault="0023472F"/>
    <w:p w14:paraId="368BC50A" w14:textId="77777777" w:rsidR="0023472F" w:rsidRDefault="00000000">
      <w:pPr>
        <w:pStyle w:val="Heading1"/>
      </w:pPr>
      <w:r>
        <w:rPr>
          <w:rFonts w:ascii="Times New Roman" w:hAnsi="Times New Roman"/>
        </w:rPr>
        <w:t>12.3 Explanation and Worked Example</w:t>
      </w:r>
    </w:p>
    <w:p w14:paraId="2B12DFD5"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1D84F417" w14:textId="77777777">
        <w:trPr>
          <w:jc w:val="center"/>
        </w:trPr>
        <w:tc>
          <w:tcPr>
            <w:tcW w:w="3360" w:type="dxa"/>
            <w:shd w:val="clear" w:color="auto" w:fill="17365D"/>
          </w:tcPr>
          <w:p w14:paraId="0E21C7FF" w14:textId="77777777" w:rsidR="0023472F" w:rsidRDefault="00000000">
            <w:r>
              <w:rPr>
                <w:b/>
                <w:color w:val="FFFFFF"/>
                <w:sz w:val="20"/>
              </w:rPr>
              <w:t>Concept / Step</w:t>
            </w:r>
          </w:p>
        </w:tc>
        <w:tc>
          <w:tcPr>
            <w:tcW w:w="3360" w:type="dxa"/>
            <w:shd w:val="clear" w:color="auto" w:fill="17365D"/>
          </w:tcPr>
          <w:p w14:paraId="41023E67" w14:textId="77777777" w:rsidR="0023472F" w:rsidRDefault="00000000">
            <w:r>
              <w:rPr>
                <w:b/>
                <w:color w:val="FFFFFF"/>
                <w:sz w:val="20"/>
              </w:rPr>
              <w:t>Explanation</w:t>
            </w:r>
          </w:p>
        </w:tc>
        <w:tc>
          <w:tcPr>
            <w:tcW w:w="3360" w:type="dxa"/>
            <w:shd w:val="clear" w:color="auto" w:fill="17365D"/>
          </w:tcPr>
          <w:p w14:paraId="0E20DB2D" w14:textId="77777777" w:rsidR="0023472F" w:rsidRDefault="00000000">
            <w:r>
              <w:rPr>
                <w:b/>
                <w:color w:val="FFFFFF"/>
                <w:sz w:val="20"/>
              </w:rPr>
              <w:t>Example / Note</w:t>
            </w:r>
          </w:p>
        </w:tc>
      </w:tr>
      <w:tr w:rsidR="0023472F" w14:paraId="224FDB3B" w14:textId="77777777">
        <w:trPr>
          <w:jc w:val="center"/>
        </w:trPr>
        <w:tc>
          <w:tcPr>
            <w:tcW w:w="3360" w:type="dxa"/>
          </w:tcPr>
          <w:p w14:paraId="1094C650" w14:textId="77777777" w:rsidR="0023472F" w:rsidRDefault="00000000">
            <w:r>
              <w:rPr>
                <w:sz w:val="20"/>
              </w:rPr>
              <w:t>Item 1</w:t>
            </w:r>
          </w:p>
        </w:tc>
        <w:tc>
          <w:tcPr>
            <w:tcW w:w="3360" w:type="dxa"/>
          </w:tcPr>
          <w:p w14:paraId="3688A821" w14:textId="77777777" w:rsidR="0023472F" w:rsidRDefault="00000000">
            <w:r>
              <w:rPr>
                <w:sz w:val="20"/>
              </w:rPr>
              <w:t>[Explanation]</w:t>
            </w:r>
          </w:p>
        </w:tc>
        <w:tc>
          <w:tcPr>
            <w:tcW w:w="3360" w:type="dxa"/>
          </w:tcPr>
          <w:p w14:paraId="33A6D541" w14:textId="77777777" w:rsidR="0023472F" w:rsidRDefault="00000000">
            <w:r>
              <w:rPr>
                <w:sz w:val="20"/>
              </w:rPr>
              <w:t>[Example]</w:t>
            </w:r>
          </w:p>
        </w:tc>
      </w:tr>
      <w:tr w:rsidR="0023472F" w14:paraId="600F9770" w14:textId="77777777">
        <w:trPr>
          <w:jc w:val="center"/>
        </w:trPr>
        <w:tc>
          <w:tcPr>
            <w:tcW w:w="3360" w:type="dxa"/>
          </w:tcPr>
          <w:p w14:paraId="6C9A3E3F" w14:textId="77777777" w:rsidR="0023472F" w:rsidRDefault="00000000">
            <w:r>
              <w:rPr>
                <w:sz w:val="20"/>
              </w:rPr>
              <w:t>Item 2</w:t>
            </w:r>
          </w:p>
        </w:tc>
        <w:tc>
          <w:tcPr>
            <w:tcW w:w="3360" w:type="dxa"/>
          </w:tcPr>
          <w:p w14:paraId="7452F297" w14:textId="77777777" w:rsidR="0023472F" w:rsidRDefault="00000000">
            <w:r>
              <w:rPr>
                <w:sz w:val="20"/>
              </w:rPr>
              <w:t>[Explanation]</w:t>
            </w:r>
          </w:p>
        </w:tc>
        <w:tc>
          <w:tcPr>
            <w:tcW w:w="3360" w:type="dxa"/>
          </w:tcPr>
          <w:p w14:paraId="2D3186DD" w14:textId="77777777" w:rsidR="0023472F" w:rsidRDefault="00000000">
            <w:r>
              <w:rPr>
                <w:sz w:val="20"/>
              </w:rPr>
              <w:t>[Example]</w:t>
            </w:r>
          </w:p>
        </w:tc>
      </w:tr>
      <w:tr w:rsidR="0023472F" w14:paraId="19CCEA81" w14:textId="77777777">
        <w:trPr>
          <w:jc w:val="center"/>
        </w:trPr>
        <w:tc>
          <w:tcPr>
            <w:tcW w:w="3360" w:type="dxa"/>
          </w:tcPr>
          <w:p w14:paraId="513184A5" w14:textId="77777777" w:rsidR="0023472F" w:rsidRDefault="00000000">
            <w:r>
              <w:rPr>
                <w:sz w:val="20"/>
              </w:rPr>
              <w:t>Item 3</w:t>
            </w:r>
          </w:p>
        </w:tc>
        <w:tc>
          <w:tcPr>
            <w:tcW w:w="3360" w:type="dxa"/>
          </w:tcPr>
          <w:p w14:paraId="73BA896D" w14:textId="77777777" w:rsidR="0023472F" w:rsidRDefault="00000000">
            <w:r>
              <w:rPr>
                <w:sz w:val="20"/>
              </w:rPr>
              <w:t>[Explanation]</w:t>
            </w:r>
          </w:p>
        </w:tc>
        <w:tc>
          <w:tcPr>
            <w:tcW w:w="3360" w:type="dxa"/>
          </w:tcPr>
          <w:p w14:paraId="5637127B" w14:textId="77777777" w:rsidR="0023472F" w:rsidRDefault="00000000">
            <w:r>
              <w:rPr>
                <w:sz w:val="20"/>
              </w:rPr>
              <w:t>[Example]</w:t>
            </w:r>
          </w:p>
        </w:tc>
      </w:tr>
    </w:tbl>
    <w:p w14:paraId="654D06F7" w14:textId="77777777" w:rsidR="0023472F" w:rsidRDefault="0023472F"/>
    <w:tbl>
      <w:tblPr>
        <w:tblW w:w="0" w:type="auto"/>
        <w:jc w:val="center"/>
        <w:tblLook w:val="04A0" w:firstRow="1" w:lastRow="0" w:firstColumn="1" w:lastColumn="0" w:noHBand="0" w:noVBand="1"/>
      </w:tblPr>
      <w:tblGrid>
        <w:gridCol w:w="8280"/>
      </w:tblGrid>
      <w:tr w:rsidR="0023472F" w14:paraId="477C491A" w14:textId="77777777">
        <w:trPr>
          <w:jc w:val="center"/>
        </w:trPr>
        <w:tc>
          <w:tcPr>
            <w:tcW w:w="10080" w:type="dxa"/>
            <w:shd w:val="clear" w:color="auto" w:fill="F2F2F2"/>
            <w:vAlign w:val="center"/>
          </w:tcPr>
          <w:p w14:paraId="57112319"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060D4E2E" w14:textId="77777777" w:rsidR="0023472F" w:rsidRDefault="00000000">
      <w:pPr>
        <w:pStyle w:val="CaptionText"/>
        <w:jc w:val="center"/>
      </w:pPr>
      <w:r>
        <w:t>Figure X.X  Descriptive caption</w:t>
      </w:r>
    </w:p>
    <w:p w14:paraId="477CE51F" w14:textId="77777777" w:rsidR="0023472F" w:rsidRDefault="00000000">
      <w:pPr>
        <w:pStyle w:val="Heading1"/>
      </w:pPr>
      <w:r>
        <w:rPr>
          <w:rFonts w:ascii="Times New Roman" w:hAnsi="Times New Roman"/>
        </w:rPr>
        <w:t>12.4 Application / Case Study</w:t>
      </w:r>
    </w:p>
    <w:tbl>
      <w:tblPr>
        <w:tblW w:w="0" w:type="auto"/>
        <w:jc w:val="center"/>
        <w:tblLook w:val="04A0" w:firstRow="1" w:lastRow="0" w:firstColumn="1" w:lastColumn="0" w:noHBand="0" w:noVBand="1"/>
      </w:tblPr>
      <w:tblGrid>
        <w:gridCol w:w="8424"/>
      </w:tblGrid>
      <w:tr w:rsidR="0023472F" w14:paraId="58317A00" w14:textId="77777777">
        <w:trPr>
          <w:jc w:val="center"/>
        </w:trPr>
        <w:tc>
          <w:tcPr>
            <w:tcW w:w="10080" w:type="dxa"/>
            <w:shd w:val="clear" w:color="auto" w:fill="FFF4D6"/>
            <w:tcMar>
              <w:top w:w="140" w:type="dxa"/>
              <w:left w:w="180" w:type="dxa"/>
              <w:bottom w:w="140" w:type="dxa"/>
              <w:right w:w="180" w:type="dxa"/>
            </w:tcMar>
          </w:tcPr>
          <w:p w14:paraId="1D6EA8C3" w14:textId="77777777" w:rsidR="0023472F" w:rsidRDefault="00000000">
            <w:r>
              <w:rPr>
                <w:b/>
                <w:color w:val="17365D"/>
                <w:sz w:val="20"/>
              </w:rPr>
              <w:t>CASE STUDY / REAL-WORLD APPLICATION</w:t>
            </w:r>
          </w:p>
          <w:p w14:paraId="394CF3CB" w14:textId="77777777" w:rsidR="0023472F" w:rsidRDefault="00000000">
            <w:pPr>
              <w:spacing w:after="0"/>
            </w:pPr>
            <w:r>
              <w:rPr>
                <w:sz w:val="20"/>
              </w:rPr>
              <w:t>Describe a practical situation. Add 2–3 discussion questions connecting the case to the chapter concepts.</w:t>
            </w:r>
          </w:p>
        </w:tc>
      </w:tr>
    </w:tbl>
    <w:p w14:paraId="7D22483C" w14:textId="77777777" w:rsidR="0023472F" w:rsidRDefault="0023472F"/>
    <w:p w14:paraId="273A17C4" w14:textId="77777777" w:rsidR="0023472F" w:rsidRDefault="00000000">
      <w:pPr>
        <w:pStyle w:val="Heading1"/>
      </w:pPr>
      <w:r>
        <w:rPr>
          <w:rFonts w:ascii="Times New Roman" w:hAnsi="Times New Roman"/>
        </w:rPr>
        <w:t>12.5 Chapter Summary</w:t>
      </w:r>
    </w:p>
    <w:p w14:paraId="7AAE7851" w14:textId="77777777" w:rsidR="0023472F" w:rsidRDefault="00000000">
      <w:pPr>
        <w:pStyle w:val="ListBullet"/>
      </w:pPr>
      <w:r>
        <w:t>Main idea or principle 1</w:t>
      </w:r>
    </w:p>
    <w:p w14:paraId="124AAB86" w14:textId="77777777" w:rsidR="0023472F" w:rsidRDefault="00000000">
      <w:pPr>
        <w:pStyle w:val="ListBullet"/>
      </w:pPr>
      <w:r>
        <w:t>Main idea or principle 2</w:t>
      </w:r>
    </w:p>
    <w:p w14:paraId="55A2DCF7" w14:textId="77777777" w:rsidR="0023472F" w:rsidRDefault="00000000">
      <w:pPr>
        <w:pStyle w:val="ListBullet"/>
      </w:pPr>
      <w:r>
        <w:t>Important relationship / formula / process</w:t>
      </w:r>
    </w:p>
    <w:p w14:paraId="6403CCCA" w14:textId="77777777" w:rsidR="0023472F" w:rsidRDefault="00000000">
      <w:pPr>
        <w:pStyle w:val="ListBullet"/>
      </w:pPr>
      <w:r>
        <w:t>Practical implication or application</w:t>
      </w:r>
    </w:p>
    <w:p w14:paraId="00D45227" w14:textId="77777777" w:rsidR="0023472F" w:rsidRDefault="00000000">
      <w:pPr>
        <w:pStyle w:val="Heading2"/>
      </w:pPr>
      <w:r>
        <w:rPr>
          <w:rFonts w:ascii="Times New Roman" w:hAnsi="Times New Roman"/>
        </w:rPr>
        <w:t>Quick Review</w:t>
      </w:r>
    </w:p>
    <w:p w14:paraId="6C6063CE" w14:textId="77777777" w:rsidR="0023472F" w:rsidRDefault="00000000">
      <w:r>
        <w:t>1. [Short-answer review question]</w:t>
      </w:r>
    </w:p>
    <w:p w14:paraId="48E1B42C" w14:textId="77777777" w:rsidR="0023472F" w:rsidRDefault="00000000">
      <w:r>
        <w:t>2. [Short-answer review question]</w:t>
      </w:r>
    </w:p>
    <w:p w14:paraId="15C9D560" w14:textId="77777777" w:rsidR="0023472F" w:rsidRDefault="00000000">
      <w:r>
        <w:t>3. [Short-answer review question]</w:t>
      </w:r>
    </w:p>
    <w:p w14:paraId="7B0B9219" w14:textId="77777777" w:rsidR="0023472F" w:rsidRDefault="00000000">
      <w:pPr>
        <w:pStyle w:val="Heading2"/>
      </w:pPr>
      <w:r>
        <w:rPr>
          <w:rFonts w:ascii="Times New Roman" w:hAnsi="Times New Roman"/>
        </w:rPr>
        <w:t>Exercises &amp; Assessment</w:t>
      </w:r>
    </w:p>
    <w:p w14:paraId="05F0BB34" w14:textId="77777777" w:rsidR="0023472F" w:rsidRDefault="00000000">
      <w:pPr>
        <w:pStyle w:val="Heading3"/>
      </w:pPr>
      <w:r>
        <w:rPr>
          <w:rFonts w:ascii="Times New Roman" w:hAnsi="Times New Roman"/>
        </w:rPr>
        <w:t>A. Multiple Choice Questions</w:t>
      </w:r>
    </w:p>
    <w:p w14:paraId="7F4A5F93" w14:textId="77777777" w:rsidR="0023472F" w:rsidRDefault="00000000">
      <w:r>
        <w:t>1. [Question]   (a) Option A   (b) Option B   (c) Option C   (d) Option D</w:t>
      </w:r>
    </w:p>
    <w:p w14:paraId="6341989D" w14:textId="77777777" w:rsidR="0023472F" w:rsidRDefault="00000000">
      <w:pPr>
        <w:pStyle w:val="Heading3"/>
      </w:pPr>
      <w:r>
        <w:rPr>
          <w:rFonts w:ascii="Times New Roman" w:hAnsi="Times New Roman"/>
        </w:rPr>
        <w:t>B. Short Answer Questions</w:t>
      </w:r>
    </w:p>
    <w:p w14:paraId="6688B5F2" w14:textId="77777777" w:rsidR="0023472F" w:rsidRDefault="00000000">
      <w:r>
        <w:t>1. [Question]</w:t>
      </w:r>
      <w:r>
        <w:br/>
        <w:t>2. [Question]</w:t>
      </w:r>
    </w:p>
    <w:p w14:paraId="25B8E8DF" w14:textId="77777777" w:rsidR="0023472F" w:rsidRDefault="00000000">
      <w:pPr>
        <w:pStyle w:val="Heading3"/>
      </w:pPr>
      <w:r>
        <w:rPr>
          <w:rFonts w:ascii="Times New Roman" w:hAnsi="Times New Roman"/>
        </w:rPr>
        <w:t>C. Long Answer / Analytical Questions</w:t>
      </w:r>
    </w:p>
    <w:p w14:paraId="41CA7254" w14:textId="77777777" w:rsidR="0023472F" w:rsidRDefault="00000000">
      <w:r>
        <w:t>1. [Question]</w:t>
      </w:r>
      <w:r>
        <w:br/>
        <w:t>2. [Question]</w:t>
      </w:r>
    </w:p>
    <w:p w14:paraId="0E90C6A7" w14:textId="77777777" w:rsidR="0023472F" w:rsidRDefault="00000000">
      <w:pPr>
        <w:pStyle w:val="Heading3"/>
      </w:pPr>
      <w:r>
        <w:rPr>
          <w:rFonts w:ascii="Times New Roman" w:hAnsi="Times New Roman"/>
        </w:rPr>
        <w:t>D. Activity / Assignment</w:t>
      </w:r>
    </w:p>
    <w:p w14:paraId="6321A8BE" w14:textId="77777777" w:rsidR="0023472F" w:rsidRDefault="00000000">
      <w:r>
        <w:t>[Mini-project, laboratory activity, field task, coding exercise, data interpretation, or reflective assignment.]</w:t>
      </w:r>
    </w:p>
    <w:p w14:paraId="1D536415" w14:textId="77777777" w:rsidR="0023472F" w:rsidRDefault="00000000">
      <w:pPr>
        <w:pStyle w:val="Heading2"/>
      </w:pPr>
      <w:r>
        <w:rPr>
          <w:rFonts w:ascii="Times New Roman" w:hAnsi="Times New Roman"/>
        </w:rPr>
        <w:lastRenderedPageBreak/>
        <w:t>Further Reading</w:t>
      </w:r>
    </w:p>
    <w:p w14:paraId="2333320D" w14:textId="77777777" w:rsidR="0023472F" w:rsidRDefault="00000000">
      <w:r>
        <w:t>[Add 3–5 recommended books, articles, standards, websites, or learning resources.]</w:t>
      </w:r>
    </w:p>
    <w:p w14:paraId="7E13EDF1" w14:textId="77777777" w:rsidR="0023472F" w:rsidRDefault="00000000">
      <w:r>
        <w:br w:type="page"/>
      </w:r>
    </w:p>
    <w:p w14:paraId="5D9C32DB" w14:textId="77777777" w:rsidR="0023472F" w:rsidRDefault="00000000">
      <w:pPr>
        <w:pStyle w:val="ChapterNumber"/>
      </w:pPr>
      <w:r>
        <w:lastRenderedPageBreak/>
        <w:t>CHAPTER 13</w:t>
      </w:r>
    </w:p>
    <w:p w14:paraId="4C57E296" w14:textId="77777777" w:rsidR="0023472F" w:rsidRDefault="00000000">
      <w:pPr>
        <w:pStyle w:val="ChapterTitle"/>
        <w:pBdr>
          <w:bottom w:val="single" w:sz="24" w:space="1" w:color="00A6A6"/>
        </w:pBdr>
      </w:pPr>
      <w:r>
        <w:t>[Chapter 13 Title]</w:t>
      </w:r>
    </w:p>
    <w:p w14:paraId="629C64F7"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4939A1EA" w14:textId="77777777">
        <w:trPr>
          <w:jc w:val="center"/>
        </w:trPr>
        <w:tc>
          <w:tcPr>
            <w:tcW w:w="10080" w:type="dxa"/>
            <w:shd w:val="clear" w:color="auto" w:fill="EAF2F8"/>
            <w:tcMar>
              <w:top w:w="140" w:type="dxa"/>
              <w:left w:w="180" w:type="dxa"/>
              <w:bottom w:w="140" w:type="dxa"/>
              <w:right w:w="180" w:type="dxa"/>
            </w:tcMar>
          </w:tcPr>
          <w:p w14:paraId="24DA34B8" w14:textId="77777777" w:rsidR="0023472F" w:rsidRDefault="00000000">
            <w:r>
              <w:rPr>
                <w:b/>
                <w:color w:val="17365D"/>
                <w:sz w:val="20"/>
              </w:rPr>
              <w:t>Learning Objectives</w:t>
            </w:r>
          </w:p>
          <w:p w14:paraId="62253A47" w14:textId="77777777" w:rsidR="0023472F" w:rsidRDefault="00000000">
            <w:pPr>
              <w:spacing w:after="0"/>
            </w:pPr>
            <w:r>
              <w:rPr>
                <w:sz w:val="20"/>
              </w:rPr>
              <w:t>After completing Chapter 13,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43056BF8" w14:textId="77777777" w:rsidR="0023472F" w:rsidRDefault="0023472F"/>
    <w:p w14:paraId="420BDA64" w14:textId="77777777" w:rsidR="0023472F" w:rsidRDefault="00000000">
      <w:pPr>
        <w:pStyle w:val="Heading1"/>
      </w:pPr>
      <w:r>
        <w:rPr>
          <w:rFonts w:ascii="Times New Roman" w:hAnsi="Times New Roman"/>
        </w:rPr>
        <w:t>13.1 Introduction</w:t>
      </w:r>
    </w:p>
    <w:p w14:paraId="5BC60B3D" w14:textId="77777777" w:rsidR="0023472F" w:rsidRDefault="00000000">
      <w:r>
        <w:t>Begin with an engaging context, real-world example, short story, problem, or question. Explain why the chapter matters and connect it to previous learning.</w:t>
      </w:r>
    </w:p>
    <w:p w14:paraId="57AA05FD" w14:textId="77777777" w:rsidR="0023472F" w:rsidRDefault="00000000">
      <w:pPr>
        <w:pStyle w:val="Heading1"/>
      </w:pPr>
      <w:r>
        <w:rPr>
          <w:rFonts w:ascii="Times New Roman" w:hAnsi="Times New Roman"/>
        </w:rPr>
        <w:t>13.2 Core Concept / Topic</w:t>
      </w:r>
    </w:p>
    <w:p w14:paraId="30B4AB27"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524BCFFA" w14:textId="77777777">
        <w:trPr>
          <w:jc w:val="center"/>
        </w:trPr>
        <w:tc>
          <w:tcPr>
            <w:tcW w:w="10080" w:type="dxa"/>
            <w:shd w:val="clear" w:color="auto" w:fill="E8F6F3"/>
            <w:tcMar>
              <w:top w:w="140" w:type="dxa"/>
              <w:left w:w="180" w:type="dxa"/>
              <w:bottom w:w="140" w:type="dxa"/>
              <w:right w:w="180" w:type="dxa"/>
            </w:tcMar>
          </w:tcPr>
          <w:p w14:paraId="1E16D4C1" w14:textId="77777777" w:rsidR="0023472F" w:rsidRDefault="00000000">
            <w:r>
              <w:rPr>
                <w:b/>
                <w:color w:val="17365D"/>
                <w:sz w:val="20"/>
              </w:rPr>
              <w:t>KEY TERM</w:t>
            </w:r>
          </w:p>
          <w:p w14:paraId="6CECC4EE" w14:textId="77777777" w:rsidR="0023472F" w:rsidRDefault="00000000">
            <w:pPr>
              <w:spacing w:after="0"/>
            </w:pPr>
            <w:r>
              <w:rPr>
                <w:sz w:val="20"/>
              </w:rPr>
              <w:t>Term: Write a concise, student-friendly definition here.</w:t>
            </w:r>
          </w:p>
        </w:tc>
      </w:tr>
    </w:tbl>
    <w:p w14:paraId="41768ADA" w14:textId="77777777" w:rsidR="0023472F" w:rsidRDefault="0023472F"/>
    <w:p w14:paraId="7BB9AFA6" w14:textId="77777777" w:rsidR="0023472F" w:rsidRDefault="00000000">
      <w:pPr>
        <w:pStyle w:val="Heading1"/>
      </w:pPr>
      <w:r>
        <w:rPr>
          <w:rFonts w:ascii="Times New Roman" w:hAnsi="Times New Roman"/>
        </w:rPr>
        <w:t>13.3 Explanation and Worked Example</w:t>
      </w:r>
    </w:p>
    <w:p w14:paraId="1D946712"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194092C8" w14:textId="77777777">
        <w:trPr>
          <w:jc w:val="center"/>
        </w:trPr>
        <w:tc>
          <w:tcPr>
            <w:tcW w:w="3360" w:type="dxa"/>
            <w:shd w:val="clear" w:color="auto" w:fill="17365D"/>
          </w:tcPr>
          <w:p w14:paraId="6142E971" w14:textId="77777777" w:rsidR="0023472F" w:rsidRDefault="00000000">
            <w:r>
              <w:rPr>
                <w:b/>
                <w:color w:val="FFFFFF"/>
                <w:sz w:val="20"/>
              </w:rPr>
              <w:t>Concept / Step</w:t>
            </w:r>
          </w:p>
        </w:tc>
        <w:tc>
          <w:tcPr>
            <w:tcW w:w="3360" w:type="dxa"/>
            <w:shd w:val="clear" w:color="auto" w:fill="17365D"/>
          </w:tcPr>
          <w:p w14:paraId="5F026DF7" w14:textId="77777777" w:rsidR="0023472F" w:rsidRDefault="00000000">
            <w:r>
              <w:rPr>
                <w:b/>
                <w:color w:val="FFFFFF"/>
                <w:sz w:val="20"/>
              </w:rPr>
              <w:t>Explanation</w:t>
            </w:r>
          </w:p>
        </w:tc>
        <w:tc>
          <w:tcPr>
            <w:tcW w:w="3360" w:type="dxa"/>
            <w:shd w:val="clear" w:color="auto" w:fill="17365D"/>
          </w:tcPr>
          <w:p w14:paraId="7B41755E" w14:textId="77777777" w:rsidR="0023472F" w:rsidRDefault="00000000">
            <w:r>
              <w:rPr>
                <w:b/>
                <w:color w:val="FFFFFF"/>
                <w:sz w:val="20"/>
              </w:rPr>
              <w:t>Example / Note</w:t>
            </w:r>
          </w:p>
        </w:tc>
      </w:tr>
      <w:tr w:rsidR="0023472F" w14:paraId="357A6412" w14:textId="77777777">
        <w:trPr>
          <w:jc w:val="center"/>
        </w:trPr>
        <w:tc>
          <w:tcPr>
            <w:tcW w:w="3360" w:type="dxa"/>
          </w:tcPr>
          <w:p w14:paraId="5D4BD168" w14:textId="77777777" w:rsidR="0023472F" w:rsidRDefault="00000000">
            <w:r>
              <w:rPr>
                <w:sz w:val="20"/>
              </w:rPr>
              <w:t>Item 1</w:t>
            </w:r>
          </w:p>
        </w:tc>
        <w:tc>
          <w:tcPr>
            <w:tcW w:w="3360" w:type="dxa"/>
          </w:tcPr>
          <w:p w14:paraId="40AD58F3" w14:textId="77777777" w:rsidR="0023472F" w:rsidRDefault="00000000">
            <w:r>
              <w:rPr>
                <w:sz w:val="20"/>
              </w:rPr>
              <w:t>[Explanation]</w:t>
            </w:r>
          </w:p>
        </w:tc>
        <w:tc>
          <w:tcPr>
            <w:tcW w:w="3360" w:type="dxa"/>
          </w:tcPr>
          <w:p w14:paraId="553A37C5" w14:textId="77777777" w:rsidR="0023472F" w:rsidRDefault="00000000">
            <w:r>
              <w:rPr>
                <w:sz w:val="20"/>
              </w:rPr>
              <w:t>[Example]</w:t>
            </w:r>
          </w:p>
        </w:tc>
      </w:tr>
      <w:tr w:rsidR="0023472F" w14:paraId="1BA47C35" w14:textId="77777777">
        <w:trPr>
          <w:jc w:val="center"/>
        </w:trPr>
        <w:tc>
          <w:tcPr>
            <w:tcW w:w="3360" w:type="dxa"/>
          </w:tcPr>
          <w:p w14:paraId="335DE8C5" w14:textId="77777777" w:rsidR="0023472F" w:rsidRDefault="00000000">
            <w:r>
              <w:rPr>
                <w:sz w:val="20"/>
              </w:rPr>
              <w:t>Item 2</w:t>
            </w:r>
          </w:p>
        </w:tc>
        <w:tc>
          <w:tcPr>
            <w:tcW w:w="3360" w:type="dxa"/>
          </w:tcPr>
          <w:p w14:paraId="34B7AC6D" w14:textId="77777777" w:rsidR="0023472F" w:rsidRDefault="00000000">
            <w:r>
              <w:rPr>
                <w:sz w:val="20"/>
              </w:rPr>
              <w:t>[Explanation]</w:t>
            </w:r>
          </w:p>
        </w:tc>
        <w:tc>
          <w:tcPr>
            <w:tcW w:w="3360" w:type="dxa"/>
          </w:tcPr>
          <w:p w14:paraId="055EA9CB" w14:textId="77777777" w:rsidR="0023472F" w:rsidRDefault="00000000">
            <w:r>
              <w:rPr>
                <w:sz w:val="20"/>
              </w:rPr>
              <w:t>[Example]</w:t>
            </w:r>
          </w:p>
        </w:tc>
      </w:tr>
      <w:tr w:rsidR="0023472F" w14:paraId="193D2BC1" w14:textId="77777777">
        <w:trPr>
          <w:jc w:val="center"/>
        </w:trPr>
        <w:tc>
          <w:tcPr>
            <w:tcW w:w="3360" w:type="dxa"/>
          </w:tcPr>
          <w:p w14:paraId="103DBE38" w14:textId="77777777" w:rsidR="0023472F" w:rsidRDefault="00000000">
            <w:r>
              <w:rPr>
                <w:sz w:val="20"/>
              </w:rPr>
              <w:t>Item 3</w:t>
            </w:r>
          </w:p>
        </w:tc>
        <w:tc>
          <w:tcPr>
            <w:tcW w:w="3360" w:type="dxa"/>
          </w:tcPr>
          <w:p w14:paraId="2BB73054" w14:textId="77777777" w:rsidR="0023472F" w:rsidRDefault="00000000">
            <w:r>
              <w:rPr>
                <w:sz w:val="20"/>
              </w:rPr>
              <w:t>[Explanation]</w:t>
            </w:r>
          </w:p>
        </w:tc>
        <w:tc>
          <w:tcPr>
            <w:tcW w:w="3360" w:type="dxa"/>
          </w:tcPr>
          <w:p w14:paraId="2DC5D305" w14:textId="77777777" w:rsidR="0023472F" w:rsidRDefault="00000000">
            <w:r>
              <w:rPr>
                <w:sz w:val="20"/>
              </w:rPr>
              <w:t>[Example]</w:t>
            </w:r>
          </w:p>
        </w:tc>
      </w:tr>
    </w:tbl>
    <w:p w14:paraId="5AC442C9" w14:textId="77777777" w:rsidR="0023472F" w:rsidRDefault="0023472F"/>
    <w:tbl>
      <w:tblPr>
        <w:tblW w:w="0" w:type="auto"/>
        <w:jc w:val="center"/>
        <w:tblLook w:val="04A0" w:firstRow="1" w:lastRow="0" w:firstColumn="1" w:lastColumn="0" w:noHBand="0" w:noVBand="1"/>
      </w:tblPr>
      <w:tblGrid>
        <w:gridCol w:w="8280"/>
      </w:tblGrid>
      <w:tr w:rsidR="0023472F" w14:paraId="412F564F" w14:textId="77777777">
        <w:trPr>
          <w:jc w:val="center"/>
        </w:trPr>
        <w:tc>
          <w:tcPr>
            <w:tcW w:w="10080" w:type="dxa"/>
            <w:shd w:val="clear" w:color="auto" w:fill="F2F2F2"/>
            <w:vAlign w:val="center"/>
          </w:tcPr>
          <w:p w14:paraId="3642F149"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500EF7E7" w14:textId="77777777" w:rsidR="0023472F" w:rsidRDefault="00000000">
      <w:pPr>
        <w:pStyle w:val="CaptionText"/>
        <w:jc w:val="center"/>
      </w:pPr>
      <w:r>
        <w:t>Figure X.X  Descriptive caption</w:t>
      </w:r>
    </w:p>
    <w:p w14:paraId="694945A3" w14:textId="77777777" w:rsidR="0023472F" w:rsidRDefault="00000000">
      <w:pPr>
        <w:pStyle w:val="Heading1"/>
      </w:pPr>
      <w:r>
        <w:rPr>
          <w:rFonts w:ascii="Times New Roman" w:hAnsi="Times New Roman"/>
        </w:rPr>
        <w:t>13.4 Application / Case Study</w:t>
      </w:r>
    </w:p>
    <w:tbl>
      <w:tblPr>
        <w:tblW w:w="0" w:type="auto"/>
        <w:jc w:val="center"/>
        <w:tblLook w:val="04A0" w:firstRow="1" w:lastRow="0" w:firstColumn="1" w:lastColumn="0" w:noHBand="0" w:noVBand="1"/>
      </w:tblPr>
      <w:tblGrid>
        <w:gridCol w:w="8424"/>
      </w:tblGrid>
      <w:tr w:rsidR="0023472F" w14:paraId="4147BC7D" w14:textId="77777777">
        <w:trPr>
          <w:jc w:val="center"/>
        </w:trPr>
        <w:tc>
          <w:tcPr>
            <w:tcW w:w="10080" w:type="dxa"/>
            <w:shd w:val="clear" w:color="auto" w:fill="FFF4D6"/>
            <w:tcMar>
              <w:top w:w="140" w:type="dxa"/>
              <w:left w:w="180" w:type="dxa"/>
              <w:bottom w:w="140" w:type="dxa"/>
              <w:right w:w="180" w:type="dxa"/>
            </w:tcMar>
          </w:tcPr>
          <w:p w14:paraId="3B016D8F" w14:textId="77777777" w:rsidR="0023472F" w:rsidRDefault="00000000">
            <w:r>
              <w:rPr>
                <w:b/>
                <w:color w:val="17365D"/>
                <w:sz w:val="20"/>
              </w:rPr>
              <w:t>CASE STUDY / REAL-WORLD APPLICATION</w:t>
            </w:r>
          </w:p>
          <w:p w14:paraId="40D4DDA4" w14:textId="77777777" w:rsidR="0023472F" w:rsidRDefault="00000000">
            <w:pPr>
              <w:spacing w:after="0"/>
            </w:pPr>
            <w:r>
              <w:rPr>
                <w:sz w:val="20"/>
              </w:rPr>
              <w:t>Describe a practical situation. Add 2–3 discussion questions connecting the case to the chapter concepts.</w:t>
            </w:r>
          </w:p>
        </w:tc>
      </w:tr>
    </w:tbl>
    <w:p w14:paraId="7816CE10" w14:textId="77777777" w:rsidR="0023472F" w:rsidRDefault="0023472F"/>
    <w:p w14:paraId="1DEC4708" w14:textId="77777777" w:rsidR="0023472F" w:rsidRDefault="00000000">
      <w:pPr>
        <w:pStyle w:val="Heading1"/>
      </w:pPr>
      <w:r>
        <w:rPr>
          <w:rFonts w:ascii="Times New Roman" w:hAnsi="Times New Roman"/>
        </w:rPr>
        <w:t>13.5 Chapter Summary</w:t>
      </w:r>
    </w:p>
    <w:p w14:paraId="0C6DC444" w14:textId="77777777" w:rsidR="0023472F" w:rsidRDefault="00000000">
      <w:pPr>
        <w:pStyle w:val="ListBullet"/>
      </w:pPr>
      <w:r>
        <w:t>Main idea or principle 1</w:t>
      </w:r>
    </w:p>
    <w:p w14:paraId="6A0F2DAE" w14:textId="77777777" w:rsidR="0023472F" w:rsidRDefault="00000000">
      <w:pPr>
        <w:pStyle w:val="ListBullet"/>
      </w:pPr>
      <w:r>
        <w:t>Main idea or principle 2</w:t>
      </w:r>
    </w:p>
    <w:p w14:paraId="63586944" w14:textId="77777777" w:rsidR="0023472F" w:rsidRDefault="00000000">
      <w:pPr>
        <w:pStyle w:val="ListBullet"/>
      </w:pPr>
      <w:r>
        <w:t>Important relationship / formula / process</w:t>
      </w:r>
    </w:p>
    <w:p w14:paraId="51CB359C" w14:textId="77777777" w:rsidR="0023472F" w:rsidRDefault="00000000">
      <w:pPr>
        <w:pStyle w:val="ListBullet"/>
      </w:pPr>
      <w:r>
        <w:t>Practical implication or application</w:t>
      </w:r>
    </w:p>
    <w:p w14:paraId="7BD48EB0" w14:textId="77777777" w:rsidR="0023472F" w:rsidRDefault="00000000">
      <w:pPr>
        <w:pStyle w:val="Heading2"/>
      </w:pPr>
      <w:r>
        <w:rPr>
          <w:rFonts w:ascii="Times New Roman" w:hAnsi="Times New Roman"/>
        </w:rPr>
        <w:t>Quick Review</w:t>
      </w:r>
    </w:p>
    <w:p w14:paraId="24730128" w14:textId="77777777" w:rsidR="0023472F" w:rsidRDefault="00000000">
      <w:r>
        <w:t>1. [Short-answer review question]</w:t>
      </w:r>
    </w:p>
    <w:p w14:paraId="6B0021E3" w14:textId="77777777" w:rsidR="0023472F" w:rsidRDefault="00000000">
      <w:r>
        <w:t>2. [Short-answer review question]</w:t>
      </w:r>
    </w:p>
    <w:p w14:paraId="7F20F0CE" w14:textId="77777777" w:rsidR="0023472F" w:rsidRDefault="00000000">
      <w:r>
        <w:t>3. [Short-answer review question]</w:t>
      </w:r>
    </w:p>
    <w:p w14:paraId="2DC30C0B" w14:textId="77777777" w:rsidR="0023472F" w:rsidRDefault="00000000">
      <w:pPr>
        <w:pStyle w:val="Heading2"/>
      </w:pPr>
      <w:r>
        <w:rPr>
          <w:rFonts w:ascii="Times New Roman" w:hAnsi="Times New Roman"/>
        </w:rPr>
        <w:t>Exercises &amp; Assessment</w:t>
      </w:r>
    </w:p>
    <w:p w14:paraId="2EB1C98E" w14:textId="77777777" w:rsidR="0023472F" w:rsidRDefault="00000000">
      <w:pPr>
        <w:pStyle w:val="Heading3"/>
      </w:pPr>
      <w:r>
        <w:rPr>
          <w:rFonts w:ascii="Times New Roman" w:hAnsi="Times New Roman"/>
        </w:rPr>
        <w:t>A. Multiple Choice Questions</w:t>
      </w:r>
    </w:p>
    <w:p w14:paraId="758E11F7" w14:textId="77777777" w:rsidR="0023472F" w:rsidRDefault="00000000">
      <w:r>
        <w:t>1. [Question]   (a) Option A   (b) Option B   (c) Option C   (d) Option D</w:t>
      </w:r>
    </w:p>
    <w:p w14:paraId="66543893" w14:textId="77777777" w:rsidR="0023472F" w:rsidRDefault="00000000">
      <w:pPr>
        <w:pStyle w:val="Heading3"/>
      </w:pPr>
      <w:r>
        <w:rPr>
          <w:rFonts w:ascii="Times New Roman" w:hAnsi="Times New Roman"/>
        </w:rPr>
        <w:t>B. Short Answer Questions</w:t>
      </w:r>
    </w:p>
    <w:p w14:paraId="480B4561" w14:textId="77777777" w:rsidR="0023472F" w:rsidRDefault="00000000">
      <w:r>
        <w:t>1. [Question]</w:t>
      </w:r>
      <w:r>
        <w:br/>
        <w:t>2. [Question]</w:t>
      </w:r>
    </w:p>
    <w:p w14:paraId="73717C3E" w14:textId="77777777" w:rsidR="0023472F" w:rsidRDefault="00000000">
      <w:pPr>
        <w:pStyle w:val="Heading3"/>
      </w:pPr>
      <w:r>
        <w:rPr>
          <w:rFonts w:ascii="Times New Roman" w:hAnsi="Times New Roman"/>
        </w:rPr>
        <w:t>C. Long Answer / Analytical Questions</w:t>
      </w:r>
    </w:p>
    <w:p w14:paraId="63B846D7" w14:textId="77777777" w:rsidR="0023472F" w:rsidRDefault="00000000">
      <w:r>
        <w:t>1. [Question]</w:t>
      </w:r>
      <w:r>
        <w:br/>
        <w:t>2. [Question]</w:t>
      </w:r>
    </w:p>
    <w:p w14:paraId="2F828ABC" w14:textId="77777777" w:rsidR="0023472F" w:rsidRDefault="00000000">
      <w:pPr>
        <w:pStyle w:val="Heading3"/>
      </w:pPr>
      <w:r>
        <w:rPr>
          <w:rFonts w:ascii="Times New Roman" w:hAnsi="Times New Roman"/>
        </w:rPr>
        <w:t>D. Activity / Assignment</w:t>
      </w:r>
    </w:p>
    <w:p w14:paraId="3E1125F7" w14:textId="77777777" w:rsidR="0023472F" w:rsidRDefault="00000000">
      <w:r>
        <w:t>[Mini-project, laboratory activity, field task, coding exercise, data interpretation, or reflective assignment.]</w:t>
      </w:r>
    </w:p>
    <w:p w14:paraId="32EA3C23" w14:textId="77777777" w:rsidR="0023472F" w:rsidRDefault="00000000">
      <w:pPr>
        <w:pStyle w:val="Heading2"/>
      </w:pPr>
      <w:r>
        <w:rPr>
          <w:rFonts w:ascii="Times New Roman" w:hAnsi="Times New Roman"/>
        </w:rPr>
        <w:lastRenderedPageBreak/>
        <w:t>Further Reading</w:t>
      </w:r>
    </w:p>
    <w:p w14:paraId="5F11E886" w14:textId="77777777" w:rsidR="0023472F" w:rsidRDefault="00000000">
      <w:r>
        <w:t>[Add 3–5 recommended books, articles, standards, websites, or learning resources.]</w:t>
      </w:r>
    </w:p>
    <w:p w14:paraId="4D124667" w14:textId="77777777" w:rsidR="0023472F" w:rsidRDefault="00000000">
      <w:r>
        <w:br w:type="page"/>
      </w:r>
    </w:p>
    <w:p w14:paraId="5123C292" w14:textId="77777777" w:rsidR="0023472F" w:rsidRDefault="00000000">
      <w:pPr>
        <w:pStyle w:val="ChapterNumber"/>
      </w:pPr>
      <w:r>
        <w:lastRenderedPageBreak/>
        <w:t>CHAPTER 14</w:t>
      </w:r>
    </w:p>
    <w:p w14:paraId="63EC3D1E" w14:textId="77777777" w:rsidR="0023472F" w:rsidRDefault="00000000">
      <w:pPr>
        <w:pStyle w:val="ChapterTitle"/>
        <w:pBdr>
          <w:bottom w:val="single" w:sz="24" w:space="1" w:color="00A6A6"/>
        </w:pBdr>
      </w:pPr>
      <w:r>
        <w:t>[Chapter 14 Title]</w:t>
      </w:r>
    </w:p>
    <w:p w14:paraId="78F19F2E"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3B316BDA" w14:textId="77777777">
        <w:trPr>
          <w:jc w:val="center"/>
        </w:trPr>
        <w:tc>
          <w:tcPr>
            <w:tcW w:w="10080" w:type="dxa"/>
            <w:shd w:val="clear" w:color="auto" w:fill="EAF2F8"/>
            <w:tcMar>
              <w:top w:w="140" w:type="dxa"/>
              <w:left w:w="180" w:type="dxa"/>
              <w:bottom w:w="140" w:type="dxa"/>
              <w:right w:w="180" w:type="dxa"/>
            </w:tcMar>
          </w:tcPr>
          <w:p w14:paraId="6874AE81" w14:textId="77777777" w:rsidR="0023472F" w:rsidRDefault="00000000">
            <w:r>
              <w:rPr>
                <w:b/>
                <w:color w:val="17365D"/>
                <w:sz w:val="20"/>
              </w:rPr>
              <w:t>Learning Objectives</w:t>
            </w:r>
          </w:p>
          <w:p w14:paraId="5F57825F" w14:textId="77777777" w:rsidR="0023472F" w:rsidRDefault="00000000">
            <w:pPr>
              <w:spacing w:after="0"/>
            </w:pPr>
            <w:r>
              <w:rPr>
                <w:sz w:val="20"/>
              </w:rPr>
              <w:t>After completing Chapter 14,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72034EE7" w14:textId="77777777" w:rsidR="0023472F" w:rsidRDefault="0023472F"/>
    <w:p w14:paraId="03F6E36A" w14:textId="77777777" w:rsidR="0023472F" w:rsidRDefault="00000000">
      <w:pPr>
        <w:pStyle w:val="Heading1"/>
      </w:pPr>
      <w:r>
        <w:rPr>
          <w:rFonts w:ascii="Times New Roman" w:hAnsi="Times New Roman"/>
        </w:rPr>
        <w:t>14.1 Introduction</w:t>
      </w:r>
    </w:p>
    <w:p w14:paraId="317F17C6" w14:textId="77777777" w:rsidR="0023472F" w:rsidRDefault="00000000">
      <w:r>
        <w:t>Begin with an engaging context, real-world example, short story, problem, or question. Explain why the chapter matters and connect it to previous learning.</w:t>
      </w:r>
    </w:p>
    <w:p w14:paraId="73BFDE98" w14:textId="77777777" w:rsidR="0023472F" w:rsidRDefault="00000000">
      <w:pPr>
        <w:pStyle w:val="Heading1"/>
      </w:pPr>
      <w:r>
        <w:rPr>
          <w:rFonts w:ascii="Times New Roman" w:hAnsi="Times New Roman"/>
        </w:rPr>
        <w:t>14.2 Core Concept / Topic</w:t>
      </w:r>
    </w:p>
    <w:p w14:paraId="22CB5AFE"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749816B7" w14:textId="77777777">
        <w:trPr>
          <w:jc w:val="center"/>
        </w:trPr>
        <w:tc>
          <w:tcPr>
            <w:tcW w:w="10080" w:type="dxa"/>
            <w:shd w:val="clear" w:color="auto" w:fill="E8F6F3"/>
            <w:tcMar>
              <w:top w:w="140" w:type="dxa"/>
              <w:left w:w="180" w:type="dxa"/>
              <w:bottom w:w="140" w:type="dxa"/>
              <w:right w:w="180" w:type="dxa"/>
            </w:tcMar>
          </w:tcPr>
          <w:p w14:paraId="6E6E79CB" w14:textId="77777777" w:rsidR="0023472F" w:rsidRDefault="00000000">
            <w:r>
              <w:rPr>
                <w:b/>
                <w:color w:val="17365D"/>
                <w:sz w:val="20"/>
              </w:rPr>
              <w:t>KEY TERM</w:t>
            </w:r>
          </w:p>
          <w:p w14:paraId="1F435171" w14:textId="77777777" w:rsidR="0023472F" w:rsidRDefault="00000000">
            <w:pPr>
              <w:spacing w:after="0"/>
            </w:pPr>
            <w:r>
              <w:rPr>
                <w:sz w:val="20"/>
              </w:rPr>
              <w:t>Term: Write a concise, student-friendly definition here.</w:t>
            </w:r>
          </w:p>
        </w:tc>
      </w:tr>
    </w:tbl>
    <w:p w14:paraId="09AC734E" w14:textId="77777777" w:rsidR="0023472F" w:rsidRDefault="0023472F"/>
    <w:p w14:paraId="37D01E86" w14:textId="77777777" w:rsidR="0023472F" w:rsidRDefault="00000000">
      <w:pPr>
        <w:pStyle w:val="Heading1"/>
      </w:pPr>
      <w:r>
        <w:rPr>
          <w:rFonts w:ascii="Times New Roman" w:hAnsi="Times New Roman"/>
        </w:rPr>
        <w:t>14.3 Explanation and Worked Example</w:t>
      </w:r>
    </w:p>
    <w:p w14:paraId="462FD472"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70617AFC" w14:textId="77777777">
        <w:trPr>
          <w:jc w:val="center"/>
        </w:trPr>
        <w:tc>
          <w:tcPr>
            <w:tcW w:w="3360" w:type="dxa"/>
            <w:shd w:val="clear" w:color="auto" w:fill="17365D"/>
          </w:tcPr>
          <w:p w14:paraId="33F5E41E" w14:textId="77777777" w:rsidR="0023472F" w:rsidRDefault="00000000">
            <w:r>
              <w:rPr>
                <w:b/>
                <w:color w:val="FFFFFF"/>
                <w:sz w:val="20"/>
              </w:rPr>
              <w:t>Concept / Step</w:t>
            </w:r>
          </w:p>
        </w:tc>
        <w:tc>
          <w:tcPr>
            <w:tcW w:w="3360" w:type="dxa"/>
            <w:shd w:val="clear" w:color="auto" w:fill="17365D"/>
          </w:tcPr>
          <w:p w14:paraId="7B3D3068" w14:textId="77777777" w:rsidR="0023472F" w:rsidRDefault="00000000">
            <w:r>
              <w:rPr>
                <w:b/>
                <w:color w:val="FFFFFF"/>
                <w:sz w:val="20"/>
              </w:rPr>
              <w:t>Explanation</w:t>
            </w:r>
          </w:p>
        </w:tc>
        <w:tc>
          <w:tcPr>
            <w:tcW w:w="3360" w:type="dxa"/>
            <w:shd w:val="clear" w:color="auto" w:fill="17365D"/>
          </w:tcPr>
          <w:p w14:paraId="7576F9FE" w14:textId="77777777" w:rsidR="0023472F" w:rsidRDefault="00000000">
            <w:r>
              <w:rPr>
                <w:b/>
                <w:color w:val="FFFFFF"/>
                <w:sz w:val="20"/>
              </w:rPr>
              <w:t>Example / Note</w:t>
            </w:r>
          </w:p>
        </w:tc>
      </w:tr>
      <w:tr w:rsidR="0023472F" w14:paraId="4A834FBC" w14:textId="77777777">
        <w:trPr>
          <w:jc w:val="center"/>
        </w:trPr>
        <w:tc>
          <w:tcPr>
            <w:tcW w:w="3360" w:type="dxa"/>
          </w:tcPr>
          <w:p w14:paraId="66B7FD2C" w14:textId="77777777" w:rsidR="0023472F" w:rsidRDefault="00000000">
            <w:r>
              <w:rPr>
                <w:sz w:val="20"/>
              </w:rPr>
              <w:t>Item 1</w:t>
            </w:r>
          </w:p>
        </w:tc>
        <w:tc>
          <w:tcPr>
            <w:tcW w:w="3360" w:type="dxa"/>
          </w:tcPr>
          <w:p w14:paraId="3B7862EB" w14:textId="77777777" w:rsidR="0023472F" w:rsidRDefault="00000000">
            <w:r>
              <w:rPr>
                <w:sz w:val="20"/>
              </w:rPr>
              <w:t>[Explanation]</w:t>
            </w:r>
          </w:p>
        </w:tc>
        <w:tc>
          <w:tcPr>
            <w:tcW w:w="3360" w:type="dxa"/>
          </w:tcPr>
          <w:p w14:paraId="1477945C" w14:textId="77777777" w:rsidR="0023472F" w:rsidRDefault="00000000">
            <w:r>
              <w:rPr>
                <w:sz w:val="20"/>
              </w:rPr>
              <w:t>[Example]</w:t>
            </w:r>
          </w:p>
        </w:tc>
      </w:tr>
      <w:tr w:rsidR="0023472F" w14:paraId="04BF67B0" w14:textId="77777777">
        <w:trPr>
          <w:jc w:val="center"/>
        </w:trPr>
        <w:tc>
          <w:tcPr>
            <w:tcW w:w="3360" w:type="dxa"/>
          </w:tcPr>
          <w:p w14:paraId="2A96AF9F" w14:textId="77777777" w:rsidR="0023472F" w:rsidRDefault="00000000">
            <w:r>
              <w:rPr>
                <w:sz w:val="20"/>
              </w:rPr>
              <w:t>Item 2</w:t>
            </w:r>
          </w:p>
        </w:tc>
        <w:tc>
          <w:tcPr>
            <w:tcW w:w="3360" w:type="dxa"/>
          </w:tcPr>
          <w:p w14:paraId="71DC35CF" w14:textId="77777777" w:rsidR="0023472F" w:rsidRDefault="00000000">
            <w:r>
              <w:rPr>
                <w:sz w:val="20"/>
              </w:rPr>
              <w:t>[Explanation]</w:t>
            </w:r>
          </w:p>
        </w:tc>
        <w:tc>
          <w:tcPr>
            <w:tcW w:w="3360" w:type="dxa"/>
          </w:tcPr>
          <w:p w14:paraId="2809383E" w14:textId="77777777" w:rsidR="0023472F" w:rsidRDefault="00000000">
            <w:r>
              <w:rPr>
                <w:sz w:val="20"/>
              </w:rPr>
              <w:t>[Example]</w:t>
            </w:r>
          </w:p>
        </w:tc>
      </w:tr>
      <w:tr w:rsidR="0023472F" w14:paraId="586A0FC8" w14:textId="77777777">
        <w:trPr>
          <w:jc w:val="center"/>
        </w:trPr>
        <w:tc>
          <w:tcPr>
            <w:tcW w:w="3360" w:type="dxa"/>
          </w:tcPr>
          <w:p w14:paraId="3DF97127" w14:textId="77777777" w:rsidR="0023472F" w:rsidRDefault="00000000">
            <w:r>
              <w:rPr>
                <w:sz w:val="20"/>
              </w:rPr>
              <w:t>Item 3</w:t>
            </w:r>
          </w:p>
        </w:tc>
        <w:tc>
          <w:tcPr>
            <w:tcW w:w="3360" w:type="dxa"/>
          </w:tcPr>
          <w:p w14:paraId="2576B113" w14:textId="77777777" w:rsidR="0023472F" w:rsidRDefault="00000000">
            <w:r>
              <w:rPr>
                <w:sz w:val="20"/>
              </w:rPr>
              <w:t>[Explanation]</w:t>
            </w:r>
          </w:p>
        </w:tc>
        <w:tc>
          <w:tcPr>
            <w:tcW w:w="3360" w:type="dxa"/>
          </w:tcPr>
          <w:p w14:paraId="5573D974" w14:textId="77777777" w:rsidR="0023472F" w:rsidRDefault="00000000">
            <w:r>
              <w:rPr>
                <w:sz w:val="20"/>
              </w:rPr>
              <w:t>[Example]</w:t>
            </w:r>
          </w:p>
        </w:tc>
      </w:tr>
    </w:tbl>
    <w:p w14:paraId="77EC40EC" w14:textId="77777777" w:rsidR="0023472F" w:rsidRDefault="0023472F"/>
    <w:tbl>
      <w:tblPr>
        <w:tblW w:w="0" w:type="auto"/>
        <w:jc w:val="center"/>
        <w:tblLook w:val="04A0" w:firstRow="1" w:lastRow="0" w:firstColumn="1" w:lastColumn="0" w:noHBand="0" w:noVBand="1"/>
      </w:tblPr>
      <w:tblGrid>
        <w:gridCol w:w="8280"/>
      </w:tblGrid>
      <w:tr w:rsidR="0023472F" w14:paraId="7B9FA554" w14:textId="77777777">
        <w:trPr>
          <w:jc w:val="center"/>
        </w:trPr>
        <w:tc>
          <w:tcPr>
            <w:tcW w:w="10080" w:type="dxa"/>
            <w:shd w:val="clear" w:color="auto" w:fill="F2F2F2"/>
            <w:vAlign w:val="center"/>
          </w:tcPr>
          <w:p w14:paraId="3D8392B3"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36969295" w14:textId="77777777" w:rsidR="0023472F" w:rsidRDefault="00000000">
      <w:pPr>
        <w:pStyle w:val="CaptionText"/>
        <w:jc w:val="center"/>
      </w:pPr>
      <w:r>
        <w:t>Figure X.X  Descriptive caption</w:t>
      </w:r>
    </w:p>
    <w:p w14:paraId="49823CC3" w14:textId="77777777" w:rsidR="0023472F" w:rsidRDefault="00000000">
      <w:pPr>
        <w:pStyle w:val="Heading1"/>
      </w:pPr>
      <w:r>
        <w:rPr>
          <w:rFonts w:ascii="Times New Roman" w:hAnsi="Times New Roman"/>
        </w:rPr>
        <w:t>14.4 Application / Case Study</w:t>
      </w:r>
    </w:p>
    <w:tbl>
      <w:tblPr>
        <w:tblW w:w="0" w:type="auto"/>
        <w:jc w:val="center"/>
        <w:tblLook w:val="04A0" w:firstRow="1" w:lastRow="0" w:firstColumn="1" w:lastColumn="0" w:noHBand="0" w:noVBand="1"/>
      </w:tblPr>
      <w:tblGrid>
        <w:gridCol w:w="8424"/>
      </w:tblGrid>
      <w:tr w:rsidR="0023472F" w14:paraId="15EE206D" w14:textId="77777777">
        <w:trPr>
          <w:jc w:val="center"/>
        </w:trPr>
        <w:tc>
          <w:tcPr>
            <w:tcW w:w="10080" w:type="dxa"/>
            <w:shd w:val="clear" w:color="auto" w:fill="FFF4D6"/>
            <w:tcMar>
              <w:top w:w="140" w:type="dxa"/>
              <w:left w:w="180" w:type="dxa"/>
              <w:bottom w:w="140" w:type="dxa"/>
              <w:right w:w="180" w:type="dxa"/>
            </w:tcMar>
          </w:tcPr>
          <w:p w14:paraId="2461EE7E" w14:textId="77777777" w:rsidR="0023472F" w:rsidRDefault="00000000">
            <w:r>
              <w:rPr>
                <w:b/>
                <w:color w:val="17365D"/>
                <w:sz w:val="20"/>
              </w:rPr>
              <w:t>CASE STUDY / REAL-WORLD APPLICATION</w:t>
            </w:r>
          </w:p>
          <w:p w14:paraId="5C070F98" w14:textId="77777777" w:rsidR="0023472F" w:rsidRDefault="00000000">
            <w:pPr>
              <w:spacing w:after="0"/>
            </w:pPr>
            <w:r>
              <w:rPr>
                <w:sz w:val="20"/>
              </w:rPr>
              <w:t>Describe a practical situation. Add 2–3 discussion questions connecting the case to the chapter concepts.</w:t>
            </w:r>
          </w:p>
        </w:tc>
      </w:tr>
    </w:tbl>
    <w:p w14:paraId="6B5E9FC8" w14:textId="77777777" w:rsidR="0023472F" w:rsidRDefault="0023472F"/>
    <w:p w14:paraId="28249F9D" w14:textId="77777777" w:rsidR="0023472F" w:rsidRDefault="00000000">
      <w:pPr>
        <w:pStyle w:val="Heading1"/>
      </w:pPr>
      <w:r>
        <w:rPr>
          <w:rFonts w:ascii="Times New Roman" w:hAnsi="Times New Roman"/>
        </w:rPr>
        <w:t>14.5 Chapter Summary</w:t>
      </w:r>
    </w:p>
    <w:p w14:paraId="200C0980" w14:textId="77777777" w:rsidR="0023472F" w:rsidRDefault="00000000">
      <w:pPr>
        <w:pStyle w:val="ListBullet"/>
      </w:pPr>
      <w:r>
        <w:t>Main idea or principle 1</w:t>
      </w:r>
    </w:p>
    <w:p w14:paraId="08D54793" w14:textId="77777777" w:rsidR="0023472F" w:rsidRDefault="00000000">
      <w:pPr>
        <w:pStyle w:val="ListBullet"/>
      </w:pPr>
      <w:r>
        <w:t>Main idea or principle 2</w:t>
      </w:r>
    </w:p>
    <w:p w14:paraId="79277E3B" w14:textId="77777777" w:rsidR="0023472F" w:rsidRDefault="00000000">
      <w:pPr>
        <w:pStyle w:val="ListBullet"/>
      </w:pPr>
      <w:r>
        <w:t>Important relationship / formula / process</w:t>
      </w:r>
    </w:p>
    <w:p w14:paraId="7B22A799" w14:textId="77777777" w:rsidR="0023472F" w:rsidRDefault="00000000">
      <w:pPr>
        <w:pStyle w:val="ListBullet"/>
      </w:pPr>
      <w:r>
        <w:t>Practical implication or application</w:t>
      </w:r>
    </w:p>
    <w:p w14:paraId="7B8496AF" w14:textId="77777777" w:rsidR="0023472F" w:rsidRDefault="00000000">
      <w:pPr>
        <w:pStyle w:val="Heading2"/>
      </w:pPr>
      <w:r>
        <w:rPr>
          <w:rFonts w:ascii="Times New Roman" w:hAnsi="Times New Roman"/>
        </w:rPr>
        <w:t>Quick Review</w:t>
      </w:r>
    </w:p>
    <w:p w14:paraId="2895AC64" w14:textId="77777777" w:rsidR="0023472F" w:rsidRDefault="00000000">
      <w:r>
        <w:t>1. [Short-answer review question]</w:t>
      </w:r>
    </w:p>
    <w:p w14:paraId="110332B3" w14:textId="77777777" w:rsidR="0023472F" w:rsidRDefault="00000000">
      <w:r>
        <w:t>2. [Short-answer review question]</w:t>
      </w:r>
    </w:p>
    <w:p w14:paraId="42BCC39C" w14:textId="77777777" w:rsidR="0023472F" w:rsidRDefault="00000000">
      <w:r>
        <w:t>3. [Short-answer review question]</w:t>
      </w:r>
    </w:p>
    <w:p w14:paraId="5EA9158E" w14:textId="77777777" w:rsidR="0023472F" w:rsidRDefault="00000000">
      <w:pPr>
        <w:pStyle w:val="Heading2"/>
      </w:pPr>
      <w:r>
        <w:rPr>
          <w:rFonts w:ascii="Times New Roman" w:hAnsi="Times New Roman"/>
        </w:rPr>
        <w:t>Exercises &amp; Assessment</w:t>
      </w:r>
    </w:p>
    <w:p w14:paraId="17ACD948" w14:textId="77777777" w:rsidR="0023472F" w:rsidRDefault="00000000">
      <w:pPr>
        <w:pStyle w:val="Heading3"/>
      </w:pPr>
      <w:r>
        <w:rPr>
          <w:rFonts w:ascii="Times New Roman" w:hAnsi="Times New Roman"/>
        </w:rPr>
        <w:t>A. Multiple Choice Questions</w:t>
      </w:r>
    </w:p>
    <w:p w14:paraId="5D1859D3" w14:textId="77777777" w:rsidR="0023472F" w:rsidRDefault="00000000">
      <w:r>
        <w:t>1. [Question]   (a) Option A   (b) Option B   (c) Option C   (d) Option D</w:t>
      </w:r>
    </w:p>
    <w:p w14:paraId="0A3AD61D" w14:textId="77777777" w:rsidR="0023472F" w:rsidRDefault="00000000">
      <w:pPr>
        <w:pStyle w:val="Heading3"/>
      </w:pPr>
      <w:r>
        <w:rPr>
          <w:rFonts w:ascii="Times New Roman" w:hAnsi="Times New Roman"/>
        </w:rPr>
        <w:t>B. Short Answer Questions</w:t>
      </w:r>
    </w:p>
    <w:p w14:paraId="0E34BD93" w14:textId="77777777" w:rsidR="0023472F" w:rsidRDefault="00000000">
      <w:r>
        <w:t>1. [Question]</w:t>
      </w:r>
      <w:r>
        <w:br/>
        <w:t>2. [Question]</w:t>
      </w:r>
    </w:p>
    <w:p w14:paraId="18597C3C" w14:textId="77777777" w:rsidR="0023472F" w:rsidRDefault="00000000">
      <w:pPr>
        <w:pStyle w:val="Heading3"/>
      </w:pPr>
      <w:r>
        <w:rPr>
          <w:rFonts w:ascii="Times New Roman" w:hAnsi="Times New Roman"/>
        </w:rPr>
        <w:t>C. Long Answer / Analytical Questions</w:t>
      </w:r>
    </w:p>
    <w:p w14:paraId="3BFFB661" w14:textId="77777777" w:rsidR="0023472F" w:rsidRDefault="00000000">
      <w:r>
        <w:t>1. [Question]</w:t>
      </w:r>
      <w:r>
        <w:br/>
        <w:t>2. [Question]</w:t>
      </w:r>
    </w:p>
    <w:p w14:paraId="5C048400" w14:textId="77777777" w:rsidR="0023472F" w:rsidRDefault="00000000">
      <w:pPr>
        <w:pStyle w:val="Heading3"/>
      </w:pPr>
      <w:r>
        <w:rPr>
          <w:rFonts w:ascii="Times New Roman" w:hAnsi="Times New Roman"/>
        </w:rPr>
        <w:t>D. Activity / Assignment</w:t>
      </w:r>
    </w:p>
    <w:p w14:paraId="3448C8E5" w14:textId="77777777" w:rsidR="0023472F" w:rsidRDefault="00000000">
      <w:r>
        <w:t>[Mini-project, laboratory activity, field task, coding exercise, data interpretation, or reflective assignment.]</w:t>
      </w:r>
    </w:p>
    <w:p w14:paraId="674FCB50" w14:textId="77777777" w:rsidR="0023472F" w:rsidRDefault="00000000">
      <w:pPr>
        <w:pStyle w:val="Heading2"/>
      </w:pPr>
      <w:r>
        <w:rPr>
          <w:rFonts w:ascii="Times New Roman" w:hAnsi="Times New Roman"/>
        </w:rPr>
        <w:lastRenderedPageBreak/>
        <w:t>Further Reading</w:t>
      </w:r>
    </w:p>
    <w:p w14:paraId="7B3798E5" w14:textId="77777777" w:rsidR="0023472F" w:rsidRDefault="00000000">
      <w:r>
        <w:t>[Add 3–5 recommended books, articles, standards, websites, or learning resources.]</w:t>
      </w:r>
    </w:p>
    <w:p w14:paraId="1EF18B6B" w14:textId="77777777" w:rsidR="0023472F" w:rsidRDefault="00000000">
      <w:r>
        <w:br w:type="page"/>
      </w:r>
    </w:p>
    <w:p w14:paraId="337E5606" w14:textId="77777777" w:rsidR="0023472F" w:rsidRDefault="00000000">
      <w:pPr>
        <w:pStyle w:val="ChapterNumber"/>
      </w:pPr>
      <w:r>
        <w:lastRenderedPageBreak/>
        <w:t>CHAPTER 15</w:t>
      </w:r>
    </w:p>
    <w:p w14:paraId="10B6E8F8" w14:textId="77777777" w:rsidR="0023472F" w:rsidRDefault="00000000">
      <w:pPr>
        <w:pStyle w:val="ChapterTitle"/>
        <w:pBdr>
          <w:bottom w:val="single" w:sz="24" w:space="1" w:color="00A6A6"/>
        </w:pBdr>
      </w:pPr>
      <w:r>
        <w:t>[Chapter 15 Title]</w:t>
      </w:r>
    </w:p>
    <w:p w14:paraId="54141BD4" w14:textId="77777777" w:rsidR="0023472F" w:rsidRDefault="00000000">
      <w:pPr>
        <w:pStyle w:val="Subtitle"/>
      </w:pPr>
      <w:r>
        <w:rPr>
          <w:rFonts w:ascii="Times New Roman" w:hAnsi="Times New Roman"/>
        </w:rPr>
        <w:t>[One-line chapter opener or essential question]</w:t>
      </w:r>
    </w:p>
    <w:tbl>
      <w:tblPr>
        <w:tblW w:w="0" w:type="auto"/>
        <w:jc w:val="center"/>
        <w:tblLook w:val="04A0" w:firstRow="1" w:lastRow="0" w:firstColumn="1" w:lastColumn="0" w:noHBand="0" w:noVBand="1"/>
      </w:tblPr>
      <w:tblGrid>
        <w:gridCol w:w="8424"/>
      </w:tblGrid>
      <w:tr w:rsidR="0023472F" w14:paraId="5A814D17" w14:textId="77777777">
        <w:trPr>
          <w:jc w:val="center"/>
        </w:trPr>
        <w:tc>
          <w:tcPr>
            <w:tcW w:w="10080" w:type="dxa"/>
            <w:shd w:val="clear" w:color="auto" w:fill="EAF2F8"/>
            <w:tcMar>
              <w:top w:w="140" w:type="dxa"/>
              <w:left w:w="180" w:type="dxa"/>
              <w:bottom w:w="140" w:type="dxa"/>
              <w:right w:w="180" w:type="dxa"/>
            </w:tcMar>
          </w:tcPr>
          <w:p w14:paraId="227C7487" w14:textId="77777777" w:rsidR="0023472F" w:rsidRDefault="00000000">
            <w:r>
              <w:rPr>
                <w:b/>
                <w:color w:val="17365D"/>
                <w:sz w:val="20"/>
              </w:rPr>
              <w:t>Learning Objectives</w:t>
            </w:r>
          </w:p>
          <w:p w14:paraId="1B8F10B9" w14:textId="77777777" w:rsidR="0023472F" w:rsidRDefault="00000000">
            <w:pPr>
              <w:spacing w:after="0"/>
            </w:pPr>
            <w:r>
              <w:rPr>
                <w:sz w:val="20"/>
              </w:rPr>
              <w:t>After completing Chapter 15, learners will be able to:</w:t>
            </w:r>
            <w:r>
              <w:rPr>
                <w:sz w:val="20"/>
              </w:rPr>
              <w:br/>
              <w:t>• Define and explain the central concepts.</w:t>
            </w:r>
            <w:r>
              <w:rPr>
                <w:sz w:val="20"/>
              </w:rPr>
              <w:br/>
              <w:t>• Interpret important principles and relationships.</w:t>
            </w:r>
            <w:r>
              <w:rPr>
                <w:sz w:val="20"/>
              </w:rPr>
              <w:br/>
              <w:t>• Apply concepts to examples or practical problems.</w:t>
            </w:r>
            <w:r>
              <w:rPr>
                <w:sz w:val="20"/>
              </w:rPr>
              <w:br/>
              <w:t>• Analyze a case, dataset, experiment, or situation.</w:t>
            </w:r>
          </w:p>
        </w:tc>
      </w:tr>
    </w:tbl>
    <w:p w14:paraId="2D775AED" w14:textId="77777777" w:rsidR="0023472F" w:rsidRDefault="0023472F"/>
    <w:p w14:paraId="56E7FB55" w14:textId="77777777" w:rsidR="0023472F" w:rsidRDefault="00000000">
      <w:pPr>
        <w:pStyle w:val="Heading1"/>
      </w:pPr>
      <w:r>
        <w:rPr>
          <w:rFonts w:ascii="Times New Roman" w:hAnsi="Times New Roman"/>
        </w:rPr>
        <w:t>15.1 Introduction</w:t>
      </w:r>
    </w:p>
    <w:p w14:paraId="1CA1BF6D" w14:textId="77777777" w:rsidR="0023472F" w:rsidRDefault="00000000">
      <w:r>
        <w:t>Begin with an engaging context, real-world example, short story, problem, or question. Explain why the chapter matters and connect it to previous learning.</w:t>
      </w:r>
    </w:p>
    <w:p w14:paraId="04398062" w14:textId="77777777" w:rsidR="0023472F" w:rsidRDefault="00000000">
      <w:pPr>
        <w:pStyle w:val="Heading1"/>
      </w:pPr>
      <w:r>
        <w:rPr>
          <w:rFonts w:ascii="Times New Roman" w:hAnsi="Times New Roman"/>
        </w:rPr>
        <w:t>15.2 Core Concept / Topic</w:t>
      </w:r>
    </w:p>
    <w:p w14:paraId="2CFEE387" w14:textId="77777777" w:rsidR="0023472F" w:rsidRDefault="00000000">
      <w:r>
        <w:t>Present the main theory in clear textbook language. Use short paragraphs, definitions, equations, diagrams, and examples where appropriate.</w:t>
      </w:r>
    </w:p>
    <w:tbl>
      <w:tblPr>
        <w:tblW w:w="0" w:type="auto"/>
        <w:jc w:val="center"/>
        <w:tblLook w:val="04A0" w:firstRow="1" w:lastRow="0" w:firstColumn="1" w:lastColumn="0" w:noHBand="0" w:noVBand="1"/>
      </w:tblPr>
      <w:tblGrid>
        <w:gridCol w:w="8424"/>
      </w:tblGrid>
      <w:tr w:rsidR="0023472F" w14:paraId="05D52C36" w14:textId="77777777">
        <w:trPr>
          <w:jc w:val="center"/>
        </w:trPr>
        <w:tc>
          <w:tcPr>
            <w:tcW w:w="10080" w:type="dxa"/>
            <w:shd w:val="clear" w:color="auto" w:fill="E8F6F3"/>
            <w:tcMar>
              <w:top w:w="140" w:type="dxa"/>
              <w:left w:w="180" w:type="dxa"/>
              <w:bottom w:w="140" w:type="dxa"/>
              <w:right w:w="180" w:type="dxa"/>
            </w:tcMar>
          </w:tcPr>
          <w:p w14:paraId="496B8729" w14:textId="77777777" w:rsidR="0023472F" w:rsidRDefault="00000000">
            <w:r>
              <w:rPr>
                <w:b/>
                <w:color w:val="17365D"/>
                <w:sz w:val="20"/>
              </w:rPr>
              <w:t>KEY TERM</w:t>
            </w:r>
          </w:p>
          <w:p w14:paraId="3D2D16EC" w14:textId="77777777" w:rsidR="0023472F" w:rsidRDefault="00000000">
            <w:pPr>
              <w:spacing w:after="0"/>
            </w:pPr>
            <w:r>
              <w:rPr>
                <w:sz w:val="20"/>
              </w:rPr>
              <w:t>Term: Write a concise, student-friendly definition here.</w:t>
            </w:r>
          </w:p>
        </w:tc>
      </w:tr>
    </w:tbl>
    <w:p w14:paraId="5E0DCA3D" w14:textId="77777777" w:rsidR="0023472F" w:rsidRDefault="0023472F"/>
    <w:p w14:paraId="52146FF5" w14:textId="77777777" w:rsidR="0023472F" w:rsidRDefault="00000000">
      <w:pPr>
        <w:pStyle w:val="Heading1"/>
      </w:pPr>
      <w:r>
        <w:rPr>
          <w:rFonts w:ascii="Times New Roman" w:hAnsi="Times New Roman"/>
        </w:rPr>
        <w:t>15.3 Explanation and Worked Example</w:t>
      </w:r>
    </w:p>
    <w:p w14:paraId="7517F61F" w14:textId="77777777" w:rsidR="0023472F" w:rsidRDefault="00000000">
      <w:r>
        <w:t>Explain the concept step-by-step. Use this section for derivations, processes, mechanisms, methods, or worked numerical examples.</w:t>
      </w:r>
    </w:p>
    <w:tbl>
      <w:tblPr>
        <w:tblStyle w:val="TableGrid"/>
        <w:tblW w:w="0" w:type="auto"/>
        <w:jc w:val="center"/>
        <w:tblLook w:val="04A0" w:firstRow="1" w:lastRow="0" w:firstColumn="1" w:lastColumn="0" w:noHBand="0" w:noVBand="1"/>
      </w:tblPr>
      <w:tblGrid>
        <w:gridCol w:w="2714"/>
        <w:gridCol w:w="2817"/>
        <w:gridCol w:w="2749"/>
      </w:tblGrid>
      <w:tr w:rsidR="0023472F" w14:paraId="2A5B53DC" w14:textId="77777777">
        <w:trPr>
          <w:jc w:val="center"/>
        </w:trPr>
        <w:tc>
          <w:tcPr>
            <w:tcW w:w="3360" w:type="dxa"/>
            <w:shd w:val="clear" w:color="auto" w:fill="17365D"/>
          </w:tcPr>
          <w:p w14:paraId="334A0796" w14:textId="77777777" w:rsidR="0023472F" w:rsidRDefault="00000000">
            <w:r>
              <w:rPr>
                <w:b/>
                <w:color w:val="FFFFFF"/>
                <w:sz w:val="20"/>
              </w:rPr>
              <w:t>Concept / Step</w:t>
            </w:r>
          </w:p>
        </w:tc>
        <w:tc>
          <w:tcPr>
            <w:tcW w:w="3360" w:type="dxa"/>
            <w:shd w:val="clear" w:color="auto" w:fill="17365D"/>
          </w:tcPr>
          <w:p w14:paraId="3A11D6F1" w14:textId="77777777" w:rsidR="0023472F" w:rsidRDefault="00000000">
            <w:r>
              <w:rPr>
                <w:b/>
                <w:color w:val="FFFFFF"/>
                <w:sz w:val="20"/>
              </w:rPr>
              <w:t>Explanation</w:t>
            </w:r>
          </w:p>
        </w:tc>
        <w:tc>
          <w:tcPr>
            <w:tcW w:w="3360" w:type="dxa"/>
            <w:shd w:val="clear" w:color="auto" w:fill="17365D"/>
          </w:tcPr>
          <w:p w14:paraId="596FA009" w14:textId="77777777" w:rsidR="0023472F" w:rsidRDefault="00000000">
            <w:r>
              <w:rPr>
                <w:b/>
                <w:color w:val="FFFFFF"/>
                <w:sz w:val="20"/>
              </w:rPr>
              <w:t>Example / Note</w:t>
            </w:r>
          </w:p>
        </w:tc>
      </w:tr>
      <w:tr w:rsidR="0023472F" w14:paraId="471BD63F" w14:textId="77777777">
        <w:trPr>
          <w:jc w:val="center"/>
        </w:trPr>
        <w:tc>
          <w:tcPr>
            <w:tcW w:w="3360" w:type="dxa"/>
          </w:tcPr>
          <w:p w14:paraId="0CACE98E" w14:textId="77777777" w:rsidR="0023472F" w:rsidRDefault="00000000">
            <w:r>
              <w:rPr>
                <w:sz w:val="20"/>
              </w:rPr>
              <w:t>Item 1</w:t>
            </w:r>
          </w:p>
        </w:tc>
        <w:tc>
          <w:tcPr>
            <w:tcW w:w="3360" w:type="dxa"/>
          </w:tcPr>
          <w:p w14:paraId="60889CC3" w14:textId="77777777" w:rsidR="0023472F" w:rsidRDefault="00000000">
            <w:r>
              <w:rPr>
                <w:sz w:val="20"/>
              </w:rPr>
              <w:t>[Explanation]</w:t>
            </w:r>
          </w:p>
        </w:tc>
        <w:tc>
          <w:tcPr>
            <w:tcW w:w="3360" w:type="dxa"/>
          </w:tcPr>
          <w:p w14:paraId="73F2DD2C" w14:textId="77777777" w:rsidR="0023472F" w:rsidRDefault="00000000">
            <w:r>
              <w:rPr>
                <w:sz w:val="20"/>
              </w:rPr>
              <w:t>[Example]</w:t>
            </w:r>
          </w:p>
        </w:tc>
      </w:tr>
      <w:tr w:rsidR="0023472F" w14:paraId="5F42F337" w14:textId="77777777">
        <w:trPr>
          <w:jc w:val="center"/>
        </w:trPr>
        <w:tc>
          <w:tcPr>
            <w:tcW w:w="3360" w:type="dxa"/>
          </w:tcPr>
          <w:p w14:paraId="11F71312" w14:textId="77777777" w:rsidR="0023472F" w:rsidRDefault="00000000">
            <w:r>
              <w:rPr>
                <w:sz w:val="20"/>
              </w:rPr>
              <w:t>Item 2</w:t>
            </w:r>
          </w:p>
        </w:tc>
        <w:tc>
          <w:tcPr>
            <w:tcW w:w="3360" w:type="dxa"/>
          </w:tcPr>
          <w:p w14:paraId="4EA34765" w14:textId="77777777" w:rsidR="0023472F" w:rsidRDefault="00000000">
            <w:r>
              <w:rPr>
                <w:sz w:val="20"/>
              </w:rPr>
              <w:t>[Explanation]</w:t>
            </w:r>
          </w:p>
        </w:tc>
        <w:tc>
          <w:tcPr>
            <w:tcW w:w="3360" w:type="dxa"/>
          </w:tcPr>
          <w:p w14:paraId="68F6CDD2" w14:textId="77777777" w:rsidR="0023472F" w:rsidRDefault="00000000">
            <w:r>
              <w:rPr>
                <w:sz w:val="20"/>
              </w:rPr>
              <w:t>[Example]</w:t>
            </w:r>
          </w:p>
        </w:tc>
      </w:tr>
      <w:tr w:rsidR="0023472F" w14:paraId="2C58820E" w14:textId="77777777">
        <w:trPr>
          <w:jc w:val="center"/>
        </w:trPr>
        <w:tc>
          <w:tcPr>
            <w:tcW w:w="3360" w:type="dxa"/>
          </w:tcPr>
          <w:p w14:paraId="26795D79" w14:textId="77777777" w:rsidR="0023472F" w:rsidRDefault="00000000">
            <w:r>
              <w:rPr>
                <w:sz w:val="20"/>
              </w:rPr>
              <w:t>Item 3</w:t>
            </w:r>
          </w:p>
        </w:tc>
        <w:tc>
          <w:tcPr>
            <w:tcW w:w="3360" w:type="dxa"/>
          </w:tcPr>
          <w:p w14:paraId="1903B24B" w14:textId="77777777" w:rsidR="0023472F" w:rsidRDefault="00000000">
            <w:r>
              <w:rPr>
                <w:sz w:val="20"/>
              </w:rPr>
              <w:t>[Explanation]</w:t>
            </w:r>
          </w:p>
        </w:tc>
        <w:tc>
          <w:tcPr>
            <w:tcW w:w="3360" w:type="dxa"/>
          </w:tcPr>
          <w:p w14:paraId="3DDB97BA" w14:textId="77777777" w:rsidR="0023472F" w:rsidRDefault="00000000">
            <w:r>
              <w:rPr>
                <w:sz w:val="20"/>
              </w:rPr>
              <w:t>[Example]</w:t>
            </w:r>
          </w:p>
        </w:tc>
      </w:tr>
    </w:tbl>
    <w:p w14:paraId="5A821180" w14:textId="77777777" w:rsidR="0023472F" w:rsidRDefault="0023472F"/>
    <w:tbl>
      <w:tblPr>
        <w:tblW w:w="0" w:type="auto"/>
        <w:jc w:val="center"/>
        <w:tblLook w:val="04A0" w:firstRow="1" w:lastRow="0" w:firstColumn="1" w:lastColumn="0" w:noHBand="0" w:noVBand="1"/>
      </w:tblPr>
      <w:tblGrid>
        <w:gridCol w:w="8280"/>
      </w:tblGrid>
      <w:tr w:rsidR="0023472F" w14:paraId="7E5C67F8" w14:textId="77777777">
        <w:trPr>
          <w:jc w:val="center"/>
        </w:trPr>
        <w:tc>
          <w:tcPr>
            <w:tcW w:w="10080" w:type="dxa"/>
            <w:shd w:val="clear" w:color="auto" w:fill="F2F2F2"/>
            <w:vAlign w:val="center"/>
          </w:tcPr>
          <w:p w14:paraId="4AE6411A" w14:textId="77777777" w:rsidR="0023472F" w:rsidRDefault="00000000">
            <w:pPr>
              <w:jc w:val="center"/>
            </w:pPr>
            <w:r>
              <w:rPr>
                <w:b/>
                <w:color w:val="666666"/>
                <w:sz w:val="20"/>
              </w:rPr>
              <w:t>FIGURE / DIAGRAM / PHOTOGRAPH</w:t>
            </w:r>
            <w:r>
              <w:rPr>
                <w:b/>
                <w:color w:val="666666"/>
                <w:sz w:val="20"/>
              </w:rPr>
              <w:br/>
            </w:r>
            <w:r>
              <w:rPr>
                <w:b/>
                <w:color w:val="666666"/>
                <w:sz w:val="20"/>
              </w:rPr>
              <w:lastRenderedPageBreak/>
              <w:t>Insert high-resolution visual here</w:t>
            </w:r>
          </w:p>
        </w:tc>
      </w:tr>
    </w:tbl>
    <w:p w14:paraId="3A0D9A04" w14:textId="77777777" w:rsidR="0023472F" w:rsidRDefault="00000000">
      <w:pPr>
        <w:pStyle w:val="CaptionText"/>
        <w:jc w:val="center"/>
      </w:pPr>
      <w:r>
        <w:t>Figure X.X  Descriptive caption</w:t>
      </w:r>
    </w:p>
    <w:p w14:paraId="36DA6E49" w14:textId="77777777" w:rsidR="0023472F" w:rsidRDefault="00000000">
      <w:pPr>
        <w:pStyle w:val="Heading1"/>
      </w:pPr>
      <w:r>
        <w:rPr>
          <w:rFonts w:ascii="Times New Roman" w:hAnsi="Times New Roman"/>
        </w:rPr>
        <w:t>15.4 Application / Case Study</w:t>
      </w:r>
    </w:p>
    <w:tbl>
      <w:tblPr>
        <w:tblW w:w="0" w:type="auto"/>
        <w:jc w:val="center"/>
        <w:tblLook w:val="04A0" w:firstRow="1" w:lastRow="0" w:firstColumn="1" w:lastColumn="0" w:noHBand="0" w:noVBand="1"/>
      </w:tblPr>
      <w:tblGrid>
        <w:gridCol w:w="8424"/>
      </w:tblGrid>
      <w:tr w:rsidR="0023472F" w14:paraId="142A667A" w14:textId="77777777">
        <w:trPr>
          <w:jc w:val="center"/>
        </w:trPr>
        <w:tc>
          <w:tcPr>
            <w:tcW w:w="10080" w:type="dxa"/>
            <w:shd w:val="clear" w:color="auto" w:fill="FFF4D6"/>
            <w:tcMar>
              <w:top w:w="140" w:type="dxa"/>
              <w:left w:w="180" w:type="dxa"/>
              <w:bottom w:w="140" w:type="dxa"/>
              <w:right w:w="180" w:type="dxa"/>
            </w:tcMar>
          </w:tcPr>
          <w:p w14:paraId="74C5B065" w14:textId="77777777" w:rsidR="0023472F" w:rsidRDefault="00000000">
            <w:r>
              <w:rPr>
                <w:b/>
                <w:color w:val="17365D"/>
                <w:sz w:val="20"/>
              </w:rPr>
              <w:t>CASE STUDY / REAL-WORLD APPLICATION</w:t>
            </w:r>
          </w:p>
          <w:p w14:paraId="5F0D16A3" w14:textId="77777777" w:rsidR="0023472F" w:rsidRDefault="00000000">
            <w:pPr>
              <w:spacing w:after="0"/>
            </w:pPr>
            <w:r>
              <w:rPr>
                <w:sz w:val="20"/>
              </w:rPr>
              <w:t>Describe a practical situation. Add 2–3 discussion questions connecting the case to the chapter concepts.</w:t>
            </w:r>
          </w:p>
        </w:tc>
      </w:tr>
    </w:tbl>
    <w:p w14:paraId="39AA0214" w14:textId="77777777" w:rsidR="0023472F" w:rsidRDefault="0023472F"/>
    <w:p w14:paraId="4A1E961A" w14:textId="77777777" w:rsidR="0023472F" w:rsidRDefault="00000000">
      <w:pPr>
        <w:pStyle w:val="Heading1"/>
      </w:pPr>
      <w:r>
        <w:rPr>
          <w:rFonts w:ascii="Times New Roman" w:hAnsi="Times New Roman"/>
        </w:rPr>
        <w:t>15.5 Chapter Summary</w:t>
      </w:r>
    </w:p>
    <w:p w14:paraId="12713F4F" w14:textId="77777777" w:rsidR="0023472F" w:rsidRDefault="00000000">
      <w:pPr>
        <w:pStyle w:val="ListBullet"/>
      </w:pPr>
      <w:r>
        <w:t>Main idea or principle 1</w:t>
      </w:r>
    </w:p>
    <w:p w14:paraId="1D9687B4" w14:textId="77777777" w:rsidR="0023472F" w:rsidRDefault="00000000">
      <w:pPr>
        <w:pStyle w:val="ListBullet"/>
      </w:pPr>
      <w:r>
        <w:t>Main idea or principle 2</w:t>
      </w:r>
    </w:p>
    <w:p w14:paraId="32E0BB3D" w14:textId="77777777" w:rsidR="0023472F" w:rsidRDefault="00000000">
      <w:pPr>
        <w:pStyle w:val="ListBullet"/>
      </w:pPr>
      <w:r>
        <w:t>Important relationship / formula / process</w:t>
      </w:r>
    </w:p>
    <w:p w14:paraId="727BEB7F" w14:textId="77777777" w:rsidR="0023472F" w:rsidRDefault="00000000">
      <w:pPr>
        <w:pStyle w:val="ListBullet"/>
      </w:pPr>
      <w:r>
        <w:t>Practical implication or application</w:t>
      </w:r>
    </w:p>
    <w:p w14:paraId="17066D43" w14:textId="77777777" w:rsidR="0023472F" w:rsidRDefault="00000000">
      <w:pPr>
        <w:pStyle w:val="Heading2"/>
      </w:pPr>
      <w:r>
        <w:rPr>
          <w:rFonts w:ascii="Times New Roman" w:hAnsi="Times New Roman"/>
        </w:rPr>
        <w:t>Quick Review</w:t>
      </w:r>
    </w:p>
    <w:p w14:paraId="6C9A5C35" w14:textId="77777777" w:rsidR="0023472F" w:rsidRDefault="00000000">
      <w:r>
        <w:t>1. [Short-answer review question]</w:t>
      </w:r>
    </w:p>
    <w:p w14:paraId="78D05848" w14:textId="77777777" w:rsidR="0023472F" w:rsidRDefault="00000000">
      <w:r>
        <w:t>2. [Short-answer review question]</w:t>
      </w:r>
    </w:p>
    <w:p w14:paraId="6BD7CC3F" w14:textId="77777777" w:rsidR="0023472F" w:rsidRDefault="00000000">
      <w:r>
        <w:t>3. [Short-answer review question]</w:t>
      </w:r>
    </w:p>
    <w:p w14:paraId="50C38419" w14:textId="77777777" w:rsidR="0023472F" w:rsidRDefault="00000000">
      <w:pPr>
        <w:pStyle w:val="Heading2"/>
      </w:pPr>
      <w:r>
        <w:rPr>
          <w:rFonts w:ascii="Times New Roman" w:hAnsi="Times New Roman"/>
        </w:rPr>
        <w:t>Exercises &amp; Assessment</w:t>
      </w:r>
    </w:p>
    <w:p w14:paraId="77AF8C9E" w14:textId="77777777" w:rsidR="0023472F" w:rsidRDefault="00000000">
      <w:pPr>
        <w:pStyle w:val="Heading3"/>
      </w:pPr>
      <w:r>
        <w:rPr>
          <w:rFonts w:ascii="Times New Roman" w:hAnsi="Times New Roman"/>
        </w:rPr>
        <w:t>A. Multiple Choice Questions</w:t>
      </w:r>
    </w:p>
    <w:p w14:paraId="24B28BED" w14:textId="77777777" w:rsidR="0023472F" w:rsidRDefault="00000000">
      <w:r>
        <w:t>1. [Question]   (a) Option A   (b) Option B   (c) Option C   (d) Option D</w:t>
      </w:r>
    </w:p>
    <w:p w14:paraId="70AEC6C1" w14:textId="77777777" w:rsidR="0023472F" w:rsidRDefault="00000000">
      <w:pPr>
        <w:pStyle w:val="Heading3"/>
      </w:pPr>
      <w:r>
        <w:rPr>
          <w:rFonts w:ascii="Times New Roman" w:hAnsi="Times New Roman"/>
        </w:rPr>
        <w:t>B. Short Answer Questions</w:t>
      </w:r>
    </w:p>
    <w:p w14:paraId="7C0BDB23" w14:textId="77777777" w:rsidR="0023472F" w:rsidRDefault="00000000">
      <w:r>
        <w:t>1. [Question]</w:t>
      </w:r>
      <w:r>
        <w:br/>
        <w:t>2. [Question]</w:t>
      </w:r>
    </w:p>
    <w:p w14:paraId="6DE2C5D3" w14:textId="77777777" w:rsidR="0023472F" w:rsidRDefault="00000000">
      <w:pPr>
        <w:pStyle w:val="Heading3"/>
      </w:pPr>
      <w:r>
        <w:rPr>
          <w:rFonts w:ascii="Times New Roman" w:hAnsi="Times New Roman"/>
        </w:rPr>
        <w:t>C. Long Answer / Analytical Questions</w:t>
      </w:r>
    </w:p>
    <w:p w14:paraId="2FCC1016" w14:textId="77777777" w:rsidR="0023472F" w:rsidRDefault="00000000">
      <w:r>
        <w:t>1. [Question]</w:t>
      </w:r>
      <w:r>
        <w:br/>
        <w:t>2. [Question]</w:t>
      </w:r>
    </w:p>
    <w:p w14:paraId="4291ED24" w14:textId="77777777" w:rsidR="0023472F" w:rsidRDefault="00000000">
      <w:pPr>
        <w:pStyle w:val="Heading3"/>
      </w:pPr>
      <w:r>
        <w:rPr>
          <w:rFonts w:ascii="Times New Roman" w:hAnsi="Times New Roman"/>
        </w:rPr>
        <w:t>D. Activity / Assignment</w:t>
      </w:r>
    </w:p>
    <w:p w14:paraId="73434D0D" w14:textId="77777777" w:rsidR="0023472F" w:rsidRDefault="00000000">
      <w:r>
        <w:t>[Mini-project, laboratory activity, field task, coding exercise, data interpretation, or reflective assignment.]</w:t>
      </w:r>
    </w:p>
    <w:p w14:paraId="77EFD6CB" w14:textId="77777777" w:rsidR="0023472F" w:rsidRDefault="00000000">
      <w:pPr>
        <w:pStyle w:val="Heading2"/>
      </w:pPr>
      <w:r>
        <w:rPr>
          <w:rFonts w:ascii="Times New Roman" w:hAnsi="Times New Roman"/>
        </w:rPr>
        <w:lastRenderedPageBreak/>
        <w:t>Further Reading</w:t>
      </w:r>
    </w:p>
    <w:p w14:paraId="47101950" w14:textId="77777777" w:rsidR="0023472F" w:rsidRDefault="00000000">
      <w:r>
        <w:t>[Add 3–5 recommended books, articles, standards, websites, or learning resources.]</w:t>
      </w:r>
    </w:p>
    <w:p w14:paraId="4FA7FDBC" w14:textId="77777777" w:rsidR="0023472F" w:rsidRDefault="00000000">
      <w:r>
        <w:br w:type="page"/>
      </w:r>
    </w:p>
    <w:p w14:paraId="7ABDEFCF" w14:textId="77777777" w:rsidR="0023472F" w:rsidRDefault="00000000">
      <w:pPr>
        <w:pStyle w:val="Title"/>
      </w:pPr>
      <w:r>
        <w:rPr>
          <w:rFonts w:ascii="Times New Roman" w:hAnsi="Times New Roman"/>
        </w:rPr>
        <w:lastRenderedPageBreak/>
        <w:t>Glossary</w:t>
      </w:r>
    </w:p>
    <w:p w14:paraId="63A5C239" w14:textId="77777777" w:rsidR="0023472F" w:rsidRDefault="00000000">
      <w:pPr>
        <w:pStyle w:val="Heading1"/>
      </w:pPr>
      <w:r>
        <w:rPr>
          <w:rFonts w:ascii="Times New Roman" w:hAnsi="Times New Roman"/>
        </w:rPr>
        <w:t>A</w:t>
      </w:r>
    </w:p>
    <w:p w14:paraId="6918DF71" w14:textId="77777777" w:rsidR="0023472F" w:rsidRDefault="00000000">
      <w:r>
        <w:t>Key term — concise definition.</w:t>
      </w:r>
      <w:r>
        <w:br/>
        <w:t>Key term — concise definition.</w:t>
      </w:r>
    </w:p>
    <w:p w14:paraId="7A40F0FA" w14:textId="77777777" w:rsidR="0023472F" w:rsidRDefault="00000000">
      <w:pPr>
        <w:pStyle w:val="Heading1"/>
      </w:pPr>
      <w:r>
        <w:rPr>
          <w:rFonts w:ascii="Times New Roman" w:hAnsi="Times New Roman"/>
        </w:rPr>
        <w:t>B</w:t>
      </w:r>
    </w:p>
    <w:p w14:paraId="28699B7C" w14:textId="77777777" w:rsidR="0023472F" w:rsidRDefault="00000000">
      <w:r>
        <w:t>Key term — concise definition.</w:t>
      </w:r>
      <w:r>
        <w:br/>
        <w:t>Key term — concise definition.</w:t>
      </w:r>
    </w:p>
    <w:p w14:paraId="767EB6D7" w14:textId="77777777" w:rsidR="0023472F" w:rsidRDefault="00000000">
      <w:pPr>
        <w:pStyle w:val="Heading1"/>
      </w:pPr>
      <w:r>
        <w:rPr>
          <w:rFonts w:ascii="Times New Roman" w:hAnsi="Times New Roman"/>
        </w:rPr>
        <w:t>C</w:t>
      </w:r>
    </w:p>
    <w:p w14:paraId="76394B4A" w14:textId="77777777" w:rsidR="0023472F" w:rsidRDefault="00000000">
      <w:r>
        <w:t>Key term — concise definition.</w:t>
      </w:r>
      <w:r>
        <w:br/>
        <w:t>Key term — concise definition.</w:t>
      </w:r>
    </w:p>
    <w:p w14:paraId="0F0A5963" w14:textId="77777777" w:rsidR="0023472F" w:rsidRDefault="00000000">
      <w:pPr>
        <w:pStyle w:val="Heading1"/>
      </w:pPr>
      <w:r>
        <w:rPr>
          <w:rFonts w:ascii="Times New Roman" w:hAnsi="Times New Roman"/>
        </w:rPr>
        <w:t>D</w:t>
      </w:r>
    </w:p>
    <w:p w14:paraId="1B13D60D" w14:textId="77777777" w:rsidR="0023472F" w:rsidRDefault="00000000">
      <w:r>
        <w:t>Key term — concise definition.</w:t>
      </w:r>
      <w:r>
        <w:br/>
        <w:t>Key term — concise definition.</w:t>
      </w:r>
    </w:p>
    <w:p w14:paraId="63077535" w14:textId="77777777" w:rsidR="0023472F" w:rsidRDefault="00000000">
      <w:pPr>
        <w:pStyle w:val="Heading1"/>
      </w:pPr>
      <w:r>
        <w:rPr>
          <w:rFonts w:ascii="Times New Roman" w:hAnsi="Times New Roman"/>
        </w:rPr>
        <w:t>E</w:t>
      </w:r>
    </w:p>
    <w:p w14:paraId="30284CD8" w14:textId="77777777" w:rsidR="0023472F" w:rsidRDefault="00000000">
      <w:r>
        <w:t>Key term — concise definition.</w:t>
      </w:r>
      <w:r>
        <w:br/>
        <w:t>Key term — concise definition.</w:t>
      </w:r>
    </w:p>
    <w:p w14:paraId="1518C51A" w14:textId="77777777" w:rsidR="0023472F" w:rsidRDefault="00000000">
      <w:r>
        <w:br w:type="page"/>
      </w:r>
    </w:p>
    <w:p w14:paraId="724E269F" w14:textId="77777777" w:rsidR="0023472F" w:rsidRDefault="00000000">
      <w:pPr>
        <w:pStyle w:val="Title"/>
      </w:pPr>
      <w:r>
        <w:rPr>
          <w:rFonts w:ascii="Times New Roman" w:hAnsi="Times New Roman"/>
        </w:rPr>
        <w:lastRenderedPageBreak/>
        <w:t>References / Bibliography</w:t>
      </w:r>
    </w:p>
    <w:p w14:paraId="3B2C9A19" w14:textId="77777777" w:rsidR="0023472F" w:rsidRDefault="00000000">
      <w:r>
        <w:t>Use one consistent style throughout the book (APA / IEEE / Vancouver / Chicago / discipline-specific style).</w:t>
      </w:r>
    </w:p>
    <w:p w14:paraId="39208022" w14:textId="77777777" w:rsidR="0023472F" w:rsidRDefault="00000000">
      <w:r>
        <w:t>1. [Author]. ([Year]). [Title]. [Publisher/Journal], [volume(issue)], [pages]. [DOI/URL if applicable]</w:t>
      </w:r>
    </w:p>
    <w:p w14:paraId="2EE06408" w14:textId="77777777" w:rsidR="0023472F" w:rsidRDefault="00000000">
      <w:r>
        <w:t>2. [Author]. ([Year]). [Title]. [Publisher/Journal], [volume(issue)], [pages]. [DOI/URL if applicable]</w:t>
      </w:r>
    </w:p>
    <w:p w14:paraId="716A4BEA" w14:textId="77777777" w:rsidR="0023472F" w:rsidRDefault="00000000">
      <w:r>
        <w:t>3. [Author]. ([Year]). [Title]. [Publisher/Journal], [volume(issue)], [pages]. [DOI/URL if applicable]</w:t>
      </w:r>
    </w:p>
    <w:p w14:paraId="15EF3504" w14:textId="77777777" w:rsidR="0023472F" w:rsidRDefault="00000000">
      <w:r>
        <w:t>4. [Author]. ([Year]). [Title]. [Publisher/Journal], [volume(issue)], [pages]. [DOI/URL if applicable]</w:t>
      </w:r>
    </w:p>
    <w:p w14:paraId="14D1883D" w14:textId="77777777" w:rsidR="0023472F" w:rsidRDefault="00000000">
      <w:r>
        <w:t>5. [Author]. ([Year]). [Title]. [Publisher/Journal], [volume(issue)], [pages]. [DOI/URL if applicable]</w:t>
      </w:r>
    </w:p>
    <w:p w14:paraId="45643EF6" w14:textId="77777777" w:rsidR="0023472F" w:rsidRDefault="00000000">
      <w:r>
        <w:t>6. [Author]. ([Year]). [Title]. [Publisher/Journal], [volume(issue)], [pages]. [DOI/URL if applicable]</w:t>
      </w:r>
    </w:p>
    <w:p w14:paraId="31D0430D" w14:textId="77777777" w:rsidR="0023472F" w:rsidRDefault="00000000">
      <w:r>
        <w:t>7. [Author]. ([Year]). [Title]. [Publisher/Journal], [volume(issue)], [pages]. [DOI/URL if applicable]</w:t>
      </w:r>
    </w:p>
    <w:p w14:paraId="1DA921D7" w14:textId="77777777" w:rsidR="0023472F" w:rsidRDefault="00000000">
      <w:r>
        <w:t>8. [Author]. ([Year]). [Title]. [Publisher/Journal], [volume(issue)], [pages]. [DOI/URL if applicable]</w:t>
      </w:r>
    </w:p>
    <w:p w14:paraId="7C83FFF5" w14:textId="77777777" w:rsidR="0023472F" w:rsidRDefault="00000000">
      <w:r>
        <w:br w:type="page"/>
      </w:r>
    </w:p>
    <w:p w14:paraId="6EFF4573" w14:textId="77777777" w:rsidR="0023472F" w:rsidRDefault="00000000">
      <w:pPr>
        <w:pStyle w:val="Title"/>
      </w:pPr>
      <w:r>
        <w:rPr>
          <w:rFonts w:ascii="Times New Roman" w:hAnsi="Times New Roman"/>
        </w:rPr>
        <w:lastRenderedPageBreak/>
        <w:t>Index</w:t>
      </w:r>
    </w:p>
    <w:p w14:paraId="521838E6" w14:textId="77777777" w:rsidR="0023472F" w:rsidRDefault="00000000">
      <w:r>
        <w:t>A</w:t>
      </w:r>
      <w:r>
        <w:br/>
        <w:t>[Term], xx, xx</w:t>
      </w:r>
      <w:r>
        <w:br/>
      </w:r>
      <w:r>
        <w:br/>
        <w:t>B</w:t>
      </w:r>
      <w:r>
        <w:br/>
        <w:t>[Term], xx, xx</w:t>
      </w:r>
      <w:r>
        <w:br/>
      </w:r>
      <w:r>
        <w:br/>
        <w:t>C</w:t>
      </w:r>
      <w:r>
        <w:br/>
        <w:t>[Term], xx, xx</w:t>
      </w:r>
      <w:r>
        <w:br/>
      </w:r>
      <w:r>
        <w:br/>
        <w:t>(Generate the final index after pagination is complete.)</w:t>
      </w:r>
    </w:p>
    <w:sectPr w:rsidR="0023472F" w:rsidSect="00034616">
      <w:footerReference w:type="default" r:id="rId14"/>
      <w:pgSz w:w="10080" w:h="14400"/>
      <w:pgMar w:top="1008" w:right="93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2348E" w14:textId="77777777" w:rsidR="008C0F25" w:rsidRDefault="008C0F25">
      <w:pPr>
        <w:spacing w:after="0" w:line="240" w:lineRule="auto"/>
      </w:pPr>
      <w:r>
        <w:separator/>
      </w:r>
    </w:p>
  </w:endnote>
  <w:endnote w:type="continuationSeparator" w:id="0">
    <w:p w14:paraId="6B0BF201" w14:textId="77777777" w:rsidR="008C0F25" w:rsidRDefault="008C0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E9D0" w14:textId="77777777" w:rsidR="0023472F" w:rsidRDefault="00000000">
    <w:pPr>
      <w:pStyle w:val="Footer"/>
      <w:jc w:val="center"/>
    </w:pPr>
    <w:r>
      <w:rPr>
        <w:color w:val="666666"/>
        <w:sz w:val="16"/>
      </w:rPr>
      <w:t xml:space="preserve">© Notation </w:t>
    </w:r>
    <w:proofErr w:type="spellStart"/>
    <w:r>
      <w:rPr>
        <w:color w:val="666666"/>
        <w:sz w:val="16"/>
      </w:rPr>
      <w:t>TrendPlus</w:t>
    </w:r>
    <w:proofErr w:type="spellEnd"/>
    <w:r>
      <w:rPr>
        <w:color w:val="666666"/>
        <w:sz w:val="16"/>
      </w:rPr>
      <w:t xml:space="preserve"> Publishing Pvt. Ltd.  •  Textbook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D32B3" w14:textId="77777777" w:rsidR="008C0F25" w:rsidRDefault="008C0F25">
      <w:pPr>
        <w:spacing w:after="0" w:line="240" w:lineRule="auto"/>
      </w:pPr>
      <w:r>
        <w:separator/>
      </w:r>
    </w:p>
  </w:footnote>
  <w:footnote w:type="continuationSeparator" w:id="0">
    <w:p w14:paraId="4A7858EB" w14:textId="77777777" w:rsidR="008C0F25" w:rsidRDefault="008C0F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28162373">
    <w:abstractNumId w:val="8"/>
  </w:num>
  <w:num w:numId="2" w16cid:durableId="1509321458">
    <w:abstractNumId w:val="6"/>
  </w:num>
  <w:num w:numId="3" w16cid:durableId="1491480802">
    <w:abstractNumId w:val="5"/>
  </w:num>
  <w:num w:numId="4" w16cid:durableId="118692993">
    <w:abstractNumId w:val="4"/>
  </w:num>
  <w:num w:numId="5" w16cid:durableId="1723214787">
    <w:abstractNumId w:val="7"/>
  </w:num>
  <w:num w:numId="6" w16cid:durableId="1716930702">
    <w:abstractNumId w:val="3"/>
  </w:num>
  <w:num w:numId="7" w16cid:durableId="1105003890">
    <w:abstractNumId w:val="2"/>
  </w:num>
  <w:num w:numId="8" w16cid:durableId="1321928748">
    <w:abstractNumId w:val="1"/>
  </w:num>
  <w:num w:numId="9" w16cid:durableId="236207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472F"/>
    <w:rsid w:val="0029639D"/>
    <w:rsid w:val="00326F90"/>
    <w:rsid w:val="00442891"/>
    <w:rsid w:val="008C0F25"/>
    <w:rsid w:val="00AA1D8D"/>
    <w:rsid w:val="00B47730"/>
    <w:rsid w:val="00CB0664"/>
    <w:rsid w:val="00EF44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3BBFE9"/>
  <w14:defaultImageDpi w14:val="300"/>
  <w15:docId w15:val="{45276DE7-7466-4CE1-BFF9-4645A22DB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7365D"/>
      <w:sz w:val="3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2F75B5"/>
      <w:sz w:val="28"/>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00A6A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line="240" w:lineRule="auto"/>
      <w:contextualSpacing/>
    </w:pPr>
    <w:rPr>
      <w:rFonts w:asciiTheme="majorHAnsi" w:eastAsiaTheme="majorEastAsia" w:hAnsiTheme="majorHAnsi" w:cstheme="majorBidi"/>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Number">
    <w:name w:val="Chapter Number"/>
    <w:rPr>
      <w:rFonts w:ascii="Times New Roman" w:hAnsi="Times New Roman"/>
      <w:b/>
      <w:color w:val="00A6A6"/>
    </w:rPr>
  </w:style>
  <w:style w:type="paragraph" w:customStyle="1" w:styleId="ChapterTitle">
    <w:name w:val="Chapter Title"/>
    <w:rPr>
      <w:rFonts w:ascii="Times New Roman" w:hAnsi="Times New Roman"/>
      <w:b/>
      <w:color w:val="17365D"/>
      <w:sz w:val="46"/>
    </w:rPr>
  </w:style>
  <w:style w:type="paragraph" w:customStyle="1" w:styleId="CalloutTitle">
    <w:name w:val="Callout Title"/>
    <w:rPr>
      <w:rFonts w:ascii="Times New Roman" w:hAnsi="Times New Roman"/>
      <w:b/>
      <w:color w:val="17365D"/>
    </w:rPr>
  </w:style>
  <w:style w:type="paragraph" w:customStyle="1" w:styleId="CaptionText">
    <w:name w:val="Caption Text"/>
    <w:rPr>
      <w:rFonts w:ascii="Times New Roman" w:hAnsi="Times New Roman"/>
      <w:color w:val="666666"/>
      <w:sz w:val="18"/>
    </w:rPr>
  </w:style>
  <w:style w:type="character" w:styleId="Hyperlink">
    <w:name w:val="Hyperlink"/>
    <w:uiPriority w:val="99"/>
    <w:unhideWhenUsed/>
    <w:rsid w:val="00EF44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c@gmail.com" TargetMode="External"/><Relationship Id="rId13" Type="http://schemas.openxmlformats.org/officeDocument/2006/relationships/hyperlink" Target="https://orcid.org/00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12-1352-437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302-1351-23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xyz@gmail.com" TargetMode="External"/><Relationship Id="rId4" Type="http://schemas.openxmlformats.org/officeDocument/2006/relationships/settings" Target="settings.xml"/><Relationship Id="rId9" Type="http://schemas.openxmlformats.org/officeDocument/2006/relationships/hyperlink" Target="mailto:pqrs@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5862</Words>
  <Characters>33416</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Notation TrendPlus Publishing Textbook Template – 15 Chapters (7x10)</dc:title>
  <dc:subject>Editable textbook/book template</dc:subject>
  <dc:creator>Notation TrendPlus Publishing Pvt. Ltd.</dc:creator>
  <cp:keywords/>
  <dc:description>generated by python-docx</dc:description>
  <cp:lastModifiedBy>Sunil sahu</cp:lastModifiedBy>
  <cp:revision>2</cp:revision>
  <dcterms:created xsi:type="dcterms:W3CDTF">2013-12-23T23:15:00Z</dcterms:created>
  <dcterms:modified xsi:type="dcterms:W3CDTF">2026-09-06T13:41:00Z</dcterms:modified>
  <cp:category/>
</cp:coreProperties>
</file>